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Training The Neurodiverse Employee</w:t>
      </w:r>
    </w:p>
    <w:p>
      <w:r>
        <w:rPr>
          <w:sz w:val="22"/>
        </w:rPr>
        <w:t xml:space="preserve">Hey, everybody. Welcome to the neurodiversity Summit 2023 All right. So we're kicking it right off with Angie. So thank you, everybody for attending. And just some really quick housekeeping. Ok. The recordings go up fairly quickly. So by the end of today, all of today's plus the transcripts should be up on the website, right. So Angie? All yours all right. So welcome and thank you for coming. Today we are going to be discussing training the neurodiverse employee. </w:t>
        <w:br/>
      </w:r>
    </w:p>
    <w:p>
      <w:r>
        <w:rPr>
          <w:sz w:val="22"/>
        </w:rPr>
        <w:t xml:space="preserve">I mean, she coats and the owner for retail Screaming Salon SPA. I've been growing for 34 years. I've trained 8 successful groomers in my career. I do have ADHD with hyperactivity. So I'm familiar. We're ultimately familiar with the topic. The best way is to get a hold of me, Facebook message or text me if you call me and I'm working on a pet. I can't answer the phone. </w:t>
        <w:br/>
      </w:r>
    </w:p>
    <w:p>
      <w:r>
        <w:rPr>
          <w:sz w:val="22"/>
        </w:rPr>
        <w:t xml:space="preserve">My focus is strictly on that pot for their safety and mine. Disclaimer the information in this program is designed for educational purposes only. It is solely advisory and the authors cannot be held responsible for actions taken in regards to this program. I offer no warranty either implied or expressed, and all material is accurate to the best of my knowledge. Topics for today eighty HD. Dyslexia, dysgraphia, and just calcula. Asd Autism spectrum disorder. Identify your strengths, setting them up for success, repetition and retention, and prepare them properly. </w:t>
        <w:br/>
      </w:r>
    </w:p>
    <w:p>
      <w:r>
        <w:rPr>
          <w:sz w:val="22"/>
        </w:rPr>
        <w:t xml:space="preserve">Neurodiversity definition. It's the range of differences in individual brain function and behavioral traits regarded as part of normal variation in the human population, used especially in the context of autism spectrum disorders. And there's a whole bunch of them. Neurotypicals Orient towards people. Neurodivergence tend to Orient towards facts and information, so people tend to come at things from different perspectives. Neither of them are wrong, they're just different. And as employers we can easily make some small changes so that we can make the workplace easier for everybody. </w:t>
        <w:br/>
      </w:r>
    </w:p>
    <w:p>
      <w:r>
        <w:rPr>
          <w:sz w:val="22"/>
        </w:rPr>
        <w:t xml:space="preserve">Adhd is attempting attention deficit disorder. And there are three subtypes. What used to be called AD? Some people still call it AD. So the symptoms include trouble paying attention, easily sidetracked, doesn't like or avoids long mental tasks, trouble staying on task. Disorganized and seems forgetful. Doesn't appear to listen when directly spoken to, and this is largely because of people with ADHD have a rather intense inner monologue that runs constantly. My staff. Knows that if I am grooming just to. One finger light touch. Because I'm listening to what's going on in my head and i'm. In the groove with the dog and everything else like falls away. So they can be talking to me well on this side because I'm deaf in that ear, but they can be talking to me on this side and I don't. </w:t>
        <w:br/>
      </w:r>
    </w:p>
    <w:p>
      <w:r>
        <w:rPr>
          <w:sz w:val="22"/>
        </w:rPr>
        <w:t xml:space="preserve">They're not there because I mean here, and I'm working on the dog, and between the two, there's no room for a third thing. So they'll be like, hello. Poke, poke. And then it's like, oh OK, Now I have to break the focus on what I'm thinking to what they're saying. So it's not that they're ignoring you, it's quite simply, they don't hear you. Even though they're hearing may be fine. It's just the inner monologue is so loud that. You don't exist. Doesn't pay attention, close attention to details or hyper focuses on details? Loses things. Often makes careless mistakes. Struggles to follow through with instructions. Adhd predominantly hyperactive, impulsive presentation. </w:t>
        <w:br/>
      </w:r>
    </w:p>
    <w:p>
      <w:r>
        <w:rPr>
          <w:sz w:val="22"/>
        </w:rPr>
        <w:t xml:space="preserve">Blurting out answers before question is finished, constantly interrupting others trouble waiting for the turn talks too much. Fidgeting, tapping, squirming, difficulty, sitting still. Always on the go. Often referred to as intense. If I had a dollar for the number of times somebody told me, wow, you're really intense, I would be a millionaire. Adhd combined presentation, both inattentive and hyperactive has like both. And it can be a mixture of any of the two. For ADHD incentive. Time management, intention, impassivity, mental effort, depletion, performance and consistency. Difficulty with the executive function. Ok, so how does this translate in the workplace? What hurdles will have to be addressed for those with inattention? Intentive presentation? Some of these may be. </w:t>
        <w:br/>
      </w:r>
    </w:p>
    <w:p>
      <w:r>
        <w:rPr>
          <w:sz w:val="22"/>
        </w:rPr>
        <w:t xml:space="preserve">The ones we just discussed. But there are solutions for everything and we just need to implement them. And I guarantee you it will be worth it to take time to do this because it'll make it easier for even the neurotypicals. Because I work with neurotypical people and it makes things easier for them as well. So time management issues scheduling is the key here, as well as finding their pattern. Every rumor has a pattern. </w:t>
        <w:br/>
      </w:r>
    </w:p>
    <w:p>
      <w:r>
        <w:rPr>
          <w:sz w:val="22"/>
        </w:rPr>
        <w:t xml:space="preserve">The way we do things. We do this leg first, then that one next, and then this one, and then that one and. I know I can't be the only one that has groomed a tripod dog that you. It's it like hangs you up because they're missing that leg and you're like. Ok, I need to like get on to the next one because that's my order and it's been my order for 34 years. So when. It's not the right order because there's a missing leg. It throws me off my game a little bit and it takes me a minute to like, get up to speed. </w:t>
        <w:br/>
      </w:r>
    </w:p>
    <w:p>
      <w:r>
        <w:rPr>
          <w:sz w:val="22"/>
        </w:rPr>
        <w:t xml:space="preserve">Everyone in my salon has a schedule. We write on the chalkboard in the bathing area. We write on the chalkboard in the grooming area. It lists time in pets name, time out and it gives a set time frame for the pet. Additionally, you will put in any notes like. Can't be dried with the high velocity dryer. Bites in tub. For the cats. You know, little details. Doesn't like butt touched cats. Things like this so that there's less memory load. You don't have to remember all the tiny details on that pet. You just look up at the board and go, all right? Yeah, OK. </w:t>
        <w:br/>
      </w:r>
    </w:p>
    <w:p>
      <w:r>
        <w:rPr>
          <w:sz w:val="22"/>
        </w:rPr>
        <w:t xml:space="preserve">I forgot about that. When I train my employees, I train all of them to find a pattern. Everything from bathing occurs in the exact same pattern every single time, for every single dog, every single cat, every single rabbit. Always same way, every single time. And as individuals we all address things in our own ways. My pattern is not Ashley's pattern. Ashley pattern is not Angie pattern. Angie's pattern is not piece pattern. Piece pattern is not Christie's pattern. They are all subtly different. They all cover the entire pet. But none of them are the same. Because we don't think the same way. We're not the same person. You can get similar results. But it's not going to be the same, because my eye is not the same as peas, is not the same as Ashley, is not the same as Christie's not the same as Angie's So it's going to be subtly different umm. </w:t>
        <w:br/>
      </w:r>
    </w:p>
    <w:p>
      <w:r>
        <w:rPr>
          <w:sz w:val="22"/>
        </w:rPr>
        <w:t xml:space="preserve">And there's no wrong ways. They're all correct because they all get everything done. They're just different. So I encourage all of your employees, regardless if they're neurodivergent or neurotypical, to develop a pattern that it eliminates confusion as to what's next and it prevents things from getting mixed when you missed. When you do like mixing Moxie, I do this leg and then I'll do the back and no, I'll do the face. And if that's your pattern, that's fine. But if it's not and you're just like hunting and pecking and doing. One piece at a time you're going to miss something, first of all, and secondly, it takes longer because you're like, what didn't I do? And then you're trying to figure out what isn't done. </w:t>
        <w:br/>
      </w:r>
    </w:p>
    <w:p>
      <w:r>
        <w:rPr>
          <w:sz w:val="22"/>
        </w:rPr>
        <w:t xml:space="preserve">Whereas if you do it in the same pattern every time, it just gets done. You don't even have to think about it it's. Memory load. Easement, if you will, so lack of organization umm. When it comes to. When it comes to organization, the easiest way to quite simply is via labeler label shelves, drawers of all of their contents. What goes on the shelf? What goes in this drawer? What goes in this cabinet? I have a labeler. </w:t>
        <w:br/>
      </w:r>
    </w:p>
    <w:p>
      <w:r>
        <w:rPr>
          <w:sz w:val="22"/>
        </w:rPr>
        <w:t xml:space="preserve">Even the labeler has a label. His name is Fred. It is. It says so right on the labeler fred so. Everything has a place. Everything in its place so that you don't have to search for things. Because all of the shears go in this drawer, then there's and chunkers go in this drawer. Regular blades in this drawer. Wide blades in this drawer. Snap-on Combs go in this drawer umm. Combs go in this drawer. Brushes go in this drawer. Nail tool, nail tools and masks and whatnot go in this drawer. Everything has a place so that you don't even have to think about it. You just know exactly where it goes. </w:t>
        <w:br/>
      </w:r>
    </w:p>
    <w:p>
      <w:r>
        <w:rPr>
          <w:sz w:val="22"/>
        </w:rPr>
        <w:t xml:space="preserve">Everything is organized and it has a spot. And the same with all the cupboards. It just makes things easier. My salon is incredibly organized because it takes less time to have things in the same place every single time, and you don't even have to think about where things are, you can just reach for them because your body knows where it is umm. So clearly marked labels prevent chaos. Inattention, the hands on aspect of grooming helps a lot with the intention when focus is lost. </w:t>
        <w:br/>
      </w:r>
    </w:p>
    <w:p>
      <w:r>
        <w:rPr>
          <w:sz w:val="22"/>
        </w:rPr>
        <w:t xml:space="preserve">Having the pattern, the schedule, being actively involved in the tasks helps to bring focus. So when teaching a new technique, parse it out in small bits. Teach one thing at a time. Much like I'm teaching you this now. Smaller bits are eat more easily digested. If you just dump a ton of knowledge at somebody and just go, but it's overwhelming. No one can consume that much in one sitting. Maybe some can, but most can't. Even neurotypical people so. This we're going to focus on this thing. All right now we master that now we're going to add the next. </w:t>
        <w:br/>
      </w:r>
    </w:p>
    <w:p>
      <w:r>
        <w:rPr>
          <w:sz w:val="22"/>
        </w:rPr>
        <w:t xml:space="preserve">Ok. So like. Trimming in front of the eyes. That's step one. So we're going to do that on a number of different dogs until you have that section down. Great, now we're going to go with the curve of the face. So you have that section down. Great, on to the next thing. So we're going to move up and we're going to do the ears and. Once you're you've gotten this and this, now we're going to work on the top of the head to bring it all together. So tiny bits and repetition impassivity the attraction for many in the pet industry is that neurodivergent people can have difficulty expressing their emotions to other people. </w:t>
        <w:br/>
      </w:r>
    </w:p>
    <w:p>
      <w:r>
        <w:rPr>
          <w:sz w:val="22"/>
        </w:rPr>
        <w:t xml:space="preserve">But when it comes to pets, the reason so many want to work with animals and have animals is because animals are instinctive. They seek praise and attention so we can connect with them. In a way, we have a difficulty connecting with other people scripting. Is a fantastic way to set up a. Communication for what you want said to customers. And again, this takes repetition. All of this is a repetitive thing. And that's OK. I have a written guide for phone conversations as well as intake and check out. </w:t>
        <w:br/>
      </w:r>
    </w:p>
    <w:p>
      <w:r>
        <w:rPr>
          <w:sz w:val="22"/>
        </w:rPr>
        <w:t xml:space="preserve">All of us in the salon use the exact same delivery because it's on a laminated sheet. And after you set it for a thousand times, like the owners know the script and we go through it and they'll go, no medical issues, no vet visits, no. And before I've even gotten there because they know it's next. Mental effort depletion. When someone is working on something new, they have to rely on memory to accomplish this task. </w:t>
        <w:br/>
      </w:r>
    </w:p>
    <w:p>
      <w:r>
        <w:rPr>
          <w:sz w:val="22"/>
        </w:rPr>
        <w:t xml:space="preserve">If the task is new, it can be very demanding to remember. All right, what was the next thing I was supposed to do? When my groomers are new. And they have their pattern because they develop it when they're bathing. I train my groomers from bathers. And when they develop it as bathers, what I do is I watch them. And I'll watch them do like 2 baths and I see what their pattern is and I write it down. So then I write it up in the list. </w:t>
        <w:br/>
      </w:r>
    </w:p>
    <w:p>
      <w:r>
        <w:rPr>
          <w:sz w:val="22"/>
        </w:rPr>
        <w:t xml:space="preserve">I laminate that list. And I put it on the their cupboard that's next to the grooming table. So when they get to so they're actually grooming a dog, they can look over the list and go, OK, right, that's my next thing because the grooming itself is new and even though the pattern is old. Having that list lets them go, right? Right OK, Yep, the tail is next. That's the next thing I always do. And then it kind of gets them back in that groove where they remember where they are. </w:t>
        <w:br/>
      </w:r>
    </w:p>
    <w:p>
      <w:r>
        <w:rPr>
          <w:sz w:val="22"/>
        </w:rPr>
        <w:t xml:space="preserve">So when like, when we first learned how to properly bathe the dog and not just slap water and shampoo on it and call it a day? When that became attention to detail. Dealing with greasy spots or eye booger issues, sensitive rear ends from fecal skull, leaky warts, different coat needs and textures, figuring out how to do it properly, that was all taxing on your memory because you're like, alright, what? How do I do this again? What am I supposed to do? Yeah right i'm supposed to do this. </w:t>
        <w:br/>
      </w:r>
    </w:p>
    <w:p>
      <w:r>
        <w:rPr>
          <w:sz w:val="22"/>
        </w:rPr>
        <w:t xml:space="preserve">So learning to groom is all muscle memory for the most part. But before that muscle memory existed, it required you to use your actual memory, which is very different because that's all up here so. They go. How did they say this again? If you develop that list that they can follow it, laminate it because humidity, it'll help relieve some of the tax on the memory. And even in my bathing area I have a checklist and this goes back again to that all important pattern and. Every bather that I've had has a different list. I don't make them use the same list because their pattern isn't the same, so they're different people. </w:t>
        <w:br/>
      </w:r>
    </w:p>
    <w:p>
      <w:r>
        <w:rPr>
          <w:sz w:val="22"/>
        </w:rPr>
        <w:t xml:space="preserve">That way they can look it over and be reminded of what step comes next when bathing is still a memory load issue. Performance and consistency patterns, list and scheduling smooth this all right out. We all have an off day from time to time. So I'm not saying it's perfect. And then we have those off dogs that are just like wow. And no human being is perfect. I'm surely not. I tell that to my staff all the time. I'm like, OK, so going forward, we're going to try to do better to do this, but I'm not going to harp on it because I'm not perfect. </w:t>
        <w:br/>
      </w:r>
    </w:p>
    <w:p>
      <w:r>
        <w:rPr>
          <w:sz w:val="22"/>
        </w:rPr>
        <w:t xml:space="preserve">And when I am? Which is never gonna happen. Then I'll give you lots and lots and lots of grief for it. However, I'm not. I make mistakes. I understand. You do, too. We're going to try to do better. So difficulty with executive functions. Executive function is a set of mental skills that includes working memory, flexible thinking, and self-control All of the aforementioned things help with this. The lifts, the patterns, the scheduling, all of that. So how to dress for grooming? For those of us with hyperactivity, grooming itself is so physical that it lends itself exceptionally well to this. Yeah, you're not required to be sitting at a desk. </w:t>
        <w:br/>
      </w:r>
    </w:p>
    <w:p>
      <w:r>
        <w:rPr>
          <w:sz w:val="22"/>
        </w:rPr>
        <w:t xml:space="preserve">In fact, you're required to be doing a very physical job, which helps with the hyperactivity because you're. Physically moving. Communication issues, interrupting another when they're speaking in fear you'll forget what you're going to say is part of ADHD. With hyperactivity. Scripting helps with us and when scripting right in the. Wait for the answer or they'll skip on the next part. This way, when they're going through that routine that's actually written in and their brain will read that as they're going over it in their head. </w:t>
        <w:br/>
      </w:r>
    </w:p>
    <w:p>
      <w:r>
        <w:rPr>
          <w:sz w:val="22"/>
        </w:rPr>
        <w:t xml:space="preserve">Because they'll do that every time. It just, you're just like reading it in your head and it's like wait for answer, right? And then they wait for the answer intensity. This can easily translate into higher production if properly directed dyslexia dysgraphia dyscalculia. Dyslexia is a learning disorder that involves difficulty reading due to problems identifying speech sounds and learning how they relate to letters and words. And it's also. Like a mapping thing? they. See things differently in their head it's like a 3 dimensional, which is why things flip around because most people don't think 3 dimensionally. </w:t>
        <w:br/>
      </w:r>
    </w:p>
    <w:p>
      <w:r>
        <w:rPr>
          <w:sz w:val="22"/>
        </w:rPr>
        <w:t xml:space="preserve">People with dyslexia do. They think 3 dimensionally, which is why things can get transposed so easily. Dysgraphia is a neurological disorder characterized by writing disabilities. Specifically, the disorder causes a person's writing to be distorted or incorrect. Excuse me one second. I have numerous friends with dyslexia. They've had to make changes in how they do certain things. These are all easy for an employer to accommodate. All that's required is that you discuss it with them. </w:t>
        <w:br/>
      </w:r>
    </w:p>
    <w:p>
      <w:r>
        <w:rPr>
          <w:sz w:val="22"/>
        </w:rPr>
        <w:t xml:space="preserve">So what's the easiest way for you to do this? Talk to them. And I don't know why often employers are afraid to ask these questions. Or they just avoid it and figure it'll be fine if we just do it this way? But it's not necessarily sometimes it's making it harder. These are adults. You can talk to them like adults. How do we make this easier for you? Do you have any ideas? umm. </w:t>
        <w:br/>
      </w:r>
    </w:p>
    <w:p>
      <w:r>
        <w:rPr>
          <w:sz w:val="22"/>
        </w:rPr>
        <w:t xml:space="preserve">And if it's you can come on, come up with a solution that works for both of you great. I wish any employer had ever asked me that question. Button on it so. Traditional written lists are not going to work for this segment of the population. It's compounding the issue. But there are other methods though. Remember the bathing list that I discussed earlier and the grooming list? It'd be a simple fix to replace written words with a picture. And you can find clip art royalty free clip art like anywhere all over the Internet where you can just put a body part. </w:t>
        <w:br/>
      </w:r>
    </w:p>
    <w:p>
      <w:r>
        <w:rPr>
          <w:sz w:val="22"/>
        </w:rPr>
        <w:t xml:space="preserve">It's a leg, this leg, this back leg, the right back leg and then the left back leg. And, you know, in between put the butt and the tail because it would be a natural progression to go, at least in my mind because that's my pattern, to go from leg to butt tail leg, but not necessarily someone else's pattern. You get the idea. So umm. It's an easy incorporation to the grooming environment to use pictures, because that's what we look at all the time. We're looking at a grooming book, right? So combine this with muscle memory and you have a win. </w:t>
        <w:br/>
      </w:r>
    </w:p>
    <w:p>
      <w:r>
        <w:rPr>
          <w:sz w:val="22"/>
        </w:rPr>
        <w:t xml:space="preserve">If, like me, use grooming software that is dependent upon client information, numbers, addresses, and the like. Choose one that allows for the client themselves to input this information or have your receptionist do it. So that way that groomer is not responsible for typing that in. Because that can be a real challenge. Clip notes a groomer friend of mine color codes her clip notes so she has different colors for different lengths rather than saying like a three quarter or. You know, some people use the letters AEO, that kind of thing I. Do better with the numbers myself. So on all my clip notes, it's the actual number. Other people used letters. I never learned the letters because. </w:t>
        <w:br/>
      </w:r>
    </w:p>
    <w:p>
      <w:r>
        <w:rPr>
          <w:sz w:val="22"/>
        </w:rPr>
        <w:t xml:space="preserve">Mine didn't have those back when we first started. It was a length that was written on the snap on count, so and. Each length has a nail Polish dot on the length because the wide, the new wide ones or the wide ones from a few years ago, we're all Gray. So then have a color. And so she put nail Polish on them so that they did have a color and those nail Polish colors. Were the same as the regular blade colors that her mind already recognized and knew. No, she just merely puts a circle of the appropriate color. </w:t>
        <w:br/>
      </w:r>
    </w:p>
    <w:p>
      <w:r>
        <w:rPr>
          <w:sz w:val="22"/>
        </w:rPr>
        <w:t xml:space="preserve">She has a sharpies and she puts the circle under the head, body and leg section for the clip notes and all you have to do is go oh blue OK, purple or green yellow OK. And so that it's a universal key that corresponds to the colors, so it's readable by everyone, because all of the snap bonds, the regular snap bonds are all the same color, and so she's just transitioned that to the white ones as well. So for checkout. You can use a software that ties the credit card processor so the total is readily available. </w:t>
        <w:br/>
      </w:r>
    </w:p>
    <w:p>
      <w:r>
        <w:rPr>
          <w:sz w:val="22"/>
        </w:rPr>
        <w:t xml:space="preserve">As soon as you open up your credit card processor and you click that button, it just sends the information over. And, always have a calculator readily available so that if they need to make change, they can just put a calculator, put that, put it in the calculator. Autism spectrum disorder is a developmental disability that can cause significant social, communication and behavioral changes. Impairment of social communication, including deciphering nonverbal cues, can be difficult. </w:t>
        <w:br/>
      </w:r>
    </w:p>
    <w:p>
      <w:r>
        <w:rPr>
          <w:sz w:val="22"/>
        </w:rPr>
        <w:t xml:space="preserve">This can include literal interpretation of language, being too honest, or direct difficulty with eye contact. Repetitive behavior, sometimes called stimming. Hyper or hypo reactivity to the environment. Motor difficulties communication. Difficulties, social impediments, sensitivity to change and stimulation, and repetitive behavior. Impairment of social communication, including deciphering nonverbal cues. Scripts work really well here. Repetitive behavior scheduling lists bring them back to focus, right? I need to because they'll get hyper focused on one thing. </w:t>
        <w:br/>
      </w:r>
    </w:p>
    <w:p>
      <w:r>
        <w:rPr>
          <w:sz w:val="22"/>
        </w:rPr>
        <w:t xml:space="preserve">And then it's like, OK, right, I gotta stay on my schedule. This is my schedule, this is my pattern. And it brings them back to where they're supposed to be. Hyper or hypo reactivity to the environment. Earmuffs are fantastic and something every gamer should be employing regularly when drawing dogs. These can help on days if you have an employee with ASD when that 15 year old deaf shitsu comes in, after being done and waiting for pickup, decides to continually sing the song of their people loud enough to be heard in the next city. </w:t>
        <w:br/>
      </w:r>
    </w:p>
    <w:p>
      <w:r>
        <w:rPr>
          <w:sz w:val="22"/>
        </w:rPr>
        <w:t xml:space="preserve">I know we all have them and it's like when is the mom coming? Oh my God, oh you need to stop because your head is just umm. Earmuffs are a beautiful thing. And it's something that, you know, everyone else may want to employ as well. Reactivity to light. Especially fluorescent light is an issue. One of the first things I did in my salon is I changed all the fluorescent lighting to LED lighting because of the flash that happens with fluorescent lighting it's. Almost excruciating. To have that constant and most people don't notice it. </w:t>
        <w:br/>
      </w:r>
    </w:p>
    <w:p>
      <w:r>
        <w:rPr>
          <w:sz w:val="22"/>
        </w:rPr>
        <w:t xml:space="preserve">Some people do. Some people are more sensitive to it. But that? Fluorescent flashing that's consistent can be really distracting and it can give you a headache. And as we know, fluorescent lighting isn't actually good for any of us. So switching it over to LED for the like the regular in ceiling lights is actually fairly inexpensive, and if light sensitivity is an issue they can employ a baseball hat or the beekeeper hat with the brim on it umm. Someone said I always go home with a migraine because of the lighting in the grooming shop. Most of the time I do not turn the lights on at all during the day. </w:t>
        <w:br/>
      </w:r>
    </w:p>
    <w:p>
      <w:r>
        <w:rPr>
          <w:sz w:val="22"/>
        </w:rPr>
        <w:t xml:space="preserve">And that's a thing. One of my grandmothers uses a beekeeper hat, but we have all LED lighting specifically because of that. So we have natural sunlight and we have LED's So it is very bright, but it's not. Annoyingly like I meltingly bright. So for those that own their salons, seriously consider getting the LED lighting, switching the ballasts over. It was, I think it was 25$ a light, worth every penny. Identify the strengths. So typical strengths of those with ADHD are they tend to be highly creative and inventive, which for a groomer. Good stuff. </w:t>
        <w:br/>
      </w:r>
    </w:p>
    <w:p>
      <w:r>
        <w:rPr>
          <w:sz w:val="22"/>
        </w:rPr>
        <w:t xml:space="preserve">This is great, especially when it comes to advancing our industry, the available things we have for solutions. So look at some of the awesome inventions that have come about in the last five years in the gaming industry and I know that some of these have been created with those by those with ADHD. They're able to hyper focus and have a high level of productivity, channel that intensity into grooming. They're energetic, they have great emotional expression. Working with animals is a huge bonus. </w:t>
        <w:br/>
      </w:r>
    </w:p>
    <w:p>
      <w:r>
        <w:rPr>
          <w:sz w:val="22"/>
        </w:rPr>
        <w:t xml:space="preserve">While it does come with the downside of being too attached sometimes this is a problem that I have. So that has to come with some understanding grief. When we lose them, can be brutal umm. So don't tell them to suck it up. We've had enough of suck it up in our industry. The attachment to animals they work on should be encouraged. It makes for a better working environment for them as well as the pets, and they tend to be perceptive to even slight changes. Again, a huge bonus for the industry. We need to pick up even on the small things on in an animal so we can bring it to the owner's attention. </w:t>
        <w:br/>
      </w:r>
    </w:p>
    <w:p>
      <w:r>
        <w:rPr>
          <w:sz w:val="22"/>
        </w:rPr>
        <w:t xml:space="preserve">He seems kind of weird on this toe. I don't know why. He's not normally like this. Usually he's fine on his feet, but when I touch this toe he seems sensitive. And though the reaction is very slight, it's there. And they'll notice it because this is different. This is the norm. This is not the norm who? ok so. Are you guys seeing that? On the screen as well. Is it flashing weird for you guys? It's not flashing for me, OK, it must just be the monitor connection all right, just double checking. So superbs spatial reasoning or special reasoning, and this is important for grooming. </w:t>
        <w:br/>
      </w:r>
    </w:p>
    <w:p>
      <w:r>
        <w:rPr>
          <w:sz w:val="22"/>
        </w:rPr>
        <w:t xml:space="preserve">Understanding how the body could look as opposed to how it currently looks is what competition and grooming is all about. I mean, we have this giant ball of hair and then we make it into this incredibly splendid looking dog because you can see what's under there because you that spatial reasoning. For those that have that exceptional skill. It doesn't get any better than that and they will excel at that and. Grooming is illusionary. It's masking defects in order to make the dog appear more balanced, even though they're not. I had a dog years ago. It was a Shih Tzu. And he had fiddler legs, so they were very bendy. </w:t>
        <w:br/>
      </w:r>
    </w:p>
    <w:p>
      <w:r>
        <w:rPr>
          <w:sz w:val="22"/>
        </w:rPr>
        <w:t xml:space="preserve">And then the little feet were easty westy and he got what we call a town and country, so shorter on the back scissored legs. And I made the legs look like round little columns and I made it appear like the feet went straight. Well the dog had to have surgery and the vet tech, as sometimes they do. Got a little Clipper happy and shaved off most of one of the legs for the IV. I mean like from all the way to like practically the shoulder all the way down to the wrist. </w:t>
        <w:br/>
      </w:r>
    </w:p>
    <w:p>
      <w:r>
        <w:rPr>
          <w:sz w:val="22"/>
        </w:rPr>
        <w:t xml:space="preserve">And I was like, Oh my God, and you could see that the leg was all bending. Well, the owner was very upset because the dog was seven years old. And she said to me, look what they did to his legs. And I said what? What do you mean? Look at there, his legs are all bent. What did they do to his legs? And I said that's how his legs have always been. </w:t>
        <w:br/>
      </w:r>
    </w:p>
    <w:p>
      <w:r>
        <w:rPr>
          <w:sz w:val="22"/>
        </w:rPr>
        <w:t xml:space="preserve">And she said no, his legs don't never look like that. As luck would have it, I take pictures of every dog in the room. I went back to his puppy picture. And it pulled up the puppy picture when he didn't have much hair on his legs and you could see how bendy they were and the fact that his paws were east USD and I showed her the picture and she was like. </w:t>
        <w:br/>
      </w:r>
    </w:p>
    <w:p>
      <w:r>
        <w:rPr>
          <w:sz w:val="22"/>
        </w:rPr>
        <w:t xml:space="preserve">My god. His legs really look like that and I say yeah, but I cut him so that they appear straight. She forgot. And which I mean, when you pet your dog all the time, how do you not know that his legs do this? I don't know. But that was the thing, and she didn't realize that. The dog's legs did that simply because it's illusionary. Grooming is illusionary. Wouldn't it be cool if we could go get a haircut and be like, i look like this? No, I don't. </w:t>
        <w:br/>
      </w:r>
    </w:p>
    <w:p>
      <w:r>
        <w:rPr>
          <w:sz w:val="22"/>
        </w:rPr>
        <w:t xml:space="preserve">So they excel at seeing the bigger picture. This is fantastic for an industry that works on a consistent time frame and schedule. They'll be able to masterfully schedule their time in order to give the best to each pet. Pattern recognition. This is helpful when it comes to understanding customers needs picking up on the fact that Missus Jones always cancelled the cancels the 3rd appointment. We all have those. </w:t>
        <w:br/>
      </w:r>
    </w:p>
    <w:p>
      <w:r>
        <w:rPr>
          <w:sz w:val="22"/>
        </w:rPr>
        <w:t xml:space="preserve">I don't always notice things like that, but I have people that do and go, yeah, she always cancels the third appointment. So should I call her? Now we can advance to find out if she's going to cancel that appointment. And I'm like, yeah, that'd be great because then you fill the spot. I didn't realize that. And they're like, yeah, she always does. Every time. Ok, glad you noticed cool thanks strong visual thinkers. They see how the pet will look before they even getting get them bathed. And that's a huge bonus. </w:t>
        <w:br/>
      </w:r>
    </w:p>
    <w:p>
      <w:r>
        <w:rPr>
          <w:sz w:val="22"/>
        </w:rPr>
        <w:t xml:space="preserve">They're highly creative. Grooming is simply sculpting living material. It's a creative field. Strong problem solving abilities. There isn't a workplace in the world that couldn't use more problem solvers. We have a lot of problems, a lot of problem creators. But how many problem solvers do you have? How many people do you have that are like have solutions? There is truly a solution to everything, and it may take work and effort to achieve what is best for all, but it's worth it in the end. Autism spectrum disorder. Strengths, deep passions and interests. If these lie within grooming, you'll have a phenomenal success with this employee. They're honest, they're loyal. You never have to worry about theft. </w:t>
        <w:br/>
      </w:r>
    </w:p>
    <w:p>
      <w:r>
        <w:rPr>
          <w:sz w:val="22"/>
        </w:rPr>
        <w:t xml:space="preserve">Detail oriented, which is what we do. It's all in the details. Everything we do is details. From like the nose to the butt, it's every it's all in the details. Good at repetitive tasks and grooming is always repetitive. It's the same thing, slightly different. However many times a day. Punctual and readily miss work. How many have seen the posts of employees calling out the week of Christmas, the week of Thanksgiving, when literally the poo is hitting the oscillator for many salons, I don't do that anymore. My schedule is the same all year through, but in a lot of salons, these are the busiest times of year. And it's crazy. And if somebody just goes, man, I'm not coming in. </w:t>
        <w:br/>
      </w:r>
    </w:p>
    <w:p>
      <w:r>
        <w:rPr>
          <w:sz w:val="22"/>
        </w:rPr>
        <w:t xml:space="preserve">I don't feel good. How are we going to get all these dogs on? I don't even know. Strong visual thinkers, which is, as I said before, perfect for seeing what could be an underdog. They're logical, and in a field where it's mostly creative people, logic isn't always a groomer strong suit. The rumors tend to be way more. There's usually logical or there's emotional. But rarely do you have both. And people that tend to be more logical. Tend to have. With other people a lower what we call EQ. But with pets can be highly logical and have a high EQ with pets, not people. </w:t>
        <w:br/>
      </w:r>
    </w:p>
    <w:p>
      <w:r>
        <w:rPr>
          <w:sz w:val="22"/>
        </w:rPr>
        <w:t xml:space="preserve">So it's great to have one person be the one that can cut right through all the emotion and the angst of. I can't believe she said that. What is that supposed to mean? That's so insulting. They cut right through it and go, yeah, here's the bottom line, though. Let's focus on that. Pattern recognition. So we covered this already, but again, it's a benefit. A good objective of leadership is to help those who are doing poorly do well, and those who are doing well do even better. </w:t>
        <w:br/>
      </w:r>
    </w:p>
    <w:p>
      <w:r>
        <w:rPr>
          <w:sz w:val="22"/>
        </w:rPr>
        <w:t xml:space="preserve">Love this quote. Because it's true. Success doesn't occur within a business if only one person is successful. It happens when the entire group is successful. So if you have someone that is struggling and you're not doing anything to aid them to be doing better than it's pulling everyone else down. So we have to take the lowest common denominator and lift them up. And if Neurodivergence is the issue, we can solve all of those issues there. All of them are solvable. </w:t>
        <w:br/>
      </w:r>
    </w:p>
    <w:p>
      <w:r>
        <w:rPr>
          <w:sz w:val="22"/>
        </w:rPr>
        <w:t xml:space="preserve">We just have to get sometimes a little creative so communication umm. How do we set them up for success? First thing, and the most important for not only the neurodiverse employees, but for every employee, is communication. You must communicate what you want to see. Then you need to write it down. And ideas are great, but until it exists in written form, it doesn't actually exist. It's just an idea floating around in ether. Once you write it down, it becomes concrete reality. </w:t>
        <w:br/>
      </w:r>
    </w:p>
    <w:p>
      <w:r>
        <w:rPr>
          <w:sz w:val="22"/>
        </w:rPr>
        <w:t xml:space="preserve">90 % of the issues I see in groomer owning owner forums about employees could have been handled long before they occurred, like a completely avoided. All that was missing is communication. If your employee is changing dogs with others altering the schedule and other groomers are getting upset. It's really simple to fix this. You tell them that you set the schedule. And or the receptionist does. And this was a post I saw a while back. The owner never communicated to the groomer that this was unacceptable. She felt it was understood. And yes, for the other groomers it was understood. </w:t>
        <w:br/>
      </w:r>
    </w:p>
    <w:p>
      <w:r>
        <w:rPr>
          <w:sz w:val="22"/>
        </w:rPr>
        <w:t xml:space="preserve">But this groomer didn't get the memo. And there was nowhere the other groomers could go and say, look, it says right here on this. You know thing that you can't do that. So clearly outlined expectations and boundaries are necessary for any business. If we don't create this for our employees or believe that they are clear despite not being written out and discussed, then how are they supposed to understand them? People don't just know things by osmosis. We need to make sure that these things are clear. </w:t>
        <w:br/>
      </w:r>
    </w:p>
    <w:p>
      <w:r>
        <w:rPr>
          <w:sz w:val="22"/>
        </w:rPr>
        <w:t xml:space="preserve">Employees are not amoebas. They don't just absorb things that you think into being. You have to be really clear about what they are. The best way to do that is to communicate what we want, and it may require you to have a short day one day and have a team meeting. The time you spend doing that is time you'll save in the long run because you won't be dealing with issues like this like, oh, I'm going to change. </w:t>
        <w:br/>
      </w:r>
    </w:p>
    <w:p>
      <w:r>
        <w:rPr>
          <w:sz w:val="22"/>
        </w:rPr>
        <w:t xml:space="preserve">Don't put all the bat dogs on mine and give them all the crazy doodles that I've been groomed in eight months umm so. Don't let your business run with the clarity of communicating through a tin can and a string. You and your employees deserve better than that. We all have better ways of communicating. Some of us are verbal, others prefer written. Ask them what they prefer. I ask every single one of my employees when they are hired, what is your preferred communication? Is it verbal? Is it written? And they'll tell you. It's a really simple question. So I write everything out. And then I read it to them. </w:t>
        <w:br/>
      </w:r>
    </w:p>
    <w:p>
      <w:r>
        <w:rPr>
          <w:sz w:val="22"/>
        </w:rPr>
        <w:t xml:space="preserve">So because some are verbal, some are written, everyone gets a copy umm. And I like it on paper. I'm a written communication person so that I can look back on it and go right OK, good. I have an operating manual. It's 754 pages long. I'm a written person, but every single thing that occurs in my salon is in that operating manual. Like down to how to clean the bathroom. Step by step. You could have never cleaned the bathroom before. It will tell you in that operating manual how to clean that bathroom everything umm. So work to their strengths. For your expectations, I have incredibly high expectations for my employees. </w:t>
        <w:br/>
      </w:r>
    </w:p>
    <w:p>
      <w:r>
        <w:rPr>
          <w:sz w:val="22"/>
        </w:rPr>
        <w:t xml:space="preserve">I am a tough boss, however. There are things that must be done, and they must be done. Every single time I expect them to be done, I communicate clearly what the end goal must be. So every single crate in this salon that has been used today must be cleaned before. We close. It must be completely clean. How you achieve that? In what order? Or whatever, I don't care. I'm not going to micromanage the small stuff. But the bigger picture is that every single clean, every single crate will be cleaned to this standard every single time, every single day. And it is. So each of my employees excels at certain things. So that's what I put on their agendas. </w:t>
        <w:br/>
      </w:r>
    </w:p>
    <w:p>
      <w:r>
        <w:rPr>
          <w:sz w:val="22"/>
        </w:rPr>
        <w:t xml:space="preserve">There are things that Ashley is better at than Angie is and there are things Angie is better at than Ashley is. So I put those things on those. You do this. You do that. Because she will do this better than even I will, and she will do this better than even I will be great. So there are certain things. That must be done that a higher out for like deep cleaning and we're all very good at cleaning. Deep cleaning is not something I want to pay them to do. It's too expensive. I can pay a commercial cleaner way less than I pay them. And so I do because I. </w:t>
        <w:br/>
      </w:r>
    </w:p>
    <w:p>
      <w:r>
        <w:rPr>
          <w:sz w:val="22"/>
        </w:rPr>
        <w:t xml:space="preserve">Try to be smart with my money. I want them to do the daily cleaning, but when it comes to the deep cleaning, I don't want to pay them each five hours to do what I could pay a commercial cleaner to do, and pay the commercial cleaner less for those three hours than I would pay either of them for the five. But they're not cleaner, so it's gonna take them longer. I mean, that's just how it works umm. So be clear about what your goals are for each pet. Our goal is what? To get them groomed. About Neaton a haircut? What is the goal for that pet? Be clear about make sure they understand what it is. </w:t>
        <w:br/>
      </w:r>
    </w:p>
    <w:p>
      <w:r>
        <w:rPr>
          <w:sz w:val="22"/>
        </w:rPr>
        <w:t xml:space="preserve">Put it on the chalkboard. This one's getting a haircut. This one's getting a face, feet, and standing. This one's coming in for a nail trim. And a foot. The pads need to be trimmed and the top of the feet need to be trimmed. And he needs to standing too. All of that should be very clear and written out umm. So set goals, give small rewards for the bigger ones. Hey, you learned how to give a nice sheets of trim, so I got you this Shih Tzu sticker. You can put it on your toolkit. They don't need to be huge rewards if they hit significant goal like learning the hand strip. </w:t>
        <w:br/>
      </w:r>
    </w:p>
    <w:p>
      <w:r>
        <w:rPr>
          <w:sz w:val="22"/>
        </w:rPr>
        <w:t xml:space="preserve">Get him a set of stripping knives if they get a certification. Give him a gift card to go get dinner. They probably don't really want to go out to dinner with you, they would much rather go with their significant other. So get them a gift card to go. To dinner to celebrate, there was a psychologist that figured out people will continue to do tasks even if they don't necessarily like them, if they get even a small reward. His name was BF Skinner, and This is why in video games you get occasional awards for doing certain things. Because of this, people play longer because, ooh, I got stars. Well, in the greater scheme of things, what are pixelated stars actually worth? Nothing however, you feel rewarded, so you continue to play. </w:t>
        <w:br/>
      </w:r>
    </w:p>
    <w:p>
      <w:r>
        <w:rPr>
          <w:sz w:val="22"/>
        </w:rPr>
        <w:t xml:space="preserve">Ok, there's motivation to reach the next goal. If like all those Facebook games. You get the woo, you know, like they spit out stars. And here's your score congratulations so you play again. If you hit a certain level, you get a free whatever, so you'll strive to hit that mark for that literally meaningless award. But accomplishing that made you feel good. People like to be rewarded, even in small ways. It's meaningful and it's important. My staff, when they get another certification on our T-shirts we have all of our certifications on the T-shirts So when they get a new certification, I get a new T-shirts because that's. </w:t>
        <w:br/>
      </w:r>
    </w:p>
    <w:p>
      <w:r>
        <w:rPr>
          <w:sz w:val="22"/>
        </w:rPr>
        <w:t xml:space="preserve">A big deal, you get a certification. I don't mean like, you know, you went to a trade show and you sat in class for an hour and you got the certificate. I mean you work towards. A certified whatever, whatever. You get your T-shirt Is adjusted and. I'll get Donuts for the salon, or I'll get cupcakes, or I'll get yay. We did this thing. You made this happen. You achieved this. I want them to know that they're appreciated. </w:t>
        <w:br/>
      </w:r>
    </w:p>
    <w:p>
      <w:r>
        <w:rPr>
          <w:sz w:val="22"/>
        </w:rPr>
        <w:t xml:space="preserve">And yeah, it's, I mean, OK, so. You know I gave. When Ashley first started and she groomed her first lab, I gave her a little lab sticker. She cried. She thought it was awesome. She's like and I was like, and put it on your toolkit and she was like, yeah. Now it's got a bunch of dogs on there because they just keep giving her stickers as she learned the new breeds done. It was a big deal for her. And it's yeah, it's a silly sticker. But it meant something to her that I knew that she had achieved that goal. And I mean, really, that's what we want. We want someone to recognize our achievements. </w:t>
        <w:br/>
      </w:r>
    </w:p>
    <w:p>
      <w:r>
        <w:rPr>
          <w:sz w:val="22"/>
        </w:rPr>
        <w:t xml:space="preserve">I noticed them. Repetition is the most important thing. Repetition and actions is how most of us learn grooming. You repeat the process until you're able to replicate it. Whatever it is that repetition creates muscle memory, it's also how those of us who are neurodiverse learn best that physical creation of something eliminates mental effort depletion. It allows the body to do what's needed with very little memory tasking. For many of us that have been grooming for a long time, you groom an entire dog some days, and when you've got a lot going on and you're stressed once you're done, you're kind of wondering. </w:t>
        <w:br/>
      </w:r>
    </w:p>
    <w:p>
      <w:r>
        <w:rPr>
          <w:sz w:val="22"/>
        </w:rPr>
        <w:t xml:space="preserve">Anyone actually remember grabbing this dog and then you're double checking your work to see that you what you missed and find that you haven't missed anything. It doesn't happen often, but it's happened to me a few times in my career when I was overwhelmed with other things. And when communicating with my staff, I give them examples when I'm explaining something. Since Max's mom is elderly, we know she doesn't walk well. </w:t>
        <w:br/>
      </w:r>
    </w:p>
    <w:p>
      <w:r>
        <w:rPr>
          <w:sz w:val="22"/>
        </w:rPr>
        <w:t xml:space="preserve">So in order for Max to be comfortable during grooming, we need to run him out to the dog walk prior to the groom. So rather than saying can you walk Max? The reason I do this is because I want them to understand it's not just that Max may need a quick trip to the dog walk before grooming. But I want them to understand that we have a lot of elderly clients, some that can't walk well. Some then insist on coming to the door with their walkers, despite being told innumerable times we will gladly come and do a car side pickup. </w:t>
        <w:br/>
      </w:r>
    </w:p>
    <w:p>
      <w:r>
        <w:rPr>
          <w:sz w:val="22"/>
        </w:rPr>
        <w:t xml:space="preserve">They have pride, so we're not going to diminish that pride by insisting we just take the dog out to the dog walk after they leave. No big deal. But explaining the why, I'm asking them to do a certain thing, not every time, but most of the time. They understand there's a purpose to it, and people like to be on the side of purpose. I'm not just asking you to do this just to do this. I'm asking you to do this for a reason. Because you're not just helping the dog, you're helping his mom. There's a reason we are doing this and it is a solid purpose and they're like, yeah, absolutely. </w:t>
        <w:br/>
      </w:r>
    </w:p>
    <w:p>
      <w:r>
        <w:rPr>
          <w:sz w:val="22"/>
        </w:rPr>
        <w:t xml:space="preserve">Where they would be irritated if the 20 year old dropped lab off who could walk just fine and shouldn't have any problem taking their lab over to the dog walk. And understandably so. But when an elderly dog comes in or an elderly owner comes in with a dog, they go, I will, I'll take, I'll just run them over real quick to the dog walk for you and the owners like thank you great. They make that connection. So repetition and communication. This is hugely important. Not everyone has your understanding. </w:t>
        <w:br/>
      </w:r>
    </w:p>
    <w:p>
      <w:r>
        <w:rPr>
          <w:sz w:val="22"/>
        </w:rPr>
        <w:t xml:space="preserve">We know why we think the things we do. So in order to best communicate how we do something, we need to have it become rote memory. I give my staff pop quizzes. When I have a groomer in training, I want them to understand not just the growing process, but the method. I say, OK, pop quiz. Why do we do nails first when we're doing the finish? And I've said it to them. I say to them the same way every single time, and verbatim. They reply because we want them to be comfortable for the rest of the groom. </w:t>
        <w:br/>
      </w:r>
    </w:p>
    <w:p>
      <w:r>
        <w:rPr>
          <w:sz w:val="22"/>
        </w:rPr>
        <w:t xml:space="preserve">And if the nails are long standing, our long standing can be difficult. Voila, exactly. They get it. That's my goal, and to me, this goal is important. Now they understand why the goal is important, and it becomes their goal as well. And I'm not saying you have to do nails first on every dog, but what I am saying is that this is my method and I want my staff to mirror that method. </w:t>
        <w:br/>
      </w:r>
    </w:p>
    <w:p>
      <w:r>
        <w:rPr>
          <w:sz w:val="22"/>
        </w:rPr>
        <w:t xml:space="preserve">So when I communicate these goals to them, I do it in the same way, in the same words, every single time. So many years ago when I started as a bather, brusher. Item Mentor named Karen. She was a lovely woman and she was willing to spend time training me despite the fact she wasn't getting paid to do it. I stayed after work to learn from her and I can't tell you how many thousand times she told me you must come up the side of the shisu beard, because if you don't and you comb it down and you don't trim it, tomorrow that beard will look like crap. </w:t>
        <w:br/>
      </w:r>
    </w:p>
    <w:p>
      <w:r>
        <w:rPr>
          <w:sz w:val="22"/>
        </w:rPr>
        <w:t xml:space="preserve">To this day, when I'm doing a Shih Tzu, I can hear her in my mind telling me to fix the section behind the front of the beard and my assistant. Who has Ashley, who is now my groomer? She already knows this mantra, so in 30 years she's going to be caring, hearing Karen's words in my voice, in her head. Because that's how it works. </w:t>
        <w:br/>
      </w:r>
    </w:p>
    <w:p>
      <w:r>
        <w:rPr>
          <w:sz w:val="22"/>
        </w:rPr>
        <w:t xml:space="preserve">Give them the tools to succeed. I can hear it now. Lists look junky. Then make them pretty. No one says it has to just be taxed. You can put colors and pictures or whatever. My customers will think we don't know what we're doing. No, actually they'll think you're thorough and don't want anything missed. I had a customer comment on the list when they came in for a tour pre COVID days. Wow, you have a list for everything with a frown. I nodded. Nothing gets missed. It's done to the best of our ability every single time. Also, I want things done to my standards for every single dog, so there's a reason for every single thing on that list, and all of them must be done every single time. </w:t>
        <w:br/>
      </w:r>
    </w:p>
    <w:p>
      <w:r>
        <w:rPr>
          <w:sz w:val="22"/>
        </w:rPr>
        <w:t xml:space="preserve">And her eyes opened and surprised, and they nodded. That's actually a really good idea. After the tour, they booked an appointment. On arrival for their second groom, she said you are very thorough. This is the best groom he's ever had. Now I see why you do the things the way you do them. She's a regular monthly client and booked out. For the entire year. And she was demanding her schedule for the New Year in September. I don't even do them until not start them until November. </w:t>
        <w:br/>
      </w:r>
    </w:p>
    <w:p>
      <w:r>
        <w:rPr>
          <w:sz w:val="22"/>
        </w:rPr>
        <w:t xml:space="preserve">So remember, just because it's understood in your mind doesn't mean that it's understood by everyone. For those of us that are in grooming a long time, it's been decades since we have been our new groomer. So much has changed in our careers. Everyone here seeks to continue our education. Many have been to thousands of hours of seminars. I know I have. There's no way someone else can have your knowledge, your level of understanding or expertise. </w:t>
        <w:br/>
      </w:r>
    </w:p>
    <w:p>
      <w:r>
        <w:rPr>
          <w:sz w:val="22"/>
        </w:rPr>
        <w:t xml:space="preserve">They haven't lived your life. You need to help them reach that understanding you have on that particular thing. And to do so, you may have to come at it from different ways. You may have to explain it in different ways until you find the one where you get that. Oh, OK, yeah, I get it. Then use that when explaining it again until they understand it and the purpose behind it focus follow one course until successful. Your job as an employer is to provide the guidelines and structure that will allow for focus and help them to achieve following ones course until successful. </w:t>
        <w:br/>
      </w:r>
    </w:p>
    <w:p>
      <w:r>
        <w:rPr>
          <w:sz w:val="22"/>
        </w:rPr>
        <w:t xml:space="preserve">We are all very different people with different challenges in life. Not everyone thinks as you do. Not everyone understands things from your perspective. Be open and willing to allow yourself to use different styles of communication. Having a neurodiverse employee is no different than it being having a neurotypical 1. If you're willing to help them flourish. This is how you can get a hold of me. Do we have any questions? Alright, we'll give it a minute for questions. Right on time right perfect. Ok. I will also make mention that there will be a half hour break. </w:t>
        <w:br/>
      </w:r>
    </w:p>
    <w:p>
      <w:r>
        <w:rPr>
          <w:sz w:val="22"/>
        </w:rPr>
        <w:t xml:space="preserve">We'll be back in a half hour with lorraine. So very good. I enjoyed it cool. Ok, neither just says thank you all for coming. I appreciate your time. I appreciate those of you on the West Coast getting up early on Sunday morning. Yeah, we're like coffee hey. Ok, so we're going to wrap it up. And four thirty AM is frighteningly early. So yes, the. Hi SG OK try the try the beekeepers hat. </w:t>
        <w:br/>
      </w:r>
    </w:p>
    <w:p>
      <w:r>
        <w:rPr>
          <w:sz w:val="22"/>
        </w:rPr>
        <w:t xml:space="preserve">My groomer, Ashley, loves the beekeeper hat. I have a an aversion to it simply because I don't like anything on my face. Freaks me out. But she loves it. And get it on Amazon. You can wash it, you can dry it. But it gives a brim so that the light isn't directly in your eyes. However, the dog you're working on is very well lit. Also, you can pull the netting down when you're doing a blowout so all that fur is not in your face. She gets more freaked out by the fur in her face. I get more freaked out by the netting in mine. I can handle the fur. I can't handle the netting. </w:t>
        <w:br/>
      </w:r>
    </w:p>
    <w:p>
      <w:r>
        <w:rPr>
          <w:sz w:val="22"/>
        </w:rPr>
        <w:t xml:space="preserve">It's too much. I Nope freaks me right out. So try the beekeepers hat and I think it was like 15 bucks get the good one because you can wash it and dry it and it will last you forever and hers is reversible so depending upon her mood she can flip it to you know to from the beige to like it's like this like a little pattern with like. Flowery things on it. And she likes it. She's like it's a it's a pattern day today. Like OK well whatever floats your boat, kid. Ok, so we will see everybody in a half hour and. Stop the recording according.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