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550C" w14:textId="77777777" w:rsidR="00EB4A9D" w:rsidRDefault="00000000">
      <w:pPr>
        <w:pStyle w:val="Title"/>
      </w:pPr>
      <w:r>
        <w:t>Erin- Character Face</w:t>
      </w:r>
    </w:p>
    <w:p w14:paraId="083191B1" w14:textId="77777777" w:rsidR="00EB4A9D" w:rsidRDefault="00000000">
      <w:r>
        <w:t xml:space="preserve">Okay, Welcome to the last session of the Creative Grooming Summit for 2023 Aaron is going to do you're doing character faces, correct? Yes, I'm going to do character faces today. So let's have a quick word from Precision Sharp. Hi everyone, and welcome to Precision Sharp. We're a full service sharpening company and we specialize in shears. We have our own brand of shears called Precise Cut which includes several lines and those are German our Patriot which is made in the USA We have the Sunflower, the Phoenix, the Dahlia, the Black Panther, and I should note that the Dahlia comes in purple and blue. </w:t>
      </w:r>
      <w:r>
        <w:br/>
      </w:r>
    </w:p>
    <w:p w14:paraId="70AEEF17" w14:textId="77777777" w:rsidR="00EB4A9D" w:rsidRDefault="00000000">
      <w:r>
        <w:t xml:space="preserve">Watch for later this summer we will be coming out with a new line, which is called the Links. It's going to be something very special. That's all I can tell you about it right now. So if you're out and about and you're going to trade shows, stop by and visit our booth. We do nearly all the trade shows across the country. Watch for our coupon code here. For 20 % off, you will put in Creative 20 off CREAIV e two zero o f f. Enjoying the summit and have a great day, Okay. </w:t>
      </w:r>
      <w:r>
        <w:br/>
      </w:r>
    </w:p>
    <w:p w14:paraId="0217439D" w14:textId="77777777" w:rsidR="00EB4A9D" w:rsidRDefault="00000000">
      <w:r>
        <w:t xml:space="preserve">So let's make sure you're all nice and centered okay. I'll move the camera back in just a second. All right. Go for it. All right. Thank you guys for tuning in. This is the last summit of the day. And today I'm going to be doing character faces. The character I'm going to be doing today is Cruella Deville. And just a quick introduction, if you didn't see my earlier webinar, my name is Aaron Martin and I am reachable on all the social media platforms Facebook, Instagram, YouTube and tik tok under the creative groomer. Make sure you put in the so you get to the right account. You can also email me at Aaron at The Creative Groomer and you can reach me on my website at www.thecreativegroomer.com And if you have any questions, please go ahead and ask them throughout or you can save them up for the end. </w:t>
      </w:r>
      <w:r>
        <w:br/>
      </w:r>
    </w:p>
    <w:p w14:paraId="5189940F" w14:textId="77777777" w:rsidR="00EB4A9D" w:rsidRDefault="00000000">
      <w:r>
        <w:t xml:space="preserve">But we'll go ahead and get started. Ok So today I'm going to show you how to do a character, a cartoon character face, and I'm doing Cruella Deville. And the reason I chose her is because she has very sharp features. And it's going to, I'm going to show you how to do that real extreme creative grooming with a very sharp and extreme face. So that way you know how to get your features for that and you know how to plan that out. It's a little harder sometimes when you're doing more people like faces, but because hers is such a cartoon character. </w:t>
      </w:r>
      <w:r>
        <w:br/>
      </w:r>
    </w:p>
    <w:p w14:paraId="2601DBDE" w14:textId="77777777" w:rsidR="00EB4A9D" w:rsidRDefault="00000000">
      <w:r>
        <w:t xml:space="preserve">I wanted to show you that one because I figured it would be a lot easier to show you with those angles than to do something like Snow White or one of the princesses where it's a much more realistic type face. So what I'm going to do first is I'm going to set the outline of </w:t>
      </w:r>
      <w:r>
        <w:lastRenderedPageBreak/>
        <w:t xml:space="preserve">her face and then do her hair afterwards, and her hair is real similar to how this wool pad naturally goes. </w:t>
      </w:r>
      <w:r>
        <w:br/>
      </w:r>
    </w:p>
    <w:p w14:paraId="305CAB04" w14:textId="77777777" w:rsidR="00EB4A9D" w:rsidRDefault="00000000">
      <w:r>
        <w:t xml:space="preserve">So that makes it a little bit easier because I don't have to do a whole lot of trimming here. And So what I want to do first is she has an extreme set to her face and I'm going to show you what I'm going off of because I can't really do this one. By memory, I am using a picture that I pulled up on the iPad and I'm going to 1st trace the outline of her freight, of her face and set that first so you can see what I'm talking about with these extreme angles. </w:t>
      </w:r>
      <w:r>
        <w:br/>
      </w:r>
    </w:p>
    <w:p w14:paraId="6E198A59" w14:textId="77777777" w:rsidR="00EB4A9D" w:rsidRDefault="00000000">
      <w:r>
        <w:t xml:space="preserve">So what we're going to do first is we're going to. Set her forehead. So I know I want this to be her hair up here. She has kind of like a mullet I guess you would say. And I want to set her forehead and set that line first. So I want to come out and I'm going to come out as a sharp angle in and her cheeks are going to go out this way. So she's got real pointy cheeks and kind of a wide forehead. So I'm going to come in here with my curved shears first. I'm not going to use my Clippers just yet, and I'm going to come and create the angle of her forehead. </w:t>
      </w:r>
      <w:r>
        <w:br/>
      </w:r>
    </w:p>
    <w:p w14:paraId="64DD66A0" w14:textId="77777777" w:rsidR="00EB4A9D" w:rsidRDefault="00000000">
      <w:r>
        <w:t xml:space="preserve">So I want to create that line first. Same thing over here. I want to create that line. And as you guys could see, there was kind of a little line already in there. I just kind of laid my shears down. Where I wanted that line to be before I trimmed, just to make sure that I was satisfied with where the line was for her head, for her forehead. So I'm going to come in here and I'm just setting my line. I might pull a couple of these pieces out real quick, just so I can see what I'm doing, and I'm going to go down a little further because I want to have a nice sharp line where her forehead meets her hair. </w:t>
      </w:r>
      <w:r>
        <w:br/>
      </w:r>
    </w:p>
    <w:p w14:paraId="1CB6F05A" w14:textId="77777777" w:rsidR="00EB4A9D" w:rsidRDefault="00000000">
      <w:r>
        <w:t xml:space="preserve">And I'll pull a little bit of this out just so I can see what I'm doing. So now I'm going to come in at a sharp angle, I'm going to reverse my shears and I'm going to come in. It's almost at a 90 degree angle. It's about maybe a one twenty degree angle maybe one tenth. And so I'm going to come in here and I'm going to create the side of her forehead and this is going to lead into the point of where her eyes are. So I'm going to come in this side, do the same thing, and I'm going to create that sharp angle by flipping my shears and using the back curve. </w:t>
      </w:r>
      <w:r>
        <w:br/>
      </w:r>
    </w:p>
    <w:p w14:paraId="312F7993" w14:textId="77777777" w:rsidR="00EB4A9D" w:rsidRDefault="00000000">
      <w:r>
        <w:t xml:space="preserve">Because it's not exactly a straight line where I'd want to use my straights, I'm going to take the points off here at the edge of her forehead. Reverse again and just get a nice deep cut in there. And now I want to set her cheeks. Now her cheeks. I'm going to use my straights and I'm going to get a shorter pair of straights because I don't want to come all the way out to the end because she does have hair behind her cheeks. So her cheeks are two points, like a triangle, and I want to make sure they're not too fat, but they're not too thin. </w:t>
      </w:r>
      <w:r>
        <w:br/>
      </w:r>
    </w:p>
    <w:p w14:paraId="0557BDD2" w14:textId="77777777" w:rsidR="00EB4A9D" w:rsidRDefault="00000000">
      <w:r>
        <w:lastRenderedPageBreak/>
        <w:t xml:space="preserve">So the first one I'm going to set is here. And I want to cut a little further down so I can see that trim, see where that point is. And then I'm going to come in here and I'm going to cut the other side and I'm going to pull that fur off. So these are her cheekbones and get down in here a little further so I don't lose that line. Same thing over here. I want to lose that line, so I'm going to match that over here. I want to make sure her cheek is this way and this way from that point. So come in here, get that extreme angle through straights and come back over here and make sure I have a better trim so I can see that line. </w:t>
      </w:r>
      <w:r>
        <w:br/>
      </w:r>
    </w:p>
    <w:p w14:paraId="1219C45C" w14:textId="77777777" w:rsidR="00EB4A9D" w:rsidRDefault="00000000">
      <w:r>
        <w:t xml:space="preserve">And then come in on this side and get the other cheek. Ok so we've got that extreme angle. Now we want to do her jaw line. And I'm going to take a smaller pair of curves because her jaw line comes in a little bit. And I'll show you what part I'm working on. So we've got her cheeks here. And we're going to do this part of the jawline and across. So I don't want it to be too straight and I don't want it to be too narrow. So it's going to come in about to here on each side before we jut out a little bit for her jawbone. </w:t>
      </w:r>
      <w:r>
        <w:br/>
      </w:r>
    </w:p>
    <w:p w14:paraId="018EB134" w14:textId="77777777" w:rsidR="00EB4A9D" w:rsidRDefault="00000000">
      <w:r>
        <w:t xml:space="preserve">So I'm going to take my curves and I'm going to come in a little bit like that and I'm going to pull that. Per away so I can see what I'm cutting and I'm going to do the same thing to the other side. I want to have a little bit of a curve until I meet that cheekbone and I make sure I pull out that first so I can see what I'm doing OK And now we're going to go across. And we're going to create her jawline, her chin, so her chin comes out a little bit here and it goes in. So we're going to do half and then we're going to come over here and we're going to do half because it's not completely straight. </w:t>
      </w:r>
      <w:r>
        <w:br/>
      </w:r>
    </w:p>
    <w:p w14:paraId="5A30B8B5" w14:textId="77777777" w:rsidR="00EB4A9D" w:rsidRDefault="00000000">
      <w:r>
        <w:t xml:space="preserve">So I want this to come out a little bit and then I want to come in. About halfway, because I don't want it too curved. I don't want an arch and I'm going to reach the other side of me, come out a little bit. So let me get a better cut down here, go back from the other side. And you can see that little cut now on the corners here. I don't want it too big of a corner, I do want it round. So I'm just going to come and round this a little bit down here and I'm going to go a little bit further just so I don't get any fur that sticks up and causes me to lose that curve of her cheek and it looks too pointy. </w:t>
      </w:r>
      <w:r>
        <w:br/>
      </w:r>
    </w:p>
    <w:p w14:paraId="1A2AE707" w14:textId="77777777" w:rsidR="00EB4A9D" w:rsidRDefault="00000000">
      <w:r>
        <w:t xml:space="preserve">I'm going to do the same thing over here, going to come around, get this stuff on top a little and we're going to trim that off. So this is even with the exception of her nose, we want to make sure we have enough to show her nose. So I'm going to pull this off and any of this other. Fur on the side that I trimmed. Want to get any of that loose fur out of here because I'm going to sharpen up that edge. I just don't want to lose the lines that I've just trimmed. </w:t>
      </w:r>
      <w:r>
        <w:br/>
      </w:r>
    </w:p>
    <w:p w14:paraId="7AEDAC5D" w14:textId="77777777" w:rsidR="00EB4A9D" w:rsidRDefault="00000000">
      <w:r>
        <w:t xml:space="preserve">Ok, so we have the base outline of her face. And we can do her neck a little bit, just so we can see what we're doing down here. We can clear some of this rough fur away. We're going to come in here and we're going to cut at an angle to get her neckline and you'll pull that fur </w:t>
      </w:r>
      <w:r>
        <w:lastRenderedPageBreak/>
        <w:t xml:space="preserve">away as well. And the same thing on this side. We're going to come in at a little bit of an angle. </w:t>
      </w:r>
      <w:r>
        <w:br/>
      </w:r>
    </w:p>
    <w:p w14:paraId="0AFA6E2A" w14:textId="77777777" w:rsidR="00EB4A9D" w:rsidRDefault="00000000">
      <w:r>
        <w:t xml:space="preserve">With your curves and get that fur off so I can still see where the line is. That way I can go and clean it up okay. So now what I'm going to do is I'm going to take my straights and I want to go in. I'm going to clean up her neck she's got. A black dress on. So I'm going to set a line here for the neckline of her dress and I'm going to come in here and trim a lot of this messy top fur off so I can get a nice plush finish for her neck. </w:t>
      </w:r>
      <w:r>
        <w:br/>
      </w:r>
    </w:p>
    <w:p w14:paraId="4460F6D5" w14:textId="77777777" w:rsidR="00EB4A9D" w:rsidRDefault="00000000">
      <w:r>
        <w:t xml:space="preserve">Grab all of that and she is wearing a fur coat, so I don't need to do much. I don't need to do much to this other fur on the outside. What I'll just do is she's got her neck here, she's got her dress and right alongside her neck is where her fur coat is. So I can come in here and just make another line. Another line for the other side of her coat. </w:t>
      </w:r>
      <w:r>
        <w:br/>
      </w:r>
    </w:p>
    <w:p w14:paraId="56EA1E59" w14:textId="77777777" w:rsidR="00EB4A9D" w:rsidRDefault="00000000">
      <w:r>
        <w:t xml:space="preserve">So we're going to take it up a little bit and same thing here, take it up just so we don't get lost down here. And the rest of this is going to be fur and fur hair. So we can come in here, we can clean up this stuff, get all those ends off, and then we'd end up airbrushing that the color of the dress at the end. All right, So we've got our lines in here. We can come and set them a little bit deeper. And a little bit neater for later. </w:t>
      </w:r>
      <w:r>
        <w:br/>
      </w:r>
    </w:p>
    <w:p w14:paraId="6E9B156B" w14:textId="77777777" w:rsidR="00EB4A9D" w:rsidRDefault="00000000">
      <w:r>
        <w:t xml:space="preserve">Ok so now back to our face. Comb out your other sides, away from the face part that you're going to work on. So what we're going to do now is we're going to fluff this up a little so we can get a plush finish on it and we're going to make sure that we leave a little bit for her nose. Because we don't want to trim that even. We want that to stick out a little. So her nose is like a little triangle and it sticks up a little from the picture. </w:t>
      </w:r>
      <w:r>
        <w:br/>
      </w:r>
    </w:p>
    <w:p w14:paraId="4E91A8F3" w14:textId="77777777" w:rsidR="00EB4A9D" w:rsidRDefault="00000000">
      <w:r>
        <w:t xml:space="preserve">Show you guys again. So we want to leave enough for a little triangle and we also want to leave enough for her brows. So basically we know her mouth is going to be about here. The top of her mouth stops at her ears, so the top of her mouth is going to be here. So we want the nose to be above that. The top of the nose ends at the top of her ears. </w:t>
      </w:r>
      <w:r>
        <w:br/>
      </w:r>
    </w:p>
    <w:p w14:paraId="450B4E84" w14:textId="77777777" w:rsidR="00EB4A9D" w:rsidRDefault="00000000">
      <w:r>
        <w:t xml:space="preserve">So I know I want my nose to be here. So I'm going to cut around it and I'm going to cut the hair that's outside of that triangle a little bit lower. I'm going to come below these pieces of fur that are sticking here because I want to shape that into my nose and I'm going to cut at an angle. Right below the nose to just start creating the shape of where her mouth is. Her mouth should stick up a little more than the rest of her face. But I want to take all this other stuff off and leave the nose sticking up so I don't take it away so I don't end up cutting into it. </w:t>
      </w:r>
      <w:r>
        <w:br/>
      </w:r>
    </w:p>
    <w:p w14:paraId="5DCFE86E" w14:textId="77777777" w:rsidR="00EB4A9D" w:rsidRDefault="00000000">
      <w:r>
        <w:lastRenderedPageBreak/>
        <w:t xml:space="preserve">We need that dimension, so we need all that hair there to create that dimension. And with cartoon faces, they're really dramatic. You know, they usually have really big noses or big chins or wide cheekbones or really sharp cheekbones. So I want to leave this little triangle here and I'm going to take the stuff around it. I also want to set my eyes so that way I know where I'm trimming and where my eyebrows are going to be. So you're kind of setting a little bit. Of it all. You're doing like a little outline of the whole face first. So here's my nose. I'm going to Hairspray that up later. </w:t>
      </w:r>
      <w:r>
        <w:br/>
      </w:r>
    </w:p>
    <w:p w14:paraId="0C14B2EF" w14:textId="77777777" w:rsidR="00EB4A9D" w:rsidRDefault="00000000">
      <w:r>
        <w:t xml:space="preserve">The mouth is going to be here, so I'm going to leave this for now. And I know my brow is really sharp and comes up really high on one side, lower on the other. So I want to take my curves and I want to shape my brow a little, just a little bit, kind of in a V, and I'm going to take it the other way. Because she's got a little bit of a curve on her brow and I'm just going to set a little line so I know where it's at. </w:t>
      </w:r>
      <w:r>
        <w:br/>
      </w:r>
    </w:p>
    <w:p w14:paraId="11212EAE" w14:textId="77777777" w:rsidR="00EB4A9D" w:rsidRDefault="00000000">
      <w:r>
        <w:t xml:space="preserve">And now I'm going to take this up so I know I want to hollow out underneath that because that's where her eyebrow is and her eyebrow goes to the edge of her head. So I want that brow to stick out on the edge of her head like this. So I'm going to take all of that off and I'm going to set the eye down. So I want to come in here and I want to take all of this excess fur off because I'm going to have her eyes set deeper into the fur so that way it gives her face more dimension. </w:t>
      </w:r>
      <w:r>
        <w:br/>
      </w:r>
    </w:p>
    <w:p w14:paraId="41087100" w14:textId="77777777" w:rsidR="00EB4A9D" w:rsidRDefault="00000000">
      <w:r>
        <w:t xml:space="preserve">Let me see if I can get my other ones that are a little sharper. There we go aaron yes, ma'am. Question is, can you or is it possible to pencil it in or something to trace it out? You absolutely can do that. Yes, you can do a pencil. You can trace it. So if you're going to trace it, I would recommend using an airbrush and taking your airbrush with a lighter color, so maybe like a light Peach. You know, mix orange and white together and doing it in something that you can go over later, that's not going to show through the design that you're doing. </w:t>
      </w:r>
      <w:r>
        <w:br/>
      </w:r>
    </w:p>
    <w:p w14:paraId="7BE3D1C8" w14:textId="77777777" w:rsidR="00EB4A9D" w:rsidRDefault="00000000">
      <w:r>
        <w:t xml:space="preserve">So yes, you absolutely can. The other thing you can do is if you take the paper, if you print out her face, you can cut out around her face. So you can cut out around here. And then what you do is you fold it in half and you put the half down on the fur and you trace around it with your shears. And then you take the other half and you trace around it with your shears. </w:t>
      </w:r>
      <w:r>
        <w:br/>
      </w:r>
    </w:p>
    <w:p w14:paraId="6DF3DC1E" w14:textId="77777777" w:rsidR="00EB4A9D" w:rsidRDefault="00000000">
      <w:r>
        <w:t xml:space="preserve">So then that way you have your outline. And then if you want to cut in between almost like a stencil, you could cut the brows out. You could cut the eyes out, the nose and the mouth and you know where to where to trim so you can see I'm hollowing out this area for where her brow is going to be. That's going to stay. High as her brow. I'm going to do the same thing over here. So her brow here is higher than the brow on this side. </w:t>
      </w:r>
      <w:r>
        <w:br/>
      </w:r>
    </w:p>
    <w:p w14:paraId="3F504B7B" w14:textId="77777777" w:rsidR="00EB4A9D" w:rsidRDefault="00000000">
      <w:r>
        <w:lastRenderedPageBreak/>
        <w:t xml:space="preserve">Let me go a little bit deeper and set this line. Can you guys see that line? I can see it. Ok great. So I'm going to come down and I'm going to hollow out up to where I just. Did that. And then I'm going to come and I'm going to do a little circle, little half circle of where her eye is going to be so I can really hollow out this area and her eye goes all the way up there into her brow. So I'm going to take my curves in reverse. </w:t>
      </w:r>
      <w:r>
        <w:br/>
      </w:r>
    </w:p>
    <w:p w14:paraId="066C8CC5" w14:textId="77777777" w:rsidR="00EB4A9D" w:rsidRDefault="00000000">
      <w:r>
        <w:t xml:space="preserve">And I'm going to take this down really far. So when you're doing character faces, you want to take it down to like a 15. You want it really low. Maybe if it's a client's dog and you're doing a character face on it, maybe you want to take it to a 10. But you're going to get really down in there because that is going to help you set. It's going to help you set dimension. I'm going to use my Clipper as it's a little bit quicker and you can see how deep that is. </w:t>
      </w:r>
      <w:r>
        <w:br/>
      </w:r>
    </w:p>
    <w:p w14:paraId="0D61284D" w14:textId="77777777" w:rsidR="00EB4A9D" w:rsidRDefault="00000000">
      <w:r>
        <w:t xml:space="preserve">I'm just going to come in here, I'm going to clean that up. Ok so that's super deep set in there and that's what we want. We're going to do the other side and we're going to come not as high is that Brow is just going to be a little bit lower and that's because her head is at a tilt. So we don't have to do it too much slower, but we want to make sure that we've got it just a little bit different so it almost looks like she's sneering. </w:t>
      </w:r>
      <w:r>
        <w:br/>
      </w:r>
    </w:p>
    <w:p w14:paraId="6353D76E" w14:textId="77777777" w:rsidR="00EB4A9D" w:rsidRDefault="00000000">
      <w:r>
        <w:t xml:space="preserve">We'll get a little bit of this edge off. We're going to shorten that anyway. Ok So remember we've got her nose right here and her brow kind of comes right into the nose. So we're going to cut the other eye out and we're just going to come and we're going to do a little circle here, little half circle to that corner, flip your shears and get the other side and then you can come in with your mini Clipper or with your five and one. And take it down really low. So for a client's dog, maybe a 10, if you're doing this for competition, you're going to want to take it like 30 or 40 because you want that all the way down to the skin. </w:t>
      </w:r>
      <w:r>
        <w:br/>
      </w:r>
    </w:p>
    <w:p w14:paraId="227C7F6A" w14:textId="77777777" w:rsidR="00EB4A9D" w:rsidRDefault="00000000">
      <w:r>
        <w:t xml:space="preserve">So now we're going to trim around our nose area, we're going to pull that up and I'm just going to take my fingers. And just shape it a little, just so I don't lose it. Let's left that up. I'm going to come in here with my straights and I'm going to take all these little points off because I want a more plush look for the face. That way I can do my details. I don't want to have kind of the straggling ends coming up because that isn't going to look right. I don't want to go into the nose. I'm going to leave as much hair as I can. So I'm going to leave those little points, but I'm going to come into the rest of the face and I'm going to make this more plush. </w:t>
      </w:r>
      <w:r>
        <w:br/>
      </w:r>
    </w:p>
    <w:p w14:paraId="1D30C0EE" w14:textId="77777777" w:rsidR="00EB4A9D" w:rsidRDefault="00000000">
      <w:r>
        <w:t xml:space="preserve">I'm going to take all these edges off. That's also when you want to come in here and you want to define your edge of your face more get down there and. Get separation. So get down here and get all of this cleaned up and then pull it off with your fingers or your comb. If you still can't see the line in there, cut it at an angle until you can because you want to have a nice beveled edge. That's going to give your character's face depth and make it really pop </w:t>
      </w:r>
      <w:r>
        <w:lastRenderedPageBreak/>
        <w:t xml:space="preserve">and look as extreme as the picture does. So I'm getting down there with my shears. I'm probably going down to about the length of a 5. </w:t>
      </w:r>
      <w:r>
        <w:br/>
      </w:r>
    </w:p>
    <w:p w14:paraId="72661F82" w14:textId="77777777" w:rsidR="00EB4A9D" w:rsidRDefault="00000000">
      <w:r>
        <w:t xml:space="preserve">That's how far down I'm trimming to get that line, OK And we can come and clean these up a little later, but you can see how that face is popping up a little more. You can also come in here and just take a little bit off of the outside fur, so bevel it a little bit there just like that. Going to do the same thing over here where her cheek is get really down in there. Make sure you meet these two points and then just pull that fur out. Come down in here again with your shears on the opposite fur and get it pulled out because you want a nice bevel in there. </w:t>
      </w:r>
      <w:r>
        <w:br/>
      </w:r>
    </w:p>
    <w:p w14:paraId="52D3AF25" w14:textId="77777777" w:rsidR="00EB4A9D" w:rsidRDefault="00000000">
      <w:r>
        <w:t xml:space="preserve">Because we have to trim the face down a little more so that it's plush and so we want this face to stick out. And do the same thing. We're going to go all the way around the edge of our face and we're going to set that outline. So we're going to take, not set it, but we're going to take more of that fur off around the outline. You can also do this with your Clipper and I'll show you. </w:t>
      </w:r>
      <w:r>
        <w:br/>
      </w:r>
    </w:p>
    <w:p w14:paraId="1DF2EE18" w14:textId="77777777" w:rsidR="00EB4A9D" w:rsidRDefault="00000000">
      <w:r>
        <w:t xml:space="preserve">So if I want that to be a cleaner edge, I can come down here and use my Clipper both sides, both directions and get that for pulled out. And then I would clean up the stuff that's sticking out so you can see the edge of that cheek again. So like this. I'm going to do the same thing along the side of the face, so I'm going to come in here and I'm going to get all of that for cleaned out. </w:t>
      </w:r>
      <w:r>
        <w:br/>
      </w:r>
    </w:p>
    <w:p w14:paraId="0BA4C56C" w14:textId="77777777" w:rsidR="00EB4A9D" w:rsidRDefault="00000000">
      <w:r>
        <w:t xml:space="preserve">And then for her cheek. Here, I need to trim some of this fur that's sticking out so you can actually see the edge of her cheek. Same thing in here. I'm going to come in here and I'm going to trim this out so we can start to see the edge of her cheek. Like that. And so let's come around here and I'm going to get the edge to a certain part because then I'm going to bring that hair over because she kind of has these little bangs that stick down and come into her forehead a little. </w:t>
      </w:r>
      <w:r>
        <w:br/>
      </w:r>
    </w:p>
    <w:p w14:paraId="4B366446" w14:textId="77777777" w:rsidR="00EB4A9D" w:rsidRDefault="00000000">
      <w:r>
        <w:t xml:space="preserve">So I'm not going to go completely around her forehead because this actually will come down a little. Onto her forehead like that. But I just want the line there so that way I can get her face set. Ok so now I can come in with my straights and take a little more of her face down here, above her nose and above her brow. Want to leave a couple little pieces? That are going to stick down up top on our forehead and they act like her little kewpie doll bangs. </w:t>
      </w:r>
      <w:r>
        <w:br/>
      </w:r>
    </w:p>
    <w:p w14:paraId="00B1B96F" w14:textId="77777777" w:rsidR="00EB4A9D" w:rsidRDefault="00000000">
      <w:r>
        <w:t xml:space="preserve">Let's get the other side of her forehead. Come in here, clean this up as well. And come on this side, and we're going to clean this side up. And so remember, when you're doing the edges of a design, you want to bevel. And so you always want to have your shears at an angle so you can create a bevel. Where the two pieces meet, you want to have an edge, a </w:t>
      </w:r>
      <w:r>
        <w:lastRenderedPageBreak/>
        <w:t xml:space="preserve">smooth edge, or basically a bevel. So you don't want them to squish into each other, you want to take it short all the way to those two, to where those two pieces meet. </w:t>
      </w:r>
      <w:r>
        <w:br/>
      </w:r>
    </w:p>
    <w:p w14:paraId="3D238F4C" w14:textId="77777777" w:rsidR="00EB4A9D" w:rsidRDefault="00000000">
      <w:r>
        <w:t xml:space="preserve">So for here, her hair and her skull, I want to take it short right to the edge so I have a nice bevel, define line where her forehead meets or her forehead ends. So I need to make sure that I'm coming in and cleaning up those edges. With my shear. So just the way we did here, we have a beveled edge around her head. And if it's not to find enough, just come in and fix those edges until you get that beveled look so you can see it kind of meets. It's almost like a book. When you open it, you've got that piece where the two pages meet and that's what you're going for, A nice round beveled edge to where they meet. </w:t>
      </w:r>
      <w:r>
        <w:br/>
      </w:r>
    </w:p>
    <w:p w14:paraId="183D2464" w14:textId="77777777" w:rsidR="00EB4A9D" w:rsidRDefault="00000000">
      <w:r>
        <w:t xml:space="preserve">So we're going to do the same thing on this side. We got to get her cheekbone. And I'm going to come at an angle with my shears and I'm going to clear away that hair for the fur that's around her cheekbone, because I want her cheek to stick out. So I'm going to come all the way down as far as I can, probably about two oh five, and I'm going to create that bevel where her hair is. That's going to allow her cheek to stick out. I'm going to do the same thing here, where her forehead is, and I'm also going to bring it up and clean up the edge, because sometimes it's beveled enough, but if you don't scissor at the top, it doesn't look clean enough and your angle isn't right. </w:t>
      </w:r>
      <w:r>
        <w:br/>
      </w:r>
    </w:p>
    <w:p w14:paraId="7CA9BDBB" w14:textId="77777777" w:rsidR="00EB4A9D" w:rsidRDefault="00000000">
      <w:r>
        <w:t xml:space="preserve">So for instance, here the angle's a little bit too round. I want to clean up a little bit higher to create a straighter. A straighter edge. So by her forehead, I want it to be a little straighter. And I'm also going to comb this down and I'm going to trim that because that doesn't fall over her ear, it goes behind. So I don't want that piece sticking out over her ear. So I'm going to trim that a little, and that's going to be, that's going to be combed downward. So when I do her hair, I'm going to clean up this edge and clean up this edge. </w:t>
      </w:r>
      <w:r>
        <w:br/>
      </w:r>
    </w:p>
    <w:p w14:paraId="16E0B1FC" w14:textId="77777777" w:rsidR="00EB4A9D" w:rsidRDefault="00000000">
      <w:r>
        <w:t xml:space="preserve">I'll Hairspray that and it'll have a nice sharp edge. So we're going to come over here and we're going to clean up her forehead and then we can work on her nose and her mouth. We've already got her eyes hollowed out. Little more in there and let's get this hair on the side of her off. Ok, so we'll do one more trim over here for her hairline. And then we're going to do the side of her cheek over here. I'm going to clean up this edge really quick so I can see my line, see where my chin is, get it a little sharper. </w:t>
      </w:r>
      <w:r>
        <w:br/>
      </w:r>
    </w:p>
    <w:p w14:paraId="4518DE8C" w14:textId="77777777" w:rsidR="00EB4A9D" w:rsidRDefault="00000000">
      <w:r>
        <w:t xml:space="preserve">Ok, so we've got her basic outline of her face and let's come across here get a deeper trim for her chin. So we can set the features on her face, clean up this line. All right, Whoop up our face a little more and now we're going to work on her mouth. So we're going to set the line for her mouth. And her mouth kind of traces the way her chin is. So let's grab our purse, come in here and set our chin a little bit. </w:t>
      </w:r>
      <w:r>
        <w:br/>
      </w:r>
    </w:p>
    <w:p w14:paraId="661E7E11" w14:textId="77777777" w:rsidR="00EB4A9D" w:rsidRDefault="00000000">
      <w:r>
        <w:lastRenderedPageBreak/>
        <w:t xml:space="preserve">Get the point off of our chin and we're going to follow the curve of her chin so her mouth comes get this way. It's a little more extreme, just a little bit more of a curve than her chin is, and it comes to just a little bit of a point right in the center. And this is going to be the outline of her lip, so we'll clean that up. And then we're going to set the top. This goes in a little bit the same way her cheeks do, and then up into her smile, which comes a little into her cheekbone. So she's got a little bit to reminds me of, like the star, a star without the top point. </w:t>
      </w:r>
      <w:r>
        <w:br/>
      </w:r>
    </w:p>
    <w:p w14:paraId="3AD750E1" w14:textId="77777777" w:rsidR="00EB4A9D" w:rsidRDefault="00000000">
      <w:r>
        <w:t xml:space="preserve">So we can get that at an angle. And we're going to do the same thing on the other side. And then her top lip comes up by her cheek. So we want to get that fur out of there. And sorry guys, my credit card machine for some reason is like updating or doing something, but figured it was stopping. Ok, we're going to clean that up a little and then we want to take some of this fur off again. </w:t>
      </w:r>
      <w:r>
        <w:br/>
      </w:r>
    </w:p>
    <w:p w14:paraId="7146A77E" w14:textId="77777777" w:rsidR="00EB4A9D" w:rsidRDefault="00000000">
      <w:r>
        <w:t xml:space="preserve">That way her lips stick out above her chin. We're going to come on the outside of what we just trimmed and we're going to take that off, get our angles in there and take the fur off so the lips stick out and you'll have to go in several times to clean that up because every time you brush over it until you Hairspray it. It's going to get out of line. Same thing here. </w:t>
      </w:r>
      <w:r>
        <w:br/>
      </w:r>
    </w:p>
    <w:p w14:paraId="3E949239" w14:textId="77777777" w:rsidR="00EB4A9D" w:rsidRDefault="00000000">
      <w:r>
        <w:t xml:space="preserve">Come in, clean up your edge. We've got our lips. Let's get the top of her lip and then we can shape her nose with Hairspray so the top of her lip goes across and it dips in a little bit. So we're going to make the top smile, the little point for her smile, and then it curves up a little into the top of her lip, so it's kind of a wide smile, almost like a little star. So we want to just clean that up a little bit, think we might have to use our small straights. </w:t>
      </w:r>
      <w:r>
        <w:br/>
      </w:r>
    </w:p>
    <w:p w14:paraId="64BA5B83" w14:textId="77777777" w:rsidR="00EB4A9D" w:rsidRDefault="00000000">
      <w:r>
        <w:t xml:space="preserve">And I want to take these points off the cheek. I'm going to come the side as well and take those rough pieces off of the cheek. And take this point off. I don't want her cheek to be too pointy. So now I want to come in here and I want to take right up to where I'm doing her nose. Take all of this off. I'm going to come in here and take. That off back in and just shape a little on her lips right up to the point and then they go in a V So I'm going to come in here and I'm going to trim in a V and that shows the center of her lips. </w:t>
      </w:r>
      <w:r>
        <w:br/>
      </w:r>
    </w:p>
    <w:p w14:paraId="5C55A361" w14:textId="77777777" w:rsidR="00EB4A9D" w:rsidRDefault="00000000">
      <w:r>
        <w:t xml:space="preserve">Just grab those pieces out and just shape it the way I want it so when I Hairspray it, I have her mouth in the design that I want, in the shape that I want and need. Bevel her eyes. We're going to set that depth of her eyes with the hair, with the airbrush, with the color. And we're going to Hairspray this first before we trim it, because I want to keep it up in a point that shows her nose turned up as much as possible. I think I'm going to trim just a tiny bit here to get it into that triangle, but I'm going to pull it up and then I'm going to end up hairspraying it, shape her mouth again. </w:t>
      </w:r>
      <w:r>
        <w:br/>
      </w:r>
    </w:p>
    <w:p w14:paraId="5C69A491" w14:textId="77777777" w:rsidR="00EB4A9D" w:rsidRDefault="00000000">
      <w:r>
        <w:lastRenderedPageBreak/>
        <w:t xml:space="preserve">I'm going to come down and up a little. I want to take anything that's between her nose and her mouth off to get that nose up as high as possible because she kind of has a little turned up piggy nose, so we've got her mouth shaped. And over here we'll go through and we'll shape it again until we have it the way we want it. So come in here and sharpen our edges a little before we start hair spring. </w:t>
      </w:r>
      <w:r>
        <w:br/>
      </w:r>
    </w:p>
    <w:p w14:paraId="5BDB30D5" w14:textId="77777777" w:rsidR="00EB4A9D" w:rsidRDefault="00000000">
      <w:r>
        <w:t xml:space="preserve">So with her mouth, I just want to. Shape it just a little before I trim some more off of the center and I want to shape her chin a little bit also before I go in and Hairspray that okay. We can see her mouth and I'm going to trim a little bit of her where her teeth are going to be and her mouth kind of comes up in a little smile. So we want to make sure we're getting that cut, the little corners off that make it look like a star. </w:t>
      </w:r>
      <w:r>
        <w:br/>
      </w:r>
    </w:p>
    <w:p w14:paraId="02ED3346" w14:textId="77777777" w:rsidR="00EB4A9D" w:rsidRDefault="00000000">
      <w:r>
        <w:t xml:space="preserve">So that her lips aren't too pointy and you can shape this with your hands where you need to. So we're going to Hairspray that way we get her nose and her brows in place. But mainly I want her nose to stick straight up. So I'm trying to get this shaped into a triangle so that it sticks up so you guys can see what I'm doing here. So I'm trying to get that triangle shape all right and when it's in that triangle I'm going to cut it at an angle. So I actually have the triangle of her, of her nose. I'm going to take my Hairspray and I'm going to spray this corner of the eye, this corner of the eye, and I'm going to create that real deep brow with that high arch. </w:t>
      </w:r>
      <w:r>
        <w:br/>
      </w:r>
    </w:p>
    <w:p w14:paraId="60D4BA60" w14:textId="77777777" w:rsidR="00EB4A9D" w:rsidRDefault="00000000">
      <w:r>
        <w:t xml:space="preserve">So I'm going to push it in and bring it together down into the nose so you can see. That she's got this deep arch where her eyebrows are and I'm going to pull it down. So we want to have a little bit of an angle down here and once that hardens, you'll go in with your curves and you're going to clean it up. So once your Hairspray is hard and go in here and just sharpen it. Just come in and get those messy little edges off so you have a nice crisp brow. And right about here is where we're going to have the line for her brow, where it meets her nose, where it meets the top of her nose. </w:t>
      </w:r>
      <w:r>
        <w:br/>
      </w:r>
    </w:p>
    <w:p w14:paraId="5BFEECB0" w14:textId="77777777" w:rsidR="00EB4A9D" w:rsidRDefault="00000000">
      <w:r>
        <w:t xml:space="preserve">Ok clean up some of this edge and now what we can do is we can shape her hair. For the bangs and we can pull it down. So you know, she has black and white hair, so we've got to make a little part up here. And she's got a part of white hair and a part of black hair. So she has a little curl that comes that way and a little curl that comes down this way in white. So it comes to a little point. So what you want to do is you want to take your hairspray that part and just bring it down. And to a point like that, just bring it down on a little curl to a point. </w:t>
      </w:r>
      <w:r>
        <w:br/>
      </w:r>
    </w:p>
    <w:p w14:paraId="5DCAF76C" w14:textId="77777777" w:rsidR="00EB4A9D" w:rsidRDefault="00000000">
      <w:r>
        <w:t xml:space="preserve">The rest of the hair you can leave kind of natural, and the only thing you're going to do on the side is you're going to distinguish where her mullet is. Which is about at the top of her brow. So what I want to do is I don't want to cut it straight across. I'm going to cut under this first layer so you can see that it's a mullet, and then I'm going to cut this on the side so </w:t>
      </w:r>
      <w:r>
        <w:lastRenderedPageBreak/>
        <w:t xml:space="preserve">you can see that she's got the little mullet that comes down. </w:t>
      </w:r>
      <w:r>
        <w:br/>
      </w:r>
    </w:p>
    <w:p w14:paraId="4E82E21E" w14:textId="77777777" w:rsidR="00EB4A9D" w:rsidRDefault="00000000">
      <w:r>
        <w:t xml:space="preserve">Over the side of her face or the side of her hair so this part comes down. You can Hairspray these into the little spice. Hairspray it a little and just form little pieces like this and just pinch them together and pull them Hairspray it again, pinch them together. Blow them if they're too wet, but you just pinch them together to give her little mullet look, Clean this up on the side just a little bit, because you want to have that even because she's got the rest of her hair coming down here so you don't have to do a whole lot for that piece. </w:t>
      </w:r>
      <w:r>
        <w:br/>
      </w:r>
    </w:p>
    <w:p w14:paraId="0E298AB8" w14:textId="77777777" w:rsidR="00EB4A9D" w:rsidRDefault="00000000">
      <w:r>
        <w:t xml:space="preserve">And you're going to do the same thing to the black side. You're going to comb the top over and down, making sure you've got a little part Hairspray and form it into a little curl on the opposite side. Like that. And so you've got your two curls and Hairspray right here in the center to create the part and she's got like a piece sticking up kind of on each side, so you can just pull it up like that, OK Same thing over here. Take your shears and go underneath to create the mullet on the black side. </w:t>
      </w:r>
      <w:r>
        <w:br/>
      </w:r>
    </w:p>
    <w:p w14:paraId="6ABB64F2" w14:textId="77777777" w:rsidR="00EB4A9D" w:rsidRDefault="00000000">
      <w:r>
        <w:t xml:space="preserve">Don't cut the top, but just go underneath and then come this way and get all that excess out. So you can create the other side of her hair. You can do the same thing to this side, Hairspray it and form your little points. You're going to get about maybe three or four of them just so they're kind of together and they give her that little top of her mullet, OK All right, so now what we want to do is we want to make her teeth in the center. </w:t>
      </w:r>
      <w:r>
        <w:br/>
      </w:r>
    </w:p>
    <w:p w14:paraId="321C8948" w14:textId="77777777" w:rsidR="00EB4A9D" w:rsidRDefault="00000000">
      <w:r>
        <w:t xml:space="preserve">So I want to Hairspray that a little so it's still little bit stiff. And then I'm going to take my straights and I'm going to put a line right in the center so that way I can do the airbrush line. Scrap her thin comb and just pull that out slightly because we just want a thin line. We don't want to get in there too much. We just want a line of where her teeth are going to be. So now what we're going to do is now we're going to do our airbrushing on her and give her our details. We're going to go over one more time to make sure that. </w:t>
      </w:r>
      <w:r>
        <w:br/>
      </w:r>
    </w:p>
    <w:p w14:paraId="0BCB622E" w14:textId="77777777" w:rsidR="00EB4A9D" w:rsidRDefault="00000000">
      <w:r>
        <w:t xml:space="preserve">Your face is stiff enough so when we airbrush, we're not moving around. All of this fur go back in hair spray it. Make sure that your hair will stay stiff when you do your color, and what we're going to start with is our lightest color. To our darkest color. So we're going to start with a little bit of white for her eyes and her teeth and a little bit of her hair. And then we're going to go to her green for her earrings and her red for her lips, and then to the black of her hair. We're going to put our white in, and I'm using Crazy Liberty Ink for that. </w:t>
      </w:r>
      <w:r>
        <w:br/>
      </w:r>
    </w:p>
    <w:p w14:paraId="14823C15" w14:textId="77777777" w:rsidR="00EB4A9D" w:rsidRDefault="00000000">
      <w:r>
        <w:t xml:space="preserve">Get our towel. Always make sure you spray your airbrush on your towel 1st to get your previous color out. I'm going to open this and make sure we don't have any pink coming through because we had red in here before. Ok we're going to come in and we're going to </w:t>
      </w:r>
      <w:r>
        <w:lastRenderedPageBreak/>
        <w:t xml:space="preserve">spray this with white for her eyes and then we're going to spray the white on her hair even though it's white on this side. We want to give it just a little bit of color, little bit lighter than what we've got. </w:t>
      </w:r>
      <w:r>
        <w:br/>
      </w:r>
    </w:p>
    <w:p w14:paraId="63479C09" w14:textId="77777777" w:rsidR="00EB4A9D" w:rsidRDefault="00000000">
      <w:r>
        <w:t xml:space="preserve">We go through it or is it clogging, you already went through it that was quick. Let's put a little more. Ok we just want this to be a little bit lighter and also because her coat is a little bit off white, so it'll just show slight difference of color between her coat and her hair. And let's grab just a little bit more, do her teeth and her eyes again and we'll go on. </w:t>
      </w:r>
      <w:r>
        <w:br/>
      </w:r>
    </w:p>
    <w:p w14:paraId="4D39FE21" w14:textId="77777777" w:rsidR="00EB4A9D" w:rsidRDefault="00000000">
      <w:r>
        <w:t xml:space="preserve">And I'm also going to add some glitter to her eyes and her teeth to make it stand out. So it's a little wider, a little bit brighter and all right. And so the teeth, I'm not doing the entire mouth because I'm going to do red. As her lips, so I'm only doing the inside of her mouth for her teeth, so I'm going to pop a little bit of glitter on there while it's still wet, just going to give a much more white look to the eyes. </w:t>
      </w:r>
      <w:r>
        <w:br/>
      </w:r>
    </w:p>
    <w:p w14:paraId="44D7114E" w14:textId="77777777" w:rsidR="00EB4A9D" w:rsidRDefault="00000000">
      <w:r>
        <w:t xml:space="preserve">Than just the white ink alone. Because this isn't, this is water, watery ink. It's not like Bombay ink where that is a that's more of an acrylic paint. This is an alcohol based ink and so it's a lot thinner and it doesn't go on as vibrant. But when we add the glitter, you guys can see how much brighter that is. And we can do the same thing to her, to her head. We can do another quick coat and then we can go ahead and go over, go over it with the white glitter. </w:t>
      </w:r>
      <w:r>
        <w:br/>
      </w:r>
    </w:p>
    <w:p w14:paraId="09BFA499" w14:textId="77777777" w:rsidR="00EB4A9D" w:rsidRDefault="00000000">
      <w:r>
        <w:t xml:space="preserve">And that's going to adhere to the wet part of the ink. And then when we Hairspray it, it's going to go ahead and keep the glitter from falling off. So just go down to where you want her hair to end and her coat to begin. You're going to do that. Ok so now we're going to do green about that, and our green is just going to be her earrings. </w:t>
      </w:r>
      <w:r>
        <w:br/>
      </w:r>
    </w:p>
    <w:p w14:paraId="181A2B18" w14:textId="77777777" w:rsidR="00EB4A9D" w:rsidRDefault="00000000">
      <w:r>
        <w:t xml:space="preserve">We're just going to do 2 circles below her ears of where the green is, and we're going to spray this out until the white runs out and it comes out green. Once our whites all run out, we're going to come down here. We're going to do 2 circles right against her cheeks. Those are her earrings. And we're going to go ahead and pop our green glitter on top of those while it's still wet. And this just helps your creatives pop. </w:t>
      </w:r>
      <w:r>
        <w:br/>
      </w:r>
    </w:p>
    <w:p w14:paraId="3EF40352" w14:textId="77777777" w:rsidR="00EB4A9D" w:rsidRDefault="00000000">
      <w:r>
        <w:t xml:space="preserve">You'll see a lot of the extreme creative grooming contestants using a lot of glitter and it just helps your design pop. So now we're going to go to our red. It's actually going to load up the red, this one. So let's add a bit of red in here and we're going to do her lips and then we're going to go right into our beige shading for her face, our beige color. And then we'll finish up with our black, make sure that's spraying out. </w:t>
      </w:r>
      <w:r>
        <w:br/>
      </w:r>
    </w:p>
    <w:p w14:paraId="32304532" w14:textId="77777777" w:rsidR="00EB4A9D" w:rsidRDefault="00000000">
      <w:r>
        <w:lastRenderedPageBreak/>
        <w:t xml:space="preserve">And I want to make sure I have a thin line for her lips. So I'm going to close the back of my airbrush to make sure that I don't get a wide spray. I want a real narrow spray because I'm just going to be tracing her mouth. And I want to make sure I don't get over spray. So I'm going to come and I'm going to trace her lips and I want to make it really thin up here. And then she has a real thin lipset and this is really tricky if you have thin fur and because of this is a wool padded is pretty thin. </w:t>
      </w:r>
      <w:r>
        <w:br/>
      </w:r>
    </w:p>
    <w:p w14:paraId="00DB51EE" w14:textId="77777777" w:rsidR="00EB4A9D" w:rsidRDefault="00000000">
      <w:r>
        <w:t xml:space="preserve">So I'm going to have to come in and separate it a little and I'll probably also have to shadow it. A little bit. So it actually looks like her lips, and it doesn't come out looking too clownish, because right now she's got just a tiny bit of a clown look going on. And so I'm not too crazy about that. But remember, happy accidents, We'll find a way to fix it. So we're going to come back in here with a darker color. We'll probably go over with a little bit of black because in the picture her lips are really dark. </w:t>
      </w:r>
      <w:r>
        <w:br/>
      </w:r>
    </w:p>
    <w:p w14:paraId="78E2C4DD" w14:textId="77777777" w:rsidR="00EB4A9D" w:rsidRDefault="00000000">
      <w:r>
        <w:t xml:space="preserve">So they're not really a bright red, no more like a burgundy color. But we want to get that red in there as a base. And from this angle and then we'll use Hairspray to get to get our lips to stand straight up again, going to just manipulate it a little bit, create our little point in the lip there and we'll come back to that. But we'll come back to that part. Let's add a little bit of red here. </w:t>
      </w:r>
      <w:r>
        <w:br/>
      </w:r>
    </w:p>
    <w:p w14:paraId="2EA75556" w14:textId="77777777" w:rsidR="00EB4A9D" w:rsidRDefault="00000000">
      <w:r>
        <w:t xml:space="preserve">Ok We'll come back to that part. Let's pull her out a little, pull the mouth out a little. Ok So now what we're going to do is we're going to go into our black, pursue me, our beige. So I'm going to dump my red. And we're going to do a little bit of brown and white to create our beige for the face. So let's get back to our white and a little bit of brown. And if you have a rat tail or a toothpick or Q-tip get that mixed up. Add another drop of brown in there, maybe two, and we're going to spray it out on our towel first before we spray it out on our design, just to make sure that it doesn't come out. </w:t>
      </w:r>
      <w:r>
        <w:br/>
      </w:r>
    </w:p>
    <w:p w14:paraId="64819DC8" w14:textId="77777777" w:rsidR="00EB4A9D" w:rsidRDefault="00000000">
      <w:r>
        <w:t xml:space="preserve">Wrong or blotchy and mess up. So what? We're going for open this up a little more. We're going to go in here and we're going to put an even layer all across her face. Being careful not to get overspray on any of the areas you don't want to be the beige. Don't forget about her neck, the little areas, her neck. I want to outline it first. Make sure that I'm covering all of it. Put that a little bit in her eyes. So I'm going to have to go over that with our white glitter again, OK Basically got a Peach covered. </w:t>
      </w:r>
      <w:r>
        <w:br/>
      </w:r>
    </w:p>
    <w:p w14:paraId="5B8EDDD1" w14:textId="77777777" w:rsidR="00EB4A9D" w:rsidRDefault="00000000">
      <w:r>
        <w:t xml:space="preserve">Ok so now we're going to go to our black. Question is, what kind of glitter do you use? I have different glitters. I have some glitter from DMK Boutique and I have some glitter from my personal boxes, from the Creative Groomer subscription box that I use. Ok, so we're going to, we want to before the airbrush, we're going to pop a little bit of white glitter on top of there, brighten up our eyes again okay so now what we're going to do is we're going to do </w:t>
      </w:r>
      <w:r>
        <w:lastRenderedPageBreak/>
        <w:t xml:space="preserve">our black. So that way we can do our detail and we're going to see if we can sharpen up her list. </w:t>
      </w:r>
      <w:r>
        <w:br/>
      </w:r>
    </w:p>
    <w:p w14:paraId="12E084CD" w14:textId="77777777" w:rsidR="00EB4A9D" w:rsidRDefault="00000000">
      <w:r>
        <w:t xml:space="preserve">Erin, I just want to point out that you are over an hour. Already got it, Okay. 15 minutes over. Got it, Okay. We're almost done here, so spray it out. Make sure that your black is coming all out. We're going to pop a little more black in there because we do have her dress and her hair to do. Ok pop that in spray there we go. Come in here and you can spray real close to get your edge for your dress. </w:t>
      </w:r>
      <w:r>
        <w:br/>
      </w:r>
    </w:p>
    <w:p w14:paraId="4A537933" w14:textId="77777777" w:rsidR="00EB4A9D" w:rsidRDefault="00000000">
      <w:r>
        <w:t xml:space="preserve">When you get into your details, you want to close this off a little bit so you don't get a wide spray of pink and you're going to go really close. So we're going to come in, we're going to do her eyebrows. So we're going to come in and we're going to go really close and get her eyebrows and we're going to do just a light, light spray and across and we're going to come in here and get her other eyebrows and then we're going to come in and get her eyeliner and her eyes. And we're going to go right at the edge and bit her eyeliner, which comes where the. </w:t>
      </w:r>
      <w:r>
        <w:br/>
      </w:r>
    </w:p>
    <w:p w14:paraId="7F5D735D" w14:textId="77777777" w:rsidR="00EB4A9D" w:rsidRDefault="00000000">
      <w:r>
        <w:t xml:space="preserve">And then we're going to go and to close this off even more and get her nose. Because we're going to do 2 little spots for her nostrils, and then we're going to do just a little bit of shading on the edge to create the dimensions of her nose, just a little bit. And then we want to come in and do her lines, her last lines. And we'll do the black on the other side of her. I'm going to come in and get a little bit if I can, to outline her eyes really lightly, just to show the bottoms of her eyes, OK And then we're going to shade a little on the outside of her head and we're going to trace around. </w:t>
      </w:r>
      <w:r>
        <w:br/>
      </w:r>
    </w:p>
    <w:p w14:paraId="3F1FAED2" w14:textId="77777777" w:rsidR="00EB4A9D" w:rsidRDefault="00000000">
      <w:r>
        <w:t xml:space="preserve">That beveled edge to give her some dimension and then a little bit underneath her pin. Ok, And then we're going to come in and we're going to go over her mouth where her lips are to make it a little bit darker and to also to create her last line. So here's where we can. There was a little bit. What's that? You froze. Oh, I froze. Ok. Is that OK now? You think so? Yes OK. Are you good? Still there? Ok. All right. And we're going to do just a little thin line here for her mouth. </w:t>
      </w:r>
      <w:r>
        <w:br/>
      </w:r>
    </w:p>
    <w:p w14:paraId="3D8287D4" w14:textId="77777777" w:rsidR="00EB4A9D" w:rsidRDefault="00000000">
      <w:r>
        <w:t xml:space="preserve">And then get her lips a little bit. So this is where you can see you need to air Hairspray it a little bit more so that way when you're doing your airbrush it doesn't blow your design apartments, because that can happen if you don't have enough Hairspray. Ok so let's see if we can get that shaped a little bit better back into shape. And then we're going to add a little bit of red glitter to her lips just to make them pop a little bit and do the black on her. </w:t>
      </w:r>
      <w:r>
        <w:br/>
      </w:r>
    </w:p>
    <w:p w14:paraId="53A1AC2D" w14:textId="77777777" w:rsidR="00EB4A9D" w:rsidRDefault="00000000">
      <w:r>
        <w:lastRenderedPageBreak/>
        <w:t xml:space="preserve">Let's do the black on her hair first. And we'll finish it up with the red glitter. So we're just going to come in and we're going to color all of this in black. And sometimes when you're doing your creative rooms, you're going to doubt yourself as you're going along, but trust the process. Sometimes it doesn't come completely together until you start adding your color to it. </w:t>
      </w:r>
      <w:r>
        <w:br/>
      </w:r>
    </w:p>
    <w:p w14:paraId="7C572438" w14:textId="77777777" w:rsidR="00EB4A9D" w:rsidRDefault="00000000">
      <w:r>
        <w:t xml:space="preserve">And it's hard to visualize how it looks or you feel like you made a mistake. And that's going to happen sometimes. But trust the process. You can fix a lot of these mistakes with color, and that's when they become your happy accidents. So before you get discouraged about how it's coming out, if you don't like the way it's looking, add your color to it and then go from there and see what you can fix or adjust. Once you've got that color on there, you can take a look, step back, take a look at it and see how it's coming out. Can you see that Okay on this side or do you want. </w:t>
      </w:r>
      <w:r>
        <w:br/>
      </w:r>
    </w:p>
    <w:p w14:paraId="36156B6F" w14:textId="77777777" w:rsidR="00EB4A9D" w:rsidRDefault="00000000">
      <w:r>
        <w:t xml:space="preserve">No, no, you're good, It's good Okay. Let me just put some Hairspray and the glitter and she's good to go. So because I wasn't really happy with how her mouth came out, that's kind of why I want to put the glitter on it. So I'm going to Hairspray it and I'm just going to come and outline it with a little bit of glitter just to kind of give it a little extra pizzazz, because doing this is going to draw your eyes to that and take them away from some of the mistakes. </w:t>
      </w:r>
      <w:r>
        <w:br/>
      </w:r>
    </w:p>
    <w:p w14:paraId="6EC75B29" w14:textId="77777777" w:rsidR="00EB4A9D" w:rsidRDefault="00000000">
      <w:r>
        <w:t xml:space="preserve">And this is what I'm talking about with happy accidents. So if there's something you don't like, be creative and see how you can fix it and see what you can do to fix that little area that you may not like, give her once over. With your Hairspray, can you see, Excuse me, can you see the picture? Yes, again. If we lift it up, here we go. Put that down and you can see that. And so that's how you do a character face. All right. Sorry we went over the hour guys, but I hope you enjoyed the class. </w:t>
      </w:r>
      <w:r>
        <w:br/>
      </w:r>
    </w:p>
    <w:p w14:paraId="71012BED" w14:textId="77777777" w:rsidR="00EB4A9D" w:rsidRDefault="00000000">
      <w:r>
        <w:t xml:space="preserve">Let me get this turned okay. Any questions before we wrap it up? And I'll go ahead and point that back down as well, so you guys can see it again. Let me see if I can actually. Give you guys an overview of top so you can get a okay. How's that, Mary? That's good okay does it look like? Any questions? Awesome job. All right. Thank you, Okay. </w:t>
      </w:r>
      <w:r>
        <w:br/>
      </w:r>
    </w:p>
    <w:p w14:paraId="54FF2300" w14:textId="77777777" w:rsidR="00EB4A9D" w:rsidRDefault="00000000">
      <w:r>
        <w:t xml:space="preserve">Hold on. </w:t>
      </w:r>
      <w:r>
        <w:br/>
      </w:r>
    </w:p>
    <w:sectPr w:rsidR="00EB4A9D"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CFBC5" w14:textId="77777777" w:rsidR="0041582D" w:rsidRDefault="0041582D">
      <w:pPr>
        <w:spacing w:after="0" w:line="240" w:lineRule="auto"/>
      </w:pPr>
      <w:r>
        <w:separator/>
      </w:r>
    </w:p>
  </w:endnote>
  <w:endnote w:type="continuationSeparator" w:id="0">
    <w:p w14:paraId="41CCBF35" w14:textId="77777777" w:rsidR="0041582D" w:rsidRDefault="0041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FD2B" w14:textId="77777777" w:rsidR="00EB4A9D" w:rsidRDefault="00000000">
    <w:pPr>
      <w:pStyle w:val="Footer"/>
      <w:jc w:val="center"/>
    </w:pPr>
    <w:r>
      <w:t xml:space="preserve">Page </w:t>
    </w:r>
    <w:r>
      <w:fldChar w:fldCharType="begin"/>
    </w:r>
    <w:r>
      <w:instrText>PAGE</w:instrText>
    </w:r>
    <w:r w:rsidR="005744B6">
      <w:fldChar w:fldCharType="separate"/>
    </w:r>
    <w:r w:rsidR="005744B6">
      <w:rPr>
        <w:noProof/>
      </w:rPr>
      <w:t>1</w:t>
    </w:r>
    <w:r>
      <w:fldChar w:fldCharType="end"/>
    </w:r>
    <w:r>
      <w:t>/</w:t>
    </w:r>
    <w:r>
      <w:fldChar w:fldCharType="begin"/>
    </w:r>
    <w:r>
      <w:instrText>NUMPAGES</w:instrText>
    </w:r>
    <w:r w:rsidR="005744B6">
      <w:fldChar w:fldCharType="separate"/>
    </w:r>
    <w:r w:rsidR="005744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B30C1" w14:textId="77777777" w:rsidR="0041582D" w:rsidRDefault="0041582D">
      <w:pPr>
        <w:spacing w:after="0" w:line="240" w:lineRule="auto"/>
      </w:pPr>
      <w:r>
        <w:separator/>
      </w:r>
    </w:p>
  </w:footnote>
  <w:footnote w:type="continuationSeparator" w:id="0">
    <w:p w14:paraId="7C3D1169" w14:textId="77777777" w:rsidR="0041582D" w:rsidRDefault="00415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4358364">
    <w:abstractNumId w:val="8"/>
  </w:num>
  <w:num w:numId="2" w16cid:durableId="1651254634">
    <w:abstractNumId w:val="6"/>
  </w:num>
  <w:num w:numId="3" w16cid:durableId="1378775900">
    <w:abstractNumId w:val="5"/>
  </w:num>
  <w:num w:numId="4" w16cid:durableId="383607512">
    <w:abstractNumId w:val="4"/>
  </w:num>
  <w:num w:numId="5" w16cid:durableId="441189559">
    <w:abstractNumId w:val="7"/>
  </w:num>
  <w:num w:numId="6" w16cid:durableId="554321105">
    <w:abstractNumId w:val="3"/>
  </w:num>
  <w:num w:numId="7" w16cid:durableId="1902709583">
    <w:abstractNumId w:val="2"/>
  </w:num>
  <w:num w:numId="8" w16cid:durableId="124012541">
    <w:abstractNumId w:val="1"/>
  </w:num>
  <w:num w:numId="9" w16cid:durableId="198793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582D"/>
    <w:rsid w:val="005744B6"/>
    <w:rsid w:val="00AA1D8D"/>
    <w:rsid w:val="00B47730"/>
    <w:rsid w:val="00CB0664"/>
    <w:rsid w:val="00EB4A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CEE2F"/>
  <w14:defaultImageDpi w14:val="300"/>
  <w15:docId w15:val="{A1A006A5-0187-334A-8B4F-0AEBACE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6362</Words>
  <Characters>36269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2023-04-18T01:39:00Z</dcterms:created>
  <dcterms:modified xsi:type="dcterms:W3CDTF">2023-04-18T01:39:00Z</dcterms:modified>
  <cp:category/>
</cp:coreProperties>
</file>