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2649" w14:textId="77777777" w:rsidR="003E60D3" w:rsidRDefault="00000000">
      <w:pPr>
        <w:pStyle w:val="Title"/>
      </w:pPr>
      <w:r>
        <w:t>Jolene Siebeneck</w:t>
      </w:r>
    </w:p>
    <w:p w14:paraId="1C1F991C" w14:textId="77777777" w:rsidR="003E60D3" w:rsidRDefault="00000000">
      <w:r>
        <w:t xml:space="preserve">OK, welcome to the third session with Jolene. We're going to get started momentarily, but first our sponsor has something to say. Hi everyone and welcome to Precision Sharp. We're a full service sharpening company and we specialize in shears. We have our own brand of shears called Christite Cut, which includes several lines and those lines are our German. Our Patriot, which is made in the USA We have the Sunflower, the Phoenix, the Dahlia, the Black Panther. </w:t>
      </w:r>
      <w:r>
        <w:br/>
      </w:r>
    </w:p>
    <w:p w14:paraId="034191CE" w14:textId="77777777" w:rsidR="003E60D3" w:rsidRDefault="00000000">
      <w:r>
        <w:t xml:space="preserve">And I should note that the Dahlia comes in purple and blue. Watch for later this summer we will be coming out with a new line, which is called the Lynx. It's going to be something very special. That's all I can tell you about it right now. So if you're out and about and you're going to trade shows, stop by and visit our booth. We do nearly all the trade shows across the country. Watch for a coupon code here. </w:t>
      </w:r>
      <w:r>
        <w:br/>
      </w:r>
    </w:p>
    <w:p w14:paraId="05833C05" w14:textId="77777777" w:rsidR="003E60D3" w:rsidRDefault="00000000">
      <w:r>
        <w:t xml:space="preserve">For 20 % off, you will put in Creative 20 off CREATIV e two zero o f f. Enjoy the summit and have a great day. Ok just some really quick housekeeping, the first recording for the first workshop. Along with both transcripts is already up on the website. If anyone has any acts and is any trouble accessing the recordings, please let me know and I will get that straightened out for you. So, Jolene, it's all yours. Ok. Thank you. Hi, I'm Jolene Stevenac. Thank you guys for joining me today in my seminar. </w:t>
      </w:r>
      <w:r>
        <w:br/>
      </w:r>
    </w:p>
    <w:p w14:paraId="16A2376E" w14:textId="77777777" w:rsidR="003E60D3" w:rsidRDefault="00000000">
      <w:r>
        <w:t xml:space="preserve">A little bit about me first, I have been in the grooming business for about 22 years. Been a groomer. 19 years as a business owner and have been in the creative world probably for the last 10 years. In and out of the creative world. Over the last 10 years I've had multiple placements at different competitions and probably my biggest accomplishment right now is winning first place at Hershey last year and also winning the People's Choice and getting a cover of the regular magazine. I do have two mobile units and I also have two salon locations currently. </w:t>
      </w:r>
      <w:r>
        <w:br/>
      </w:r>
    </w:p>
    <w:p w14:paraId="6835367D" w14:textId="77777777" w:rsidR="003E60D3" w:rsidRDefault="00000000">
      <w:r>
        <w:t xml:space="preserve">And I've got a husband who travels a lot and I've got 2 crazy kids, a nine year old and a four year old who keep me very busy outside of grooming. So today I'm going to talk to you about. Some tips and tricks on creative grooming and designing. Coming up with designs and, you know, different tricks of way to accomplish different things with your pets or with the dogs that you are grooming for your creative things that I wish I knew. I guess when I kind of get into the creative world, you know, things I've learned along the way. </w:t>
      </w:r>
      <w:r>
        <w:br/>
      </w:r>
    </w:p>
    <w:p w14:paraId="5C784B90" w14:textId="77777777" w:rsidR="003E60D3" w:rsidRDefault="00000000">
      <w:r>
        <w:lastRenderedPageBreak/>
        <w:t xml:space="preserve">So that's kind of what we're going to talk about today. Let's see the 1st. One thing that we're going to talk about is kind of how I learned how everybody kind of comes into creative grooming. You know, one good thing is taking as many creative classes as you possibly can. I felt like when I did that, when I first got into creative grooming, I learned a lot about different products, different techniques, different ways to do things. A lot of it was trial and error on my own as well, with working on my own dogs. </w:t>
      </w:r>
      <w:r>
        <w:br/>
      </w:r>
    </w:p>
    <w:p w14:paraId="0DF7B5EC" w14:textId="77777777" w:rsidR="003E60D3" w:rsidRDefault="00000000">
      <w:r>
        <w:t xml:space="preserve">And I've got some pictures that I will shit her in a little while. Showing kind of where I came from, where how I started and where I'm at now just got into competing. It was a big step and I know for a lot of people it's really hard to kind of get into it. But I feel like if you want, you kind of start doing it and you really push yourself to do it is, you know, it does become more natural and easier as you go. And also finding a mentor is another big one, You know, reaching out to other creative rumors that have maybe been around a little bit longer, getting their advice always when you do get into competing, always asking for your critiques to find out what you can do better. </w:t>
      </w:r>
      <w:r>
        <w:br/>
      </w:r>
    </w:p>
    <w:p w14:paraId="730AD3B5" w14:textId="77777777" w:rsidR="003E60D3" w:rsidRDefault="00000000">
      <w:r>
        <w:t xml:space="preserve">They're always really good about, you know, pushing you and giving you good advice and how to accomplish those things that you need to accomplish. And also practicing with other things outside of just. You know, dogs and their fur. For me personally, I would practice with clay a little bit as far as my skull team and not like with my scissors or anything, but just sculpt in a face and kind of learning. That's kind of how I learn my faces of what it needs to look like with the eyes and the nose and things like that. So I've used clay and practice with that a little bit to really understand the sculpture of a face airbrush you know your airbrush work, you know, practicing on paper or cloth or something that you can kind of practice and practice using an airbrush and how it feels in your hands and your different techniques and how thick or thin you want lines or how dark. </w:t>
      </w:r>
      <w:r>
        <w:br/>
      </w:r>
    </w:p>
    <w:p w14:paraId="0168B0B5" w14:textId="77777777" w:rsidR="003E60D3" w:rsidRDefault="00000000">
      <w:r>
        <w:t xml:space="preserve">That's a good way to practice. And then they also have like the wool patches or the fur patches that you can get that you can practice. Your airbrushing or even your scissoring and sculpting and carving and things like that. So those are all good things to use to help you learn a little bit more about creative grooming. So we're going to go over, you know, kind of pet selection, kind of pet you're working with for your design, whether it's for like salon creative type stuff that you're doing for clients different like the complex of the different designs that you can do. What kind of level you want to put on? Kind of design. So what kind of design you want to put on your pet? Helpful tools, helpful techniques, different things that you can use while you do your designs and choosing the right design for yourself. </w:t>
      </w:r>
      <w:r>
        <w:br/>
      </w:r>
    </w:p>
    <w:p w14:paraId="284FBD3D" w14:textId="77777777" w:rsidR="003E60D3" w:rsidRDefault="00000000">
      <w:r>
        <w:t xml:space="preserve">So of course you have your different coat types. You have, you know your shorthaired dogs or straight coated dogs a little bit, you know, difficult to work with as far as. You're not going to obviously be able to fluff up that coat to do the carving and sculpting and shaping, but you can definitely still do just like carving into a short coat and adding some color and </w:t>
      </w:r>
      <w:r>
        <w:lastRenderedPageBreak/>
        <w:t xml:space="preserve">stuff like that. And I will show you some pictures of that here soon, some of ideas that you can use for that. And then you have your sculpting or more of your pool type coats. You know your poodles, bichons, and any of the fluffy coated dogs like that. </w:t>
      </w:r>
      <w:r>
        <w:br/>
      </w:r>
    </w:p>
    <w:p w14:paraId="161B8A75" w14:textId="77777777" w:rsidR="003E60D3" w:rsidRDefault="00000000">
      <w:r>
        <w:t xml:space="preserve">That's a little easier for sculpting. We'll talk about the different kind of colors that we use. There's a semi permanent and if you've taken any other classes and kind of looked into dyes, you'll kind of know they're semi permanent dye. And then you have other colors and stuff that actually wash out may take a few times to wash out. But those are different kinds of things that you can use for creative. I like to use a lot of crazy liberty when I do my designs. I just. </w:t>
      </w:r>
      <w:r>
        <w:br/>
      </w:r>
    </w:p>
    <w:p w14:paraId="399B5972" w14:textId="77777777" w:rsidR="003E60D3" w:rsidRDefault="00000000">
      <w:r>
        <w:t xml:space="preserve">It's just something that I kind of lean towards. I like the colors, I like the vibrancy of them for my pets. I also use avatar is another good one. And then also I'll do some clear all sometimes just to kind of get certain colors that I'm looking for. Those are more of your permit dyes, the dyes that they will kind of fade out, but they will stay on your pet forever until either you shave it off. Or they just kind of wear out, but usually you'll have to cut them off. And then you have more of like your temporary guys and like this pink puppy here. This is BIA. It's my little girl. Bi just got that too long ago. </w:t>
      </w:r>
      <w:r>
        <w:br/>
      </w:r>
    </w:p>
    <w:p w14:paraId="17C34FAF" w14:textId="77777777" w:rsidR="003E60D3" w:rsidRDefault="00000000">
      <w:r>
        <w:t xml:space="preserve">She's actually been washed in this oh Paws Funky Color shampoo. And this is the pink, which these guys do carry different types of colors as well. And that's kind of just fun, Some fun you can add. This does wash out after a few washes, so this is a really good temporary design or temporary color that you can do for like pets for your clients and things like that where they don't want their dog colored forever and something that will wash out a little bit faster. And then there's also like airbrushing you can do with different inks. I know crazy Liberty carries and airbrushing. I prefer the Doc Martins Bombay Inc is what I like to use a lot when I compete. </w:t>
      </w:r>
      <w:r>
        <w:br/>
      </w:r>
    </w:p>
    <w:p w14:paraId="3AD49F87" w14:textId="77777777" w:rsidR="003E60D3" w:rsidRDefault="00000000">
      <w:r>
        <w:t xml:space="preserve">But that's also kind of something else that you can add to pets, even client pets that will wash out as well to be able to add some color designs, things like that. And also you have like your chalks, your sprays, blow pens, things like that you can all use to add color to your pet. And whether to keep it simple or more complex of a design, I say really comes down between the pet and what they will tolerate. You know, we do have some client dogs that won't tolerate a whole lot of, you know, waiting around to let the dice sit and things like that. </w:t>
      </w:r>
      <w:r>
        <w:br/>
      </w:r>
    </w:p>
    <w:p w14:paraId="09F8C54E" w14:textId="77777777" w:rsidR="003E60D3" w:rsidRDefault="00000000">
      <w:r>
        <w:t xml:space="preserve">So we kind of keep that in mind. What is a dog going to tolerate, you know, whether we can. Color them completely or just doing like paws and tails and ears, something like that. You know, you just got to think about you know what can you do and what do you want to do. So you know, you can do like the spot coloring like I was just talking about with the ears, tails, </w:t>
      </w:r>
      <w:r>
        <w:lastRenderedPageBreak/>
        <w:t xml:space="preserve">paws and I'll show you some pictures of that, some quiet dogs that we have to. And then also like simple designs like flowers or hearts or stars, things like that would be more of a simple thing to do, to cut and carve in something a little bit quicker or just even to spray on airbrush on. </w:t>
      </w:r>
      <w:r>
        <w:br/>
      </w:r>
    </w:p>
    <w:p w14:paraId="27B5EAD9" w14:textId="77777777" w:rsidR="003E60D3" w:rsidRDefault="00000000">
      <w:r>
        <w:t xml:space="preserve">That would be something cute and easy to do too. And then there's also, you know, creative grooming for competition, which is like abstract stuff and also. You're extreme creative. So some of the things that I like to use for when I color my dog, I do like to use a lot of times I like to use the dye brushes and of course the dye bowls to kind of use some colors or just to get put it on your dog. For me, I find it easier, especially when I'm working with a large area. I will hear. Lay down, Charlie. Lay down, lay down. So when I die dog, I will start with a section and have all these little clips that I like to use. </w:t>
      </w:r>
      <w:r>
        <w:br/>
      </w:r>
    </w:p>
    <w:p w14:paraId="08FF5270" w14:textId="77777777" w:rsidR="003E60D3" w:rsidRDefault="00000000">
      <w:r>
        <w:t xml:space="preserve">And I'll actually kind of clip off sections and I'll kind of make myself an area and I like to use one of these reps Combs and I'm actually going to start dying Charlie tomorrow. To get ready for our next competition coming up. But I would like to kind of just do a little section at a time and I would dye the roots and I just don't die the roots. </w:t>
      </w:r>
      <w:r>
        <w:br/>
      </w:r>
    </w:p>
    <w:p w14:paraId="460A50BA" w14:textId="77777777" w:rsidR="003E60D3" w:rsidRDefault="00000000">
      <w:r>
        <w:t xml:space="preserve">Usually for me, I'll redye everything because I feel like I have time. It kind of gets dated anyway. So I'll redye everything before every competition, but I'll redye the roots and I would literally do like a little strand by strand, just the way, like if you go get your hair done. They do just a little bit at a time and I would color that I need to brush and comb them out a little bit better and I would just literally do a little bit at a time, you know, color that, bring that down. </w:t>
      </w:r>
      <w:r>
        <w:br/>
      </w:r>
    </w:p>
    <w:p w14:paraId="14C7D8B3" w14:textId="77777777" w:rsidR="003E60D3" w:rsidRDefault="00000000">
      <w:r>
        <w:t xml:space="preserve">I would brush that and I would use, like I said, my brush here and I would actually brush it all on and I would do the whole section like that until I have them all colored. Other things that are helpful too when you are working with like areas that you don't want to get dye on other areas, I mean they do have the cholesterol or I know Crazy Liberty makes a cholesterol type of product that you can put on the dog not to spread color, but you really don't want to use that unless you're kind of trying to cover something white because if you would use like a cholesterol on the. </w:t>
      </w:r>
      <w:r>
        <w:br/>
      </w:r>
    </w:p>
    <w:p w14:paraId="51D0F86F" w14:textId="77777777" w:rsidR="003E60D3" w:rsidRDefault="00000000">
      <w:r>
        <w:t xml:space="preserve">Dog then that color won't take if you're trying to put color on where you had cholesterol. So I try not to use cholesterol as much as possible. But when you are working on areas like tails, things that I find that are helpful like when I'm just doing little sections, you know, I can start with like doing the green hair and coloring that and then you can use like the press and seal wrap which is really nice to use that and you can seal that around and just have that. Down and out of the way as you do your second color like you're pink so that way you're not running colors together that or I even use like that wrap where I would take that </w:t>
      </w:r>
      <w:r>
        <w:lastRenderedPageBreak/>
        <w:t xml:space="preserve">and wrap it around this area and I can show you and as I work like so after I would color that I would wrap it, you can get it out of the way. </w:t>
      </w:r>
      <w:r>
        <w:br/>
      </w:r>
    </w:p>
    <w:p w14:paraId="58D79702" w14:textId="77777777" w:rsidR="003E60D3" w:rsidRDefault="00000000">
      <w:r>
        <w:t xml:space="preserve">And then I would go to my next section, the pink, and I would kind of clip everything else back as I want these different colors and then I would work on getting my pink all colored and work around that and then you could wrap that. So I'd either use the bet wrap like I said or the Crescent seals really nice to you, kind of wrap that as you're working with your other colors and this just help to keep your lines more Crest to have better die lines. </w:t>
      </w:r>
      <w:r>
        <w:br/>
      </w:r>
    </w:p>
    <w:p w14:paraId="61C91C03" w14:textId="77777777" w:rsidR="003E60D3" w:rsidRDefault="00000000">
      <w:r>
        <w:t xml:space="preserve">So as you can see in there we. But that's how I kind of do my tails to try to keep my lines good. Same with like when I'm doing characters and things like that. I use clips a lot to kind of clip it out of the way when I'm doing around my characters and stuff. And then also I do use different sizes of the dye brushes. I got the small and I got a large one and I'll even use paint brushes, and I have all sizes of paint brushes too that I'll use just to kind of get in the small areas that I need, just a little bit of color in certain areas. </w:t>
      </w:r>
      <w:r>
        <w:br/>
      </w:r>
    </w:p>
    <w:p w14:paraId="7B449BB1" w14:textId="77777777" w:rsidR="003E60D3" w:rsidRDefault="00000000">
      <w:r>
        <w:t xml:space="preserve">What else do I have over here? I probably can bring up the pictures. So we have. Sorry, I'm kind of looking at my notes here. So your differences are there's competitions now that do salon creative or just the carving like your abstract, you have your extreme which is like what Charlie is set up for and you know how much work you're going to put into. To all of it. You know when you're doing more of your salon creative stuff, you know it should be something that's going to be done within a few hours. </w:t>
      </w:r>
      <w:r>
        <w:br/>
      </w:r>
    </w:p>
    <w:p w14:paraId="1215D821" w14:textId="77777777" w:rsidR="003E60D3" w:rsidRDefault="00000000">
      <w:r>
        <w:t xml:space="preserve">I would say like 4 hours or less. Your extreme creative stuff is going to be more like 60 hours or more. Work on your pet to set up their design. Planning it for me, I always you know, I like to come up with a theme that I think would be good for. The competition, that's something that the judges can relate to or the crowd can relate to, but also something that inspires me. </w:t>
      </w:r>
      <w:r>
        <w:br/>
      </w:r>
    </w:p>
    <w:p w14:paraId="6B112328" w14:textId="77777777" w:rsidR="003E60D3" w:rsidRDefault="00000000">
      <w:r>
        <w:t xml:space="preserve">So my theme this year with Charlie is Jumanji, and that is actually one of the one of my favorite movies when I was growing up and it's the film for the 1990 from 1995 the original Jumanji movie. So that's why I went with that. I just thought it was something that a lot of people could relate to. A lot of people know the movie and I just thought it would be fun to kind of put a design on him like that. So when I think of different designs, you know that I always try to come up with something that I think a lot of people would like. </w:t>
      </w:r>
      <w:r>
        <w:br/>
      </w:r>
    </w:p>
    <w:p w14:paraId="0B7EA614" w14:textId="77777777" w:rsidR="003E60D3" w:rsidRDefault="00000000">
      <w:r>
        <w:t xml:space="preserve">A lot of people can relate to. A lot of people will know and you know, something that obviously inspires you. So it's easier for you when you do your presentations, you know, something you can talk about and. You know, explain your design or do your skit. Makes it </w:t>
      </w:r>
      <w:r>
        <w:lastRenderedPageBreak/>
        <w:t xml:space="preserve">easier if you really obviously are inspired by your design. So other things that I've done for people when I've done creative grooming is your advertisements, run away Advertisement on dogs. I've done logos, I've done sports teams. I've done doing things for like pet parades or just other pet events and that, those type of things, just to kind of advertise things, put in the design on your pet. </w:t>
      </w:r>
      <w:r>
        <w:br/>
      </w:r>
    </w:p>
    <w:p w14:paraId="14B5FA27" w14:textId="77777777" w:rsidR="003E60D3" w:rsidRDefault="00000000">
      <w:r>
        <w:t xml:space="preserve">You have different ways of doing it. I personally kind of do a lot of things freehandedly. I like to look at pictures and kind of put it on the dog. But you know, I'm kind of learning too that sometimes using stencils, it is a lot quicker and easier and takes a lot of the guesswork out of it. So using stencils for like if you're just doing like hearts or stars, things like that. </w:t>
      </w:r>
      <w:r>
        <w:br/>
      </w:r>
    </w:p>
    <w:p w14:paraId="244A5614" w14:textId="77777777" w:rsidR="003E60D3" w:rsidRDefault="00000000">
      <w:r>
        <w:t xml:space="preserve">You know you can have a stencil you can print off your computer and kind of pin it on your dog and cut around it or color it, color around it to kind of give you an idea of what your what you want to cut or what you want to color. You know your quality would be probably a little bit better to if you use your stencils. Let's see, airbrushing. So yeah, you can either airbrush your design in, you can dye it in, and then you know, go from there carbonate or however you want to do that for your pets. Other helpful tools that I've used, little shears I like to use, like the four inch shears I use a lot of like. </w:t>
      </w:r>
      <w:r>
        <w:br/>
      </w:r>
    </w:p>
    <w:p w14:paraId="52D501AD" w14:textId="77777777" w:rsidR="003E60D3" w:rsidRDefault="00000000">
      <w:r>
        <w:t xml:space="preserve">Regular shears too, of the streets and curves, but I like to use the little shears too, like the four inch ones. Just kind of do like your design work that is like your very complex design work. And when you're cutting into eyes or mouths and things like that on a character or just even when you have a small design that you're working with, kind of using your small shears to kind of cut all that in, it's a little bit easier. To control what else can you go up. When it comes to like dying, I find it easier to cut the design in on my dog before I color. So we can kind of cut it all in make sure that's kind of where you want it and replacement and then you can color it from there and. </w:t>
      </w:r>
      <w:r>
        <w:br/>
      </w:r>
    </w:p>
    <w:p w14:paraId="50AE1D78" w14:textId="77777777" w:rsidR="003E60D3" w:rsidRDefault="00000000">
      <w:r>
        <w:t xml:space="preserve">That way you're able to make some changes and stuff too before you actually put the color on. If you cut it all in to make sure it all looks like it should sorry. yeah cutting in the shapes and stuff okay yeah, that's right. I like to, when I do cut it in first, I'll cut it in, leave it a little bit longer. What I would normally do, just in case I do want to make a little bit of changes, it gives you some wiggle room and let me bring out good. </w:t>
      </w:r>
      <w:r>
        <w:br/>
      </w:r>
    </w:p>
    <w:p w14:paraId="42AD5358" w14:textId="77777777" w:rsidR="003E60D3" w:rsidRDefault="00000000">
      <w:r>
        <w:t xml:space="preserve">So when you are thinking of different designs, you know, you want to think about, you know, you have to share the screen if you want people to see the pictures. Yeah, I'm going to bring up the pictures I was going to do right now. All right. So these are more of like your more of your simple designs that you can do for like your salon creative. Just doing adding some color to the tail. </w:t>
      </w:r>
      <w:r>
        <w:br/>
      </w:r>
    </w:p>
    <w:p w14:paraId="0E632D24" w14:textId="77777777" w:rsidR="003E60D3" w:rsidRDefault="00000000">
      <w:r>
        <w:lastRenderedPageBreak/>
        <w:t xml:space="preserve">This guy got a little Mohawk and his tail colored. This was one of my dogs from a long time ago, but I just kind of did a little. Dinosaur theme on him and that was that only took like a few hours to do on him. But this is also something we can do for clients. I just kind of did this on a doodle the other day for a client. Just little paw print, just adding some and that's actually that bling stuff that you can buy that you can put on there. </w:t>
      </w:r>
      <w:r>
        <w:br/>
      </w:r>
    </w:p>
    <w:p w14:paraId="0DC76D36" w14:textId="77777777" w:rsidR="003E60D3" w:rsidRDefault="00000000">
      <w:r>
        <w:t xml:space="preserve">Hey Jolene, yes you double click on the photo it should make it larger. Oh, I have. It's large on my end. Let me see. It's small here for us. Ok, no change yet. I wonder if this maybe. Ok, you shut off both your cameras. Hold on a second. Ok, you can turn the other camera back on yes Try double clicking on any of the photos. No, That's weird. I'm going to try. Yeah, I tried to click on that. Oh, is that what I need to click on? Ok, How? There we go. That's good. That's bigger now. Okay, cool, Okay. So like I was saying, these are just like some basic coloring that we added that I've added two dogs before just doing some tails, little mohawks, you know, simple things for like clients. </w:t>
      </w:r>
      <w:r>
        <w:br/>
      </w:r>
    </w:p>
    <w:p w14:paraId="36B56DC2" w14:textId="77777777" w:rsidR="003E60D3" w:rsidRDefault="00000000">
      <w:r>
        <w:t xml:space="preserve">And this is a little dinosaur I was talking about that I did on my dogs years ago, but that only took like 3 or 4 hours to do him like that. And that was all permanent dye. This is a certain mattress sheepdog that was from a while ago as well, but so little paw prints. Here is the little booty bling thing that was added. That's just something small and simple you can add. And then Ohio State logo, little pumpkin and Ohio State logo. And this is something the Reds that was all stencil that I used but it just made it a lot easier than trying to freehand all that. </w:t>
      </w:r>
      <w:r>
        <w:br/>
      </w:r>
    </w:p>
    <w:p w14:paraId="69408DB5" w14:textId="77777777" w:rsidR="003E60D3" w:rsidRDefault="00000000">
      <w:r>
        <w:t xml:space="preserve">But that turned out pretty good and I think this is all airbrush work for that. This is another like salon creative you could do and that was just like airbrush work on the legs to add and she was black so just added like a red airbrush on it and just kind of tented it And the Ohio State logo on the back and this is what I was talking about with the straight coated dog or your short haired dogs even like your labs, things like that you can actually shave in. Different designs and add some jewels and stuff to them. </w:t>
      </w:r>
      <w:r>
        <w:br/>
      </w:r>
    </w:p>
    <w:p w14:paraId="6C89379C" w14:textId="77777777" w:rsidR="003E60D3" w:rsidRDefault="00000000">
      <w:r>
        <w:t xml:space="preserve">So that would help make that pop a little bit more and add a little bit of a cool touch. This is my groomer, Stephanie. She had done this for a while ago for a competition and it's just doing some. This is considered salon creative, just kind of doing the pause and the head and the leopard print. So that was simple and easy. This was all airbrush work actually on her show you the back. So we just did some leaves and we did some glitter on the back to help make the leaves pop a little bit more and. </w:t>
      </w:r>
      <w:r>
        <w:br/>
      </w:r>
    </w:p>
    <w:p w14:paraId="67275A39" w14:textId="77777777" w:rsidR="003E60D3" w:rsidRDefault="00000000">
      <w:r>
        <w:t xml:space="preserve">Coming up with this theme was just, I think it was fall at that time and I just wanted something that was kind of fall looking. There's another one and that was all freehanded. That is just doing a spiral design into a dog and just adding some color colored his tail, his head and his ears. And then that was an abstract design and that was, it's actually kind of a </w:t>
      </w:r>
      <w:r>
        <w:lastRenderedPageBreak/>
        <w:t xml:space="preserve">butterfly. But I got that idea actually. I was trying to come up with a different idea, something that you don't always see. </w:t>
      </w:r>
      <w:r>
        <w:br/>
      </w:r>
    </w:p>
    <w:p w14:paraId="6BBD34F7" w14:textId="77777777" w:rsidR="003E60D3" w:rsidRDefault="00000000">
      <w:r>
        <w:t xml:space="preserve">And I actually started looking up jewelry and came up with this jewelry pendant of a butterfly that I thought was kind of cool looking. So I kind of went off of that and. Get the idea from there and put this design in on this dog. All right, that's all the pictures I have right now. How do I go back to Okay? Hold on, Okay. You can turn your camera back on. Let me turn that one on. There we go. Sorry, I'm not very good at technology. Okay, You know what? I didn't show my creative stuff. Ok, so those are more of the simple designs and what I have here now is the more of the extreme creative. </w:t>
      </w:r>
      <w:r>
        <w:br/>
      </w:r>
    </w:p>
    <w:p w14:paraId="54A5D606" w14:textId="77777777" w:rsidR="003E60D3" w:rsidRDefault="00000000">
      <w:r>
        <w:t xml:space="preserve">Guess I'm gonna have to go back to sharing that. I don't know if I can do that. So does anybody have any questions right now? I'll have to pull that back up. You'll have to log back in with the other computer to do that. Ok so yeah, as far as like you know, tips and tricks, things that you know I've learned along the way is, you know, different types of not just the products, but things that you can use to help you. Like I said, like the wraps and. The stencils is a big one. You know, I never even thought about using stencils. I've always freehanded. But I've kind of learned recently, like maybe to use a stencil for a head or for a face to kind of put it on your dog. </w:t>
      </w:r>
      <w:r>
        <w:br/>
      </w:r>
    </w:p>
    <w:p w14:paraId="79108C67" w14:textId="77777777" w:rsidR="003E60D3" w:rsidRDefault="00000000">
      <w:r>
        <w:t xml:space="preserve">And I've actually did that when I did my characters. I had like a big head printed off of my characters. And I would put them on my dog and get the outline of it from there and that would help me go from there, putting the outline on and getting the face set and so it's the right size. So that was very helpful. And then other things like using paint brushes, that was something I never thought of before either, just to get into a small little tiny areas. I don't really just take a bottle and squirt it on to get my colors in. I like to use brushes. </w:t>
      </w:r>
      <w:r>
        <w:br/>
      </w:r>
    </w:p>
    <w:p w14:paraId="0AE73EA9" w14:textId="77777777" w:rsidR="003E60D3" w:rsidRDefault="00000000">
      <w:r>
        <w:t xml:space="preserve">I feel like it gives more of a crisp, clean look. Your die lines look a lot better, so I think that's really helpful too, especially when you get into creative competitions. You got that up? Is it up now? Hold on, let me see. Give me one second. I got to make. You make that account. What do you call it? Why is it not letting me right? It's not letting me make you a okay. Well, can you just show it from here? Yes, we will try this. Okay, so this was like a kind of a one of my first creative things I've done on one of my dogs a long time ago, but I just did some easy stars. </w:t>
      </w:r>
      <w:r>
        <w:br/>
      </w:r>
    </w:p>
    <w:p w14:paraId="645B9AF4" w14:textId="77777777" w:rsidR="003E60D3" w:rsidRDefault="00000000">
      <w:r>
        <w:t xml:space="preserve">This was like for fourth of July so and I was just getting into dying. So my die work wasn't the best, but just doing something simple like that for stars. You could actually do that for a client as well. Here's my little guy, made him a lion. And then when I first got into creative grooming, this was actually my very first Creative Groom competition I've done and it was </w:t>
      </w:r>
      <w:r>
        <w:lastRenderedPageBreak/>
        <w:t xml:space="preserve">the Lucky Charms theme. </w:t>
      </w:r>
      <w:r>
        <w:br/>
      </w:r>
    </w:p>
    <w:p w14:paraId="2954805F" w14:textId="77777777" w:rsidR="003E60D3" w:rsidRDefault="00000000">
      <w:r>
        <w:t xml:space="preserve">And I had my dog with the cereal shapes, the marshmallow shapes on my dog. And my dye work was terrible. I don't know. It was the first time I died, my dog, and I don't know if I left, didn't let the dye sit long enough or what the deal was, but my dye didn't take very well. But we still rolled with it. But yeah, that's kind of when I first got into it. And then this was like another competition here I could probably make. Does that get bigger? This is another competition I did when I first got into creative grooming. </w:t>
      </w:r>
      <w:r>
        <w:br/>
      </w:r>
    </w:p>
    <w:p w14:paraId="29CD8E69" w14:textId="77777777" w:rsidR="003E60D3" w:rsidRDefault="00000000">
      <w:r>
        <w:t xml:space="preserve">I did Willy Wonka and the Chocolate Factory. And so things I've learned, like, you know, one thing is now what I see with this dog is what I would do differently. One i definitely wouldn't make the front of my dog look like a person just because it's hard to make a dog's face actually represent a human, a person. So I would have taken that character off of there and put that somewhere else and turn the head into something different and then also having your dog flow a little bit better as far as like the whole front end of him is actually a person and then it's a whole different looking dog on the back end. </w:t>
      </w:r>
      <w:r>
        <w:br/>
      </w:r>
    </w:p>
    <w:p w14:paraId="4DDD1A13" w14:textId="77777777" w:rsidR="003E60D3" w:rsidRDefault="00000000">
      <w:r>
        <w:t xml:space="preserve">So one thing I keep hearing is you know dogs need their design needs to flow so you can't just it looks like it's two separate designs so. To change that up, I'm not sure what I would have done now a little bit differently, but I definitely would have done something different. But yeah, this is like my first really grooming competition that I kind of competed with this design a couple times with, and then this was a different competition. The following year I did and I did a serial character theme and the front of a most couch. </w:t>
      </w:r>
      <w:r>
        <w:br/>
      </w:r>
    </w:p>
    <w:p w14:paraId="363E3321" w14:textId="77777777" w:rsidR="003E60D3" w:rsidRDefault="00000000">
      <w:r>
        <w:t xml:space="preserve">Chocula I had like Fruit Loops on the background and I just had like this is Sunny, the Cocoa Puffs character, Toucan Sam. I had the honey bee on the tail and then on the other side is Tony the Tiger and Captain Crunch. So now that I look at these, you know, from years ago and knowing what I know now. Things that would be better is to make your characters a little bit more 3D I mean they are kind of 3D but not adding, not using. </w:t>
      </w:r>
      <w:r>
        <w:br/>
      </w:r>
    </w:p>
    <w:p w14:paraId="0B3C45DE" w14:textId="77777777" w:rsidR="003E60D3" w:rsidRDefault="00000000">
      <w:r>
        <w:t xml:space="preserve">I actually use felt paper for like the eyes and for some of like this eyebrow, the C here instead of actually using felt. For all that you know I should have taken the eyes and down to the skin to make that all pop a little bit more. That and I know, like judges don't like to see, you know, you gluing and adding things onto your dog like that. So it's better to have everything made out of the hair itself and cutting and carving everything in. </w:t>
      </w:r>
      <w:r>
        <w:br/>
      </w:r>
    </w:p>
    <w:p w14:paraId="22511710" w14:textId="77777777" w:rsidR="003E60D3" w:rsidRDefault="00000000">
      <w:r>
        <w:t xml:space="preserve">So now you're knowing that and kind of looking at my characters here. You know, I kind of would love to redo this theme because I like the theme and make it 50 times better knowing what I know now. But yeah, those are a couple different things I would have done </w:t>
      </w:r>
      <w:r>
        <w:lastRenderedPageBreak/>
        <w:t xml:space="preserve">differently on this dog now. Let's see. And then the following year I did the Toy Story theme. And again. At this time I didn't know, but I did use like the felt paper again for the eyes. </w:t>
      </w:r>
      <w:r>
        <w:br/>
      </w:r>
    </w:p>
    <w:p w14:paraId="1BEE8A3F" w14:textId="77777777" w:rsidR="003E60D3" w:rsidRDefault="00000000">
      <w:r>
        <w:t xml:space="preserve">So I would have done that differently, not using the felt paper and use you know the fur or either that or actually going all way to the skin with the eyes to make it look more three dish. And same with those characters. All that was felt for the eyes and my potato man guy that was all felt too. So you know now looking back should have done something different with taking that down to the skin, it would look a lot better. </w:t>
      </w:r>
      <w:r>
        <w:br/>
      </w:r>
    </w:p>
    <w:p w14:paraId="293A46AA" w14:textId="77777777" w:rsidR="003E60D3" w:rsidRDefault="00000000">
      <w:r>
        <w:t xml:space="preserve">For this design, I actually used for my cow eyes from a taxidermist to make them look more real. But again, with my people's eyes and all that was all felt as well. So I don't do that anymore. And that rest of all that was pretty much made out of there. And then this was a few years ago, my dog. I was getting ready to retire him and I actually just had a baby. And so I didn't want to get into competing that year, but I did want to do one last competition with him before I retired him. So we redid our Lucky Charms theme and so. I redid the front end of him, did him as the Lucky Charms guy I added. </w:t>
      </w:r>
      <w:r>
        <w:br/>
      </w:r>
    </w:p>
    <w:p w14:paraId="3BB5AEF1" w14:textId="77777777" w:rsidR="003E60D3" w:rsidRDefault="00000000">
      <w:r>
        <w:t xml:space="preserve">The Unicorn had the same type of shapes, but as you see I feel like this one looks 10 times better than when I first did it years before that. And that was just like a simple, easy kind of design. The beauty and the beast theme. I learned a lot with this one as far as the faces go, taking the eyes down to the skin. And so you know, if you're taking the eyes down this skin and you are going to work on something with a mouse and your mouth is going to be open, you should take your mouth down to the skin too. </w:t>
      </w:r>
      <w:r>
        <w:br/>
      </w:r>
    </w:p>
    <w:p w14:paraId="44051C75" w14:textId="77777777" w:rsidR="003E60D3" w:rsidRDefault="00000000">
      <w:r>
        <w:t xml:space="preserve">So I learned that this year when I did my Beauty and the Beast theme products that you can help with your like horns and things like that. Get things to stand up more. I mean, I use a lot of Hairspray. I use the Gottsby glued, the yellow can that's like the freeze spray a lot for stuff. But I also found that you can use like when doing my rose to help sculpt it more to actually use like a gel, a hair gel or a pomade to help set that so it stays in place. Use that and your Hairspray and that will help hold it. </w:t>
      </w:r>
      <w:r>
        <w:br/>
      </w:r>
    </w:p>
    <w:p w14:paraId="1321843B" w14:textId="77777777" w:rsidR="003E60D3" w:rsidRDefault="00000000">
      <w:r>
        <w:t xml:space="preserve">Your airbrush is something I learned with this design is your shading everything and using your shading for like my mop here or the father feather duster I would do like I spread that apart and then I would actually spray black airbrush in between. The feathers to kind of give it more of a shaded depth look and then just going around different areas and stuff. Sometimes I feel like you need to outline things in like a black or a darker color and sometimes you don't. </w:t>
      </w:r>
      <w:r>
        <w:br/>
      </w:r>
    </w:p>
    <w:p w14:paraId="07DA891A" w14:textId="77777777" w:rsidR="003E60D3" w:rsidRDefault="00000000">
      <w:r>
        <w:lastRenderedPageBreak/>
        <w:t xml:space="preserve">It just depends on what your background of your dog looks like. And if you're whatever you have coming out, you know your character or your design, you know needs to pop out more than you would want to shade it behind, like around the character with black or brown or something a little bit darker. Otherwise, if it kind of pops, I think sometimes adding the black is a little too much and you really don't need it. </w:t>
      </w:r>
      <w:r>
        <w:br/>
      </w:r>
    </w:p>
    <w:p w14:paraId="65CA70BA" w14:textId="77777777" w:rsidR="003E60D3" w:rsidRDefault="00000000">
      <w:r>
        <w:t xml:space="preserve">This was my design from last year with my dog Weller. We did the Emperor's new Groove. So this with this his ears. I actually for the llamas ears I actually hairsprayed most of that did use a little bit of gel but mostly Hairspray to get those to stand up again. I did the shading a lot in between like the front. Kind of shaded that to get the hair to look the way it did. There a lot of Hairspray, mostly for this, but for the hands on the tail there where Isma's holding up the bottle. </w:t>
      </w:r>
      <w:r>
        <w:br/>
      </w:r>
    </w:p>
    <w:p w14:paraId="225377F3" w14:textId="77777777" w:rsidR="003E60D3" w:rsidRDefault="00000000">
      <w:r>
        <w:t xml:space="preserve">I actually shaped that hand all with gel to kind of form it the way I needed to get the fingers and stuff to look the way they did. And again, shading and stuff and using your shading like especially when your faces and everything I use for like these characters, I would use like a brown airbrush spray to get the different features around their cheeks, their mouths, their nose, just kind of add some shading there to define their faces a little bit more. </w:t>
      </w:r>
      <w:r>
        <w:br/>
      </w:r>
    </w:p>
    <w:p w14:paraId="772D59B9" w14:textId="77777777" w:rsidR="003E60D3" w:rsidRDefault="00000000">
      <w:r>
        <w:t xml:space="preserve">I think that is it. And that is all I have on that. All right. Does anybody have any questions on those designs? Okay so we'll hold a couple minutes for questions. We'll just give it a minute and let me just see who's who's up next, OK Nicole Beckman is next. All right. I don't see any questions. Very good. So, Jolene, thank you very much. Yes, thank you. All right, Erin, love the class, Valerie, love the class, and we'll be back. It is quarter to the hour right now. </w:t>
      </w:r>
      <w:r>
        <w:br/>
      </w:r>
    </w:p>
    <w:p w14:paraId="21D8141B" w14:textId="77777777" w:rsidR="003E60D3" w:rsidRDefault="00000000">
      <w:r>
        <w:t xml:space="preserve">We'll be back on the half hour with Nicole Beckman. All right, Great. Thank you so much. </w:t>
      </w:r>
      <w:r>
        <w:br/>
      </w:r>
    </w:p>
    <w:sectPr w:rsidR="003E60D3"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E2B27" w14:textId="77777777" w:rsidR="00500C3B" w:rsidRDefault="00500C3B">
      <w:pPr>
        <w:spacing w:after="0" w:line="240" w:lineRule="auto"/>
      </w:pPr>
      <w:r>
        <w:separator/>
      </w:r>
    </w:p>
  </w:endnote>
  <w:endnote w:type="continuationSeparator" w:id="0">
    <w:p w14:paraId="7EDEDA53" w14:textId="77777777" w:rsidR="00500C3B" w:rsidRDefault="00500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D42D" w14:textId="77777777" w:rsidR="003E60D3" w:rsidRDefault="00000000">
    <w:pPr>
      <w:pStyle w:val="Footer"/>
      <w:jc w:val="center"/>
    </w:pPr>
    <w:r>
      <w:t xml:space="preserve">Page </w:t>
    </w:r>
    <w:r>
      <w:fldChar w:fldCharType="begin"/>
    </w:r>
    <w:r>
      <w:instrText>PAGE</w:instrText>
    </w:r>
    <w:r w:rsidR="007B1ED3">
      <w:fldChar w:fldCharType="separate"/>
    </w:r>
    <w:r w:rsidR="007B1ED3">
      <w:rPr>
        <w:noProof/>
      </w:rPr>
      <w:t>1</w:t>
    </w:r>
    <w:r>
      <w:fldChar w:fldCharType="end"/>
    </w:r>
    <w:r>
      <w:t>/</w:t>
    </w:r>
    <w:r>
      <w:fldChar w:fldCharType="begin"/>
    </w:r>
    <w:r>
      <w:instrText>NUMPAGES</w:instrText>
    </w:r>
    <w:r w:rsidR="007B1ED3">
      <w:fldChar w:fldCharType="separate"/>
    </w:r>
    <w:r w:rsidR="007B1E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FC290" w14:textId="77777777" w:rsidR="00500C3B" w:rsidRDefault="00500C3B">
      <w:pPr>
        <w:spacing w:after="0" w:line="240" w:lineRule="auto"/>
      </w:pPr>
      <w:r>
        <w:separator/>
      </w:r>
    </w:p>
  </w:footnote>
  <w:footnote w:type="continuationSeparator" w:id="0">
    <w:p w14:paraId="702CCDD5" w14:textId="77777777" w:rsidR="00500C3B" w:rsidRDefault="00500C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2023406">
    <w:abstractNumId w:val="8"/>
  </w:num>
  <w:num w:numId="2" w16cid:durableId="1788768773">
    <w:abstractNumId w:val="6"/>
  </w:num>
  <w:num w:numId="3" w16cid:durableId="1187673085">
    <w:abstractNumId w:val="5"/>
  </w:num>
  <w:num w:numId="4" w16cid:durableId="445540058">
    <w:abstractNumId w:val="4"/>
  </w:num>
  <w:num w:numId="5" w16cid:durableId="715542829">
    <w:abstractNumId w:val="7"/>
  </w:num>
  <w:num w:numId="6" w16cid:durableId="1421679657">
    <w:abstractNumId w:val="3"/>
  </w:num>
  <w:num w:numId="7" w16cid:durableId="850796177">
    <w:abstractNumId w:val="2"/>
  </w:num>
  <w:num w:numId="8" w16cid:durableId="1514805486">
    <w:abstractNumId w:val="1"/>
  </w:num>
  <w:num w:numId="9" w16cid:durableId="42030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E60D3"/>
    <w:rsid w:val="00500C3B"/>
    <w:rsid w:val="007B1ED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402D2D"/>
  <w14:defaultImageDpi w14:val="300"/>
  <w15:docId w15:val="{F201D812-7BF7-F549-85E5-26E323E17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4630</Words>
  <Characters>26395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30964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2023-04-16T20:38:00Z</dcterms:created>
  <dcterms:modified xsi:type="dcterms:W3CDTF">2023-04-16T20:38:00Z</dcterms:modified>
  <cp:category/>
</cp:coreProperties>
</file>