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9D200" w14:textId="77777777" w:rsidR="009028F2" w:rsidRDefault="00000000">
      <w:pPr>
        <w:pStyle w:val="Title"/>
      </w:pPr>
      <w:r>
        <w:t>Misty Gieczys</w:t>
      </w:r>
    </w:p>
    <w:p w14:paraId="428A4AE0" w14:textId="77777777" w:rsidR="009028F2" w:rsidRDefault="00000000">
      <w:r>
        <w:t xml:space="preserve">Warning everybody Works of the Creative work of today with you. Es gachas ¿Yo? With Crazy Lady and then. Porque started with Stephen little House keeping really quickly all yesterdays workshops and transcription of the website everybody access newline. Ok viste, soy hours rabbids. A ver se fishing coches. Perfecto cama. Ah I am actually en Ohio. Contact me. Y no se Facebook. And for the picture, there will be my profile picture show easy to find me. Nuevo espai G. </w:t>
      </w:r>
      <w:r>
        <w:br/>
      </w:r>
    </w:p>
    <w:p w14:paraId="4E675D66" w14:textId="77777777" w:rsidR="009028F2" w:rsidRDefault="00000000">
      <w:r>
        <w:t xml:space="preserve">The CELON honor of the locations. Kings thousand Nine with many Creative and hashtag show was also created. Thousand Nineteen. For rights the Best for budget. Qué mal that inspires you investment for all gone to Taiwan in the cold with the dogs en stock, show back in thousand teen hashtag tributarios, i just finished my boys finish. Persona subió Sports I am no longer computing. ¿Forming George? Ah proteam. The different. Clients Creative with a massive. Que se arreglen. Opening Word. Pero primary, there is like we had someone contacts arnica. </w:t>
      </w:r>
      <w:r>
        <w:br/>
      </w:r>
    </w:p>
    <w:p w14:paraId="6E76ECB7" w14:textId="77777777" w:rsidR="009028F2" w:rsidRDefault="00000000">
      <w:r>
        <w:t xml:space="preserve">Luego a Wood, you like to comment open a Booth en contacto a clientes. Clients and shared between the two three marketing. Bing able to Market more things to other Business like that. Ah. Pues, es o kids son. También se twilight. You can chargé. En su. Evans we have for Friday with something community where every for the month, we will be able to top and the downstream and will be a player of different companies and the other. Pdf and coming the. </w:t>
      </w:r>
      <w:r>
        <w:br/>
      </w:r>
    </w:p>
    <w:p w14:paraId="63642070" w14:textId="77777777" w:rsidR="009028F2" w:rsidRDefault="00000000">
      <w:r>
        <w:t xml:space="preserve">Stand by you can make own you can we have. Out with me. Widget, reviews, staff and it's not me. Shawn N. So herpes A. Ciudad phone. De aquí, esto puede nathaly arhat. Pues not enough. Tango everywhere soy. With my fingers and make sure that it is covered everywhere N. Fredericks, Nice a mi here to end to find that One dog. It Works, Great for. Short dogs, songs of the have a little. So hagan going back to the adoption we have the ring. </w:t>
      </w:r>
      <w:r>
        <w:br/>
      </w:r>
    </w:p>
    <w:p w14:paraId="133D618D" w14:textId="77777777" w:rsidR="009028F2" w:rsidRDefault="00000000">
      <w:r>
        <w:t xml:space="preserve">Da en self. Lovers because that please please over dogs because anyone patterson usually. Ah. Because you bring so many more people over and the dogs. Excited because my God something over and me and the passengers to see the actual personality of the dock, of course. Pero estaba que no, because stay. The next One here in the Middle that One was here Boston. Watch where you take a Stand and the One. </w:t>
      </w:r>
      <w:r>
        <w:br/>
      </w:r>
    </w:p>
    <w:p w14:paraId="34D4112D" w14:textId="77777777" w:rsidR="009028F2" w:rsidRDefault="00000000">
      <w:r>
        <w:t xml:space="preserve">¿Tus phone? The Four made and use of Blood and Blood. Were Pretty Down for the Photo in the right Inside Amy Smith, Rounds in our community en Colombia, Ohio TV for promoting </w:t>
      </w:r>
      <w:r>
        <w:lastRenderedPageBreak/>
        <w:t xml:space="preserve">all that Expo Ibrahim on for ABC sex and to bring awareness to the Xbox the coming week during Creative and the Booth. Promoting the Creative Weather. Hashtag going to be for the first time in a year, added to the right of the XML. Su simple things like that bring more than to the industry Tour to your slangs you mixture of your taking your future with you that your Hand out your Business CARDS and Business Cards Free. </w:t>
      </w:r>
      <w:r>
        <w:br/>
      </w:r>
    </w:p>
    <w:p w14:paraId="46A3B29B" w14:textId="77777777" w:rsidR="009028F2" w:rsidRDefault="00000000">
      <w:r>
        <w:t xml:space="preserve">The reason that i want you and i want you to give to more about other people because i know how Many Times, I Love my videógrafo that the my wedding and people like you know someone I would have in my way now have other things I don't wanna give you my only card happens multiples chao. Speaker, other One. En twitch. Es actually advent. ¿This again our time with anyone from five to fifteen dólares para un what we are doing? así. Y more for younger code dogs the same on the left side that was for pride. </w:t>
      </w:r>
      <w:r>
        <w:br/>
      </w:r>
    </w:p>
    <w:p w14:paraId="1107B42F" w14:textId="77777777" w:rsidR="009028F2" w:rsidRDefault="00000000">
      <w:r>
        <w:t xml:space="preserve">Fernando Something using the proper products that will come out the blue Planet is going to stay a little longer in yellow. Yellow Times that with two three. For using little Grease with teacher. Paint Love that A. Creative and all the Time I need a POP of something with the Air Brush, Please baby Shark with hat and stands the wanted nice flat looking hashtag background that what the baby Shark song 11. Stage so that I don't have to play. </w:t>
      </w:r>
      <w:r>
        <w:br/>
      </w:r>
    </w:p>
    <w:p w14:paraId="6F983AAD" w14:textId="77777777" w:rsidR="009028F2" w:rsidRDefault="00000000">
      <w:r>
        <w:t xml:space="preserve">Seattle Four people want to create the Rain. Oiga y usen using news and both the Rain and is very beneficial and easy to use newline. And of course, they want your pride parade in the town. Este último en taking somewhere. Time and Product to do if you want to do for free. Ayudaba mucho. Página Ford. Si desde nath One I like to play around with. So, the Twins, Netflix actually, glitter Jam kind of stickers that you can put on. En el de axo light zones, es albergue mix with glitter and styron and we are making en mi actual sino FLEX and using single Jams Kings. </w:t>
      </w:r>
      <w:r>
        <w:br/>
      </w:r>
    </w:p>
    <w:p w14:paraId="3E0FE341" w14:textId="77777777" w:rsidR="009028F2" w:rsidRDefault="00000000">
      <w:r>
        <w:t xml:space="preserve">Pues Ah for a Christmas Party for High School, always coming for halo newline. Ryder, Live on the way they are the world. Pulver a taking up to make them Shell. Soy una mixtura. ¿O vudú? Sotaquí ya ¿What? straight. So you can do more. ¿Type change all the time of you that you have to? Figure out. Sub I want. Sí, happy kids. And I want blue years, next time, you gonna turn out with purple years. </w:t>
      </w:r>
      <w:r>
        <w:br/>
      </w:r>
    </w:p>
    <w:p w14:paraId="028DF761" w14:textId="77777777" w:rsidR="009028F2" w:rsidRDefault="00000000">
      <w:r>
        <w:t xml:space="preserve">Siii need to make sure that you figure out if you that power on the Air. ¿What's going to look like now? Sometimes you can't really pretty hombre, we can't have a conversation to i Love avatar. Favorite to use because it's very Brent it then, I don't like the huge the pace I don't feel the day. Ah. Are able to cover es match and the batteries. They run. So I do Love House because i do have but One thing I don't like about ooh. ¿Chao IT really needs to know? Chuck and like a. </w:t>
      </w:r>
      <w:r>
        <w:br/>
      </w:r>
    </w:p>
    <w:p w14:paraId="1B57F1A6" w14:textId="77777777" w:rsidR="009028F2" w:rsidRDefault="00000000">
      <w:r>
        <w:lastRenderedPageBreak/>
        <w:t xml:space="preserve">Aa Selling on the Heart spray alinghi Crazy hace speedcat on the House. Eugenia USA Coloring Page without leer. Maps, Ah. Anything I wanna take it out, you can't use zammy permanent permanente. ¿Figuring out what if you make? Estoy en dark souls. ¿On Google NCOKI wanna make that? Coloring will. Addy beginning with Crazy liberty like that. Ah, casi think it tells you how to that shape with each One. For Ah, pues ya no sé. ¿Que usted? Chao, you need something temporary Welcome out. </w:t>
      </w:r>
      <w:r>
        <w:br/>
      </w:r>
    </w:p>
    <w:p w14:paraId="17DE23A2" w14:textId="77777777" w:rsidR="009028F2" w:rsidRDefault="00000000">
      <w:r>
        <w:t xml:space="preserve">Master Truck is going to come out prickly. I have the colour in there. Ah with you. Ok me digan so this, Golden Retriever. Here is a service dog. Si ellos. No quiero. Any time your mind of Blue Jeans Type Thing, you don't wanna put. ¿Where they can go en Mike? Soy un. Backward de. O Mixsu Washington. For runway, prima the next day and taking off. Wow removed for me. Thank you this are more Resources for ads and my shop subyugar a Party coming up y una coming back end. </w:t>
      </w:r>
      <w:r>
        <w:br/>
      </w:r>
    </w:p>
    <w:p w14:paraId="4009BC6B" w14:textId="77777777" w:rsidR="009028F2" w:rsidRDefault="00000000">
      <w:r>
        <w:t xml:space="preserve">Hashtag, verás, pero nadie nadie to leave this on Long term. This is really Four. Walking about getting edge. Something more. ¿En Jesús really like this? Newline to. For something you just want to have some fun with the easy on the Beats and Company with Creative collections and I really like. Don't want me. The African and I have to reward Team. Práctica en. Ya se. ¿Ah, you want? Withzack si has pink se. Use of latter I use. With backing of the plastic. Showed her. ¿Mac y place where you Want? Votaron for thirty Seconds. </w:t>
      </w:r>
      <w:r>
        <w:br/>
      </w:r>
    </w:p>
    <w:p w14:paraId="508E220C" w14:textId="77777777" w:rsidR="009028F2" w:rsidRDefault="00000000">
      <w:r>
        <w:t xml:space="preserve">Michael Way from the Heart of the sea. And the News. En el statler siga Wagner. Now You. Owned am just in putting the high. On One Jam. And removing Samuels. ¿Alguno de perros like, dicen? pon. No anything Crazy where you go to admin with dog. ¿Where you can? This is going to be the beat on the theater newline. Old Freud. En el The States, I wanna take off y slater of The New York on the fish. On the Job, the very much you just for photos and take more. </w:t>
      </w:r>
      <w:r>
        <w:br/>
      </w:r>
    </w:p>
    <w:p w14:paraId="77BD03A4" w14:textId="77777777" w:rsidR="009028F2" w:rsidRDefault="00000000">
      <w:r>
        <w:t xml:space="preserve">No se fatigan no. Ah you the same thing for a bigger juanes. Yo if you have struggle. Son UTC news tool de hablar N. Just make the hours and Pink cristal couple more and you can do things on Black Dogs. I don't like process anything. Creative and stocks. This One is everyone. Más sucede. You have some things fabric. Hay que matizar. Because you can make it with large on the streets. Tan NI want to use for. Me llaman Verónica. You need One step of fabric Twins and you Want. I use. The regular. Ah, no, Ah babeantes. </w:t>
      </w:r>
      <w:r>
        <w:br/>
      </w:r>
    </w:p>
    <w:p w14:paraId="2941B040" w14:textId="77777777" w:rsidR="009028F2" w:rsidRDefault="00000000">
      <w:r>
        <w:t xml:space="preserve">Sí get from this and other and starting at. Bueno, Johnny wanna finish. I'm making the Kings of What I want, but to be. No falten has taken rabian newline. Ah. A Thought that other part thats not going the rabbit might. Depending on what omg. Después de 10 details. Newline Middle of the night the Middle of your time. Taking the Rover Bean. En efecto fabric por. </w:t>
      </w:r>
      <w:r>
        <w:lastRenderedPageBreak/>
        <w:t xml:space="preserve">¿Ah, y tú? ¿Que fichó? azteca. </w:t>
      </w:r>
      <w:r>
        <w:br/>
      </w:r>
    </w:p>
    <w:p w14:paraId="581362E3" w14:textId="77777777" w:rsidR="009028F2" w:rsidRDefault="00000000">
      <w:r>
        <w:t xml:space="preserve">O a mí? Check that there. Bueno, en el wats. Just for. A little Chaos, Blue and Whatever you want flow. En The New the sound the same way brothers. En boom. Súper que. You already have the indians. En la en bloggers. So you can do this Instagram. And habits so. Bloquean on the years and little Darling on the back end has a little of the blue Max other to make them to. </w:t>
      </w:r>
      <w:r>
        <w:br/>
      </w:r>
    </w:p>
    <w:p w14:paraId="7AC57DEC" w14:textId="77777777" w:rsidR="009028F2" w:rsidRDefault="00000000">
      <w:r>
        <w:t xml:space="preserve">On the back end with anything that. Bromas aparte, según Yoshida, wow. This is the dog like working all i want to do a inspectores, dogs disney. The future Doing Freestyle origen make sure that the show you that i need to remove the age to say. Anything porque antes, the Four 1 runway wow hagan. Un momento. From the ground, the street o the next. Y dices guau, so we have a different styles that some of them newline. The One, another LIFE believe is from jolin a ONGs from online, there is a cable different. </w:t>
      </w:r>
      <w:r>
        <w:br/>
      </w:r>
    </w:p>
    <w:p w14:paraId="057CB050" w14:textId="77777777" w:rsidR="009028F2" w:rsidRDefault="00000000">
      <w:r>
        <w:t xml:space="preserve">Vender this usually not to expensive things. I think it was. I think the twenty five, maybe and only down. Queríais thank fifty Ah. Jeff Chua. ¿Mi vida, katharine, they want to the Job to be right for you know something that they want you? Instagram, Facebook, fotos y no me ve una making a Downing Street. Wow thats really cute. Ya so this marketing. All that, i used marketing justicia, people, camryn encima work and talk to me. Ah. Kelsey Rastrean, Kelsey Type question in to the chat. Away for the typing. Y yo miriwa. Shawn, OK Perfect so. This is a super Cute bull make. </w:t>
      </w:r>
      <w:r>
        <w:br/>
      </w:r>
    </w:p>
    <w:p w14:paraId="1B849DFE" w14:textId="77777777" w:rsidR="009028F2" w:rsidRDefault="00000000">
      <w:r>
        <w:t xml:space="preserve">Tags for this is my butterfly Boss so this is gonna show you how to make them sí. Muchas muda. Oh, gracias, todo bien. 9 ninguno. Iniesta se me dijo. Óiganme 10. Bueno, eso de encaré. No me parece nada. En el aguan. Pues en la red. ah hashtag. ¿Y van en serio? The next. De Libro, Holder. Ya está, está. Tenía una. Empate de santa newline. Eso es joven ya. Pues que soñarse este fin está oga. Eso es bueno. ¿You want to? No puedo llevar guay, te quiero escuchar eran. Papi es. Bueno, que bueno. En el seguro para el huevo y yo sepa en el. </w:t>
      </w:r>
      <w:r>
        <w:br/>
      </w:r>
    </w:p>
    <w:p w14:paraId="49ADE434" w14:textId="77777777" w:rsidR="009028F2" w:rsidRDefault="00000000">
      <w:r>
        <w:t xml:space="preserve">Es hija. You are here. I usually like summer. ¿Y si se make IT? Make matter that most. Ways of making things, sometimes with little. Anything that is going to get changed your room so that manin. Mcm y 7 San Juan. Camión Facebook. Private Group classes clases, Too hay tu selling Business paperwork and you can find my information on our square say. ¿Do We have any other questions? ¿Ah, por qué? Se dedicó a gente de chat. De signo hoy en la noche su. Little things a Chicken, you take that you want to Creative. N Fuck Years and Tangerine coming might be more willing to do, full course, of course tail. </w:t>
      </w:r>
      <w:r>
        <w:br/>
      </w:r>
    </w:p>
    <w:p w14:paraId="2F186AF2" w14:textId="77777777" w:rsidR="009028F2" w:rsidRDefault="00000000">
      <w:r>
        <w:lastRenderedPageBreak/>
        <w:t xml:space="preserve">¿Ah, en Ask? Oh baby can talk that you thing. Formatear Holiday word hawking. Marchan generally. No cravens. Awasthi Four a Sixties Party, si, we have Hope of six tag on the dog, in the dark the Center of the tensión and the Spark sexy. En the Client, Claudette. Benefits marketing to get people to noticias agreement. Our starting Business Angels. Hay think I want. We started marketing three months before, opens and iPod five hundred Business CARDS before opening i had the PIVE tumor boxes of five hundred. </w:t>
      </w:r>
      <w:r>
        <w:br/>
      </w:r>
    </w:p>
    <w:p w14:paraId="56CB8766" w14:textId="77777777" w:rsidR="009028F2" w:rsidRDefault="00000000">
      <w:r>
        <w:t xml:space="preserve">Pique say i did so much this so. Y beneficio agregado for the Creative and marketing. Te amo. very. Painting and Creative IT Works IT Works. O sea, a mí I have something. ¿Ah sí, wins? Once boy 11 girl with the lodge and different Style que es? girls easley. Cross the way ay. Es with you when you use. No de es el Word. ¿Súbela that it is Virgen NI Yasuhiro Havers. Thats my thats my color choices, avatar. Idi Chao. O k? Right Said don't say anymore questions. We will be back rizoides here the next session start. Ten this A. </w:t>
      </w:r>
      <w:r>
        <w:br/>
      </w:r>
    </w:p>
    <w:p w14:paraId="59164AD1" w14:textId="77777777" w:rsidR="009028F2" w:rsidRDefault="00000000">
      <w:r>
        <w:t xml:space="preserve">Eso sí, everybody that. </w:t>
      </w:r>
      <w:r>
        <w:br/>
      </w:r>
    </w:p>
    <w:sectPr w:rsidR="009028F2"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88308" w14:textId="77777777" w:rsidR="004462AF" w:rsidRDefault="004462AF">
      <w:pPr>
        <w:spacing w:after="0" w:line="240" w:lineRule="auto"/>
      </w:pPr>
      <w:r>
        <w:separator/>
      </w:r>
    </w:p>
  </w:endnote>
  <w:endnote w:type="continuationSeparator" w:id="0">
    <w:p w14:paraId="777B9332" w14:textId="77777777" w:rsidR="004462AF" w:rsidRDefault="00446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12C92" w14:textId="77777777" w:rsidR="009028F2" w:rsidRDefault="00000000">
    <w:pPr>
      <w:pStyle w:val="Footer"/>
      <w:jc w:val="center"/>
    </w:pPr>
    <w:r>
      <w:t xml:space="preserve">Page </w:t>
    </w:r>
    <w:r>
      <w:fldChar w:fldCharType="begin"/>
    </w:r>
    <w:r>
      <w:instrText>PAGE</w:instrText>
    </w:r>
    <w:r w:rsidR="00EC1F86">
      <w:fldChar w:fldCharType="separate"/>
    </w:r>
    <w:r w:rsidR="00EC1F86">
      <w:rPr>
        <w:noProof/>
      </w:rPr>
      <w:t>1</w:t>
    </w:r>
    <w:r>
      <w:fldChar w:fldCharType="end"/>
    </w:r>
    <w:r>
      <w:t>/</w:t>
    </w:r>
    <w:r>
      <w:fldChar w:fldCharType="begin"/>
    </w:r>
    <w:r>
      <w:instrText>NUMPAGES</w:instrText>
    </w:r>
    <w:r w:rsidR="00EC1F86">
      <w:fldChar w:fldCharType="separate"/>
    </w:r>
    <w:r w:rsidR="00EC1F8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3587A" w14:textId="77777777" w:rsidR="004462AF" w:rsidRDefault="004462AF">
      <w:pPr>
        <w:spacing w:after="0" w:line="240" w:lineRule="auto"/>
      </w:pPr>
      <w:r>
        <w:separator/>
      </w:r>
    </w:p>
  </w:footnote>
  <w:footnote w:type="continuationSeparator" w:id="0">
    <w:p w14:paraId="3372D227" w14:textId="77777777" w:rsidR="004462AF" w:rsidRDefault="004462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00943346">
    <w:abstractNumId w:val="8"/>
  </w:num>
  <w:num w:numId="2" w16cid:durableId="718742079">
    <w:abstractNumId w:val="6"/>
  </w:num>
  <w:num w:numId="3" w16cid:durableId="1479229005">
    <w:abstractNumId w:val="5"/>
  </w:num>
  <w:num w:numId="4" w16cid:durableId="536547715">
    <w:abstractNumId w:val="4"/>
  </w:num>
  <w:num w:numId="5" w16cid:durableId="1773747083">
    <w:abstractNumId w:val="7"/>
  </w:num>
  <w:num w:numId="6" w16cid:durableId="1488401923">
    <w:abstractNumId w:val="3"/>
  </w:num>
  <w:num w:numId="7" w16cid:durableId="1384328223">
    <w:abstractNumId w:val="2"/>
  </w:num>
  <w:num w:numId="8" w16cid:durableId="848253798">
    <w:abstractNumId w:val="1"/>
  </w:num>
  <w:num w:numId="9" w16cid:durableId="1183009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462AF"/>
    <w:rsid w:val="009028F2"/>
    <w:rsid w:val="00AA1D8D"/>
    <w:rsid w:val="00B47730"/>
    <w:rsid w:val="00CB0664"/>
    <w:rsid w:val="00EC1F8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C46D8D"/>
  <w14:defaultImageDpi w14:val="300"/>
  <w15:docId w15:val="{D5FB8ADF-C8F4-AE4C-8BD7-A7BDD89AB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1775</Words>
  <Characters>10124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11876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2023-04-17T17:07:00Z</dcterms:created>
  <dcterms:modified xsi:type="dcterms:W3CDTF">2023-04-17T17:07:00Z</dcterms:modified>
  <cp:category/>
</cp:coreProperties>
</file>