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30 Minutes To Dry</w:t>
      </w:r>
    </w:p>
    <w:p>
      <w:r>
        <w:rPr>
          <w:sz w:val="22"/>
        </w:rPr>
        <w:t xml:space="preserve">All right. So this session we're going to talk about mindful and effective dematting Okay. We're going to help you choose the best products, the best tools and the best methods to gently and safely remove dead coat and coat angles and mats. So we all know as professional groomers, deshedding is an ongoing need for pretty much every single dog that sees us. Dead coats. The source of so many secondary skin issues as well, so why not know how to work smarter instead of harder if you can? The matting is an ongoing problem every day in our work in one way or another, so why, as a groomer, would you not want to understand what a coat needs to avoid mats and make the matting easier? That's the purpose of this class today. </w:t>
        <w:br/>
      </w:r>
    </w:p>
    <w:p>
      <w:r>
        <w:rPr>
          <w:sz w:val="22"/>
        </w:rPr>
        <w:t xml:space="preserve">So why is it important to know the how and why's of mats? Because mat removal can be stressful and hard on both the groomer and the fact these things can be physically and mentally difficult and challenging to get through. Time consuming mats make more mats, so once you've got some mats in the cold, they tend to just grow and make more friends. Damaging their hair when you're going through the process of demanding will only make things worse. So it's important to understand how mats form and why, and then to move from there when you're choosing your tools and your methods and your topicals, because poor method or topical choices will actually make you way more work. </w:t>
        <w:br/>
      </w:r>
    </w:p>
    <w:p>
      <w:r>
        <w:rPr>
          <w:sz w:val="22"/>
        </w:rPr>
        <w:t xml:space="preserve">You always want to groom for the next visit, right? So that again is part of the purpose of this class. And then remember to that Matt's make your efficiency and productivity compromised. So we want to try to work through them as effectively as possible with regard to optimizing healthy coat and minimizing mechanical work for us in the grooming salon. And that's also affect the quality of life and overall health of every pet. And these two two photos you can see one condition of a dog being completely compacted because the geriatric dog at the same time will not stand. He's a triple coated breed, meaning he has undercoat and guard coat and secondary tertiary or insulating coat as well. </w:t>
        <w:br/>
      </w:r>
    </w:p>
    <w:p>
      <w:r>
        <w:rPr>
          <w:sz w:val="22"/>
        </w:rPr>
        <w:t xml:space="preserve">He will have to be flipped down, unfortunately, even though it's not probably in his best interest towards cooling maintaining his skin health because of how long he's been left, there's really no other choice. Plus, his physical ability kept him compromised from standing on the table for any length of time at all. And then the other dog, you'll see, that's a dog that came in through rescue, where the matting was so tight that it actually ripped the hair from the follicle, and it did so in such an aggressive manner that the follicle in the skin was scarred. </w:t>
        <w:br/>
      </w:r>
    </w:p>
    <w:p>
      <w:r>
        <w:rPr>
          <w:sz w:val="22"/>
        </w:rPr>
        <w:t xml:space="preserve">And virtually unable to regrow hair, you can see around the perimeter of those mats where the hair is the darkest. That was some of the last hair to be pulled out. The pink, pink in the middle and the white in the middle is the longest standing section of scarred skin that has not had hair grow back in. So what makes these mats that vex us? Ok we have water is a huge component of a mat. </w:t>
        <w:br/>
      </w:r>
    </w:p>
    <w:p>
      <w:r>
        <w:rPr>
          <w:sz w:val="22"/>
        </w:rPr>
        <w:t xml:space="preserve">We also have dirt. All the dogs that come into us for grooming are dirty in some way, shape or form. Add to that, especially at certain seasonal times of the year, Static. Remember from teaching on skin and coat and your topical products that hair has damaged. Hair especially have a negative static charge, an electrostatic charge. And then the one of the biggest precursors to mat growth is dead hair. Having dead coats, sitting in the skin that's porous and flaxen and acne will just mat in on itself and grab everything around it on the course. So what role do these aspects of these four main ingredients for mats actually have when you have water in the coat that expands the hair shaft or swells the hair shaft with that moisture? During the process of the time where or the point in time where the hair is saturated, those hydrogen bonds that are naturally occurring within the hair shaft are broken Okay. </w:t>
        <w:br/>
      </w:r>
    </w:p>
    <w:p>
      <w:r>
        <w:rPr>
          <w:sz w:val="22"/>
        </w:rPr>
        <w:t xml:space="preserve">And another thing that it does is it works with the dirt and can actually work like glue or mortar within a mat. Because dirt holds all the hair shafts together, it acts like sandpaper or zipper on hair. And it gives secondary bacteria and yeast a good food source to grow and proliferate with static lifts, that cuticle of the hair. Remember when you have damaged hair that the cuticle is not smooth, it's actually more open and kind of stands up on end, and that just naturally zippers together and tangles together with any other hair around it attracts the hair to each other by that electrical charge as well, and then dead hair holds that negative charge and it holds debris. </w:t>
        <w:br/>
      </w:r>
    </w:p>
    <w:p>
      <w:r>
        <w:rPr>
          <w:sz w:val="22"/>
        </w:rPr>
        <w:t xml:space="preserve">As I mentioned before, it has porosity and it gives the mat a perfect place to grow. So as a groomer you want to work effectively right? Work smarter, not harder, and let your products. The water and the air do as much of the work as possible. At my salon. Dirty dogs go in the tub. If I have a dog come in, that's matted and I examine the mats and I can get my fingers through them, it's caught me spongy. I can work at a part where I can see through the mat and I know that I can get soap and conditioner into the mat and back out rinsed completely. </w:t>
        <w:br/>
      </w:r>
    </w:p>
    <w:p>
      <w:r>
        <w:rPr>
          <w:sz w:val="22"/>
        </w:rPr>
        <w:t xml:space="preserve">That dog goes right into the tub. Very rarely, even with quote unquote helted or casted dogs do I not wash the hair first. There are certain times once in a while where you have hard shell casted mats that have to be taken off pre bath but otherwise every dog goes right in the dog why? Again because water removes the static, it removes the dirt and it breaks down the hydrogen bonds on the hair so it helps to make the hair more manageable. And then that sets you up for an easier time by removing that static charge and breaking the hydrogen bonds during the drying process. </w:t>
        <w:br/>
      </w:r>
    </w:p>
    <w:p>
      <w:r>
        <w:rPr>
          <w:sz w:val="22"/>
        </w:rPr>
        <w:t xml:space="preserve">It makes the hair more manageable for the dryer, and commonly you'll find that you can get those mats up away from the skin enough to slide a blade underneath so the dog is not completely clipped short. Another reason is shampoo and conditioner. Change that electrical charge and PH of the skin and hair coat and they provide slip. That's one of the greatest things that provides some lubrication to each individual hair shaft and helps you work the hair around itself but again, loosen it up during the drying process. Water and topicals smooth that hair shaft and they align the hair coat fiber as well. By lining the hair coat we mean we're rinsing all the hair in One Direction. </w:t>
        <w:br/>
      </w:r>
    </w:p>
    <w:p>
      <w:r>
        <w:rPr>
          <w:sz w:val="22"/>
        </w:rPr>
        <w:t xml:space="preserve">Whereas normally through wear and pair just daily activity, the hair is once it's matted or knotted up, is just in all different directions and it can commonly have the skin pulled along with it at the same time. Is there another reason why we have to work effectively and carefully with our matted pets? Because typically if they are heavily matted they do not feel well. They're literally sometimes in pain because their skin is being tugged on. And that affects them mentally as well as physically. And then another reason they go right to the tub is because air from your air dryer opens the coat, OK And it reforms those hydrogen bonds mentioned earlier. </w:t>
        <w:br/>
      </w:r>
    </w:p>
    <w:p>
      <w:r>
        <w:rPr>
          <w:sz w:val="22"/>
        </w:rPr>
        <w:t xml:space="preserve">And that creates strength and pliability at the same time. So you're using the air basically to airbrush and get everything up away from the skin as much as possible before introducing your metal cutting pools onto the coat. So some Do's, GMAT, and dichet do's all right. The best types of products typically are moisturizing and protein enriched shampoos because they provide some substantivity to the hair shaft. Okay keratin collagen additives can be good depending on the coat. Sometimes you're very highly porous Coats don't respond well to a keratin collagen additive because it actually can coat the hair too much and make it sticky if you will. </w:t>
        <w:br/>
      </w:r>
    </w:p>
    <w:p>
      <w:r>
        <w:rPr>
          <w:sz w:val="22"/>
        </w:rPr>
        <w:t xml:space="preserve">But those additives in a conditioner can help a lot because of the they provide lasting hydration. So not only are you helping to soothe the skin by keeping it hydrated for a certain amount of time, post baths or post grooming, but you're also keeping the hair manageable for your metal cutting tools and your brushes and your Combs to help it not break as evenly or as easily when you're working those cools through. Excuse me? A humectant conditioning spray helps to draw some atmospheric moisture from the air and hold that in the hair shaft and superficially on the skin as well. </w:t>
        <w:br/>
      </w:r>
    </w:p>
    <w:p>
      <w:r>
        <w:rPr>
          <w:sz w:val="22"/>
        </w:rPr>
        <w:t xml:space="preserve">That again helps for some longevity and residual effect of moisture rehydration to the skin and hair coat post grooming Your silicones provide slip and substantivity to the hair coat. Silicones are great. For antistatic properties and they provide that skin or that hair shaft smoothing activation when they're applied evenly and dried onto the hair. I know silicones do get a bad rap if you're not comfortable with silicones and stick with your humectant coat conditioning sprays, but you will be amazed at how much better your products are by having a silicone. </w:t>
        <w:br/>
      </w:r>
    </w:p>
    <w:p>
      <w:r>
        <w:rPr>
          <w:sz w:val="22"/>
        </w:rPr>
        <w:t xml:space="preserve">Derivative involved in their formulation and in your application in the salon use those slickers carefully right. We all love our slicker brushes. They provide amplification and a beautiful plush pot to work on with our metal tools very quickly. They do get in there and really separate and align the hair, but they are also because of their design. Some of the worst tools, believe it or not, on maintaining lengthy hair coat when not used with finesse, or when you're using a slicker brush that doesn't have a finished pin where it's just blunt cut on the end. </w:t>
        <w:br/>
      </w:r>
    </w:p>
    <w:p>
      <w:r>
        <w:rPr>
          <w:sz w:val="22"/>
        </w:rPr>
        <w:t xml:space="preserve">Those are very likely to snag onto, stretch and possibly break or partially kink. The hair when you're moving them through the hair shaft, so have finesse and be very savvy with your slicker brushes. I personally on coat that's longer than an inch, even if it's a pet rim. My slicker brushes do not get touched until I'm doing my finish scissor work right before I'm doing that I will stick with my plastic pools as much as possible my. Or bristles. Or even just a wide space pin brush to get the hair fiber open and aligned as much as possible before introducing any tool where the teeth are close together. </w:t>
        <w:br/>
      </w:r>
    </w:p>
    <w:p>
      <w:r>
        <w:rPr>
          <w:sz w:val="22"/>
        </w:rPr>
        <w:t xml:space="preserve">Because you're just asking to. As you drag that pool through the hair coat, you're just asking to end up snagging hair and maybe even providing some physical pain as well by kepting on some snags. Remember that wet hair soaking wet hair is weak hair okay there is this area where hair is between wet and dry where it's damp, and it's very important that if you're doing any deep shedding that you'll be using that interim area of coat drying as much as possible to do your demanding unless you've completely cleaned and dried and. </w:t>
        <w:br/>
      </w:r>
    </w:p>
    <w:p>
      <w:r>
        <w:rPr>
          <w:sz w:val="22"/>
        </w:rPr>
        <w:t xml:space="preserve">In thoroughly recondition the hair coat and then you want to go at it with a pin brush of penelo brush, a wet brush, anything like that that's wide toothed and forgiving. It's a breakaway or a bend away pin. Okay best types of methods, so you want to try to avoid the overuse of clarifying or stripping shampoos because they lift the follicle. So if you do have a dog come in and you know you have to get him in the tub and he is just a mess and packed you can use either a pre shampoo conditioning treatment. So you're doing your prepoo conditioning step before the cleanser, leaving that on after you've worked it thoroughly through the coat and then applying your clarifying shampoo. </w:t>
        <w:br/>
      </w:r>
    </w:p>
    <w:p>
      <w:r>
        <w:rPr>
          <w:sz w:val="22"/>
        </w:rPr>
        <w:t xml:space="preserve">Okay, rinsing that off. And then go back over that PET and use a moisturizing shampoo. You just want to be careful not to overly strip all of the oil off of that PET that's not been into the groomer or has gotten himself in a mess. Because you're going to ask to lift that hair shaft cuticle, which is going to cause that hair to matte up right away. And you're overly stripping his body of sea bum, possibly, which can exacerbate A secondary itching issue post grooming. </w:t>
        <w:br/>
      </w:r>
    </w:p>
    <w:p>
      <w:r>
        <w:rPr>
          <w:sz w:val="22"/>
        </w:rPr>
        <w:t xml:space="preserve">And when anytime we deal with, if we are not able to spot, be mad if you will, or work tools through the coat to get everything out. If you're clipping off a dog that's really impacted or really matted, it's a huge change for a dog to go from that type of heavy, insulative protective coat to nothing. Anything shorter than it happens, You're really asking them to have this weird kind of feeling all over their body that may affect them mentally or emotionally. You'll have dogs sometimes that mope or hide post grooming when they're taken down suddenly. </w:t>
        <w:br/>
      </w:r>
    </w:p>
    <w:p>
      <w:r>
        <w:rPr>
          <w:sz w:val="22"/>
        </w:rPr>
        <w:t xml:space="preserve">If you can imagine being hairy and having your whole body shaved all at once. Have some empathy towards what that might be literally feeling right, taking in its new newfound senses of its environment that it was insulated from. Completely before Okay, but you do want to replace some moisture, so if you do use a clarifying shampoo to get all the excess coat dirt off, I do recommend strongly that you go back over with a protein enriched or a moisturizing shampoo and then your conditioner, okay. Remember too that you want to properly dilute those products. </w:t>
        <w:br/>
      </w:r>
    </w:p>
    <w:p>
      <w:r>
        <w:rPr>
          <w:sz w:val="22"/>
        </w:rPr>
        <w:t xml:space="preserve">If you're using a clarifying shampoo, make sure you're diluting it per recommended manufacturer's guidelines so you're not possibly causing skin irritation. Try again that cleanse condition, cleanse method or pre shampoo conditioning treatment or pre poo conditioning. Okay, some people will call it. Coal washing where you're actually applying an oil based product, or I shouldn't say an oil based, but a product that's rich in emollience and oil lipid friendly ingredients to bond with the oil based dirt and coat pathogens and hold on to those. </w:t>
        <w:br/>
      </w:r>
    </w:p>
    <w:p>
      <w:r>
        <w:rPr>
          <w:sz w:val="22"/>
        </w:rPr>
        <w:t xml:space="preserve">How they absorb for those, they hold on to them. And then during the rinsing process those are removed from the hair coat. So it can help your cleanser to be a lot more effective by doing that. Condition, cleanse, condition. No tools on a wet coat in my opinion. Damp coat is okay. So we're revisiting the fact that wet ripping coat is very compromised. It has poured tensile strength. It's more likely to stretch and break, especially without you hearing it. Dry hair resonates sound way differently than wet hair. Wet hair is typically muffled, so when you're moving a slicker through it aggressively, you don't hear that rasping sound that you hear. </w:t>
        <w:br/>
      </w:r>
    </w:p>
    <w:p>
      <w:r>
        <w:rPr>
          <w:sz w:val="22"/>
        </w:rPr>
        <w:t xml:space="preserve">Come off the head of the flicker brush and travel right up the handle and you're audibly able to hear it sometimes, as well as physically feeling it through your hand and wrist. You don't necessarily get that on wet coat right, so you may not realize how aggressive you're being or how much damage you're doing until after you get the hair dry. And it's frizzy hot knee kind of standing out on itself. And you can see if you look really closely that hair shaft has been stretched and damaged, so demanding after bathing and conditioning whenever possible. Okay, try not to do any demanding ever on dirty hair. </w:t>
        <w:br/>
      </w:r>
    </w:p>
    <w:p>
      <w:r>
        <w:rPr>
          <w:sz w:val="22"/>
        </w:rPr>
        <w:t xml:space="preserve">You're just asking to break it, stretch it. Cause way more trouble down the line. Now if you're clipping all the hair off because that dog is genuinely casted and you can't get them clean and reconditioned, that's a different story. But if they're spot matting, webbing in the coat like a lot of your poodle and poodle mixes will get, where it's just the fine cottony undercoat that's tangled in loosely alongside that harsh guard coat. You typically can pat and pull that out during the drying process with a good conditioning spray and having gotten that coat very clean and apply to Creamer conditioner. </w:t>
        <w:br/>
      </w:r>
    </w:p>
    <w:p>
      <w:r>
        <w:rPr>
          <w:sz w:val="22"/>
        </w:rPr>
        <w:t xml:space="preserve">Those will slide right out without breaking coat. Always condition as a final step. In my opinion there are very few situations where you would not want to recondition. Meaning apply a beam rinse or a mask type conditioner to a dog as a final bathing process and those would be medical situations that are very rare. So yes, you do always want to recondition a dog and then coat spray before your HP dryer and use that air that comes from your HP dryer as the tool to open that coat. You have these. Water Wick heads or water sweeper heads that are flat that don't blow the air in a condensed conical shape as it comes out of the hose. </w:t>
        <w:br/>
      </w:r>
    </w:p>
    <w:p>
      <w:r>
        <w:rPr>
          <w:sz w:val="22"/>
        </w:rPr>
        <w:t xml:space="preserve">Those are great for working through matting because they work like a almost like a squeegee and they'll push the water from the coat, but they don't as easily turn the coat in on itself when you're blow drying with a conically shaped head. You have a greater intensity to create a vortex at the stair surface and turn that hair in on itself and actually exacerbate the tangles, creating whip knots. It can be really hard to get out without just scissoring them off. </w:t>
        <w:br/>
      </w:r>
    </w:p>
    <w:p>
      <w:r>
        <w:rPr>
          <w:sz w:val="22"/>
        </w:rPr>
        <w:t xml:space="preserve">So you do want to use that air as a tool because it's way easier on you, way easier on the pet to be using that air to do as much demanding any tangling as possible. I also should mention I. Squeeze the hair coat a lot with highly absorbent towel and then apply my coat conditioning spray. And squeeze that really into really well into the coat and that will cause the coat to Wick and beat up water and you'll see a reemergence of these droplets of water. And then I'll go back over that dog again with the damp towel that I just used to get the bulk of the water off and squeeze that off again. </w:t>
        <w:br/>
      </w:r>
    </w:p>
    <w:p>
      <w:r>
        <w:rPr>
          <w:sz w:val="22"/>
        </w:rPr>
        <w:t xml:space="preserve">Yes, you are removing a little bit of your coat conditioning spray that you just put on, but when you spray it on, you're squeezing it down to the skin as much as possible and allowing it to do that wicking work for you. As it smooths the hair coat or the hair cuticle and changes the PH of the hair coat, it just naturally causes that water to beat up and move towards the end of the hair where you can grab it with a towel. And by doing that you have less drying time on the table. </w:t>
        <w:br/>
      </w:r>
    </w:p>
    <w:p>
      <w:r>
        <w:rPr>
          <w:sz w:val="22"/>
        </w:rPr>
        <w:t xml:space="preserve">Okay obviously the HP dryers can be loud. And unnerving to certain dogs. And if you're dealing with a matted pet that has not been in very often, they're going to be very sensitive to the sound and the feel of that dryer. So no, you don't want them on the table any longer than necessary. But if you're dealing with a dog that's in full coat, show coat, regularly maintained, that just gets in a bad spot, falls behind to the grooming process. </w:t>
        <w:br/>
      </w:r>
    </w:p>
    <w:p>
      <w:r>
        <w:rPr>
          <w:sz w:val="22"/>
        </w:rPr>
        <w:t xml:space="preserve">They are already aware of what that dryer sounds like, and they're anticipatory of what's to come next, so you can have them on the table a lot longer. And slow down the velocity of the air. Let the warmth of the air and the lower velocity work on the hair coat to align it while you use your tools on it to break up any tangle the matting and the dog can be quite okay with that, very comfortable with that process, even if it is longer. </w:t>
        <w:br/>
      </w:r>
    </w:p>
    <w:p>
      <w:r>
        <w:rPr>
          <w:sz w:val="22"/>
        </w:rPr>
        <w:t xml:space="preserve">So we talked about curly coat specifically with detangling and the matting. It's very rare that you'll have a straight coated breed actually for mats that don't really only have any something to do with the undercoat because the undercoat can have a wave to it and it's cottony and porous and very fine. So you're typically your curly coats are the ones that develop these mats and these tangles, the worst and the fastest. And the reason for that is pretty much every curly coated breed that I can think of will also have ample undercoat or insulatory coat. </w:t>
        <w:br/>
      </w:r>
    </w:p>
    <w:p>
      <w:r>
        <w:rPr>
          <w:sz w:val="22"/>
        </w:rPr>
        <w:t xml:space="preserve">So those hairs that are also going to have a wave or a kink to them but have a different porosity, they're going to be thinner. Their hair cuticle is thinner. They're just like little zippers in there. Those are going to grab on to those curly and kinky guard coat hairs much more faster. And the reason it's important specifically to talk about curly coat is because the physiological aspects of a curly hair are different than a straight hair okay. So straight hair typically will grow at an oblique angle or a straight up and down angle. </w:t>
        <w:br/>
      </w:r>
    </w:p>
    <w:p>
      <w:r>
        <w:rPr>
          <w:sz w:val="22"/>
        </w:rPr>
        <w:t xml:space="preserve">Very rarely do you see straight up and down except for maybe on the face. But that hair is circular in its circumference. And it is in the follicle rooted within the skin at a nearly vertical angle. Whereas your WAVY hair, if you do a cross-sectional cut that you view from the pop, it's typically bean or kidney shaped okay and it's sitting in the hair follicle in the skin at an angle, all right. So it's emerging from the infinibulum or the follicle, the pour cup at an angle immediately. And then your curly coated dogs that have a heavy king to the coat. I would prepare you like your WAVY coated dogs would be a lot of your doodles dogs that are Marcel, like your carries that have a natural kind of wave to the coat. </w:t>
        <w:br/>
      </w:r>
    </w:p>
    <w:p>
      <w:r>
        <w:rPr>
          <w:sz w:val="22"/>
        </w:rPr>
        <w:t xml:space="preserve">But your curly coats are you can't miss them. You've got your all of your sporting dogs. You're not excuse me, your non sporting dogs and certain other toy breeds and whatnot that have curly hair and that hair, if you do a cross-sectional view of it is very elongated, elliptical, some people will say fettuccine shaped and it's growing in the skin in a kind of a. I would say a spiral type follicle. So if you view it from the top or from the side, it's growing in a spiral in the skin, OK And this is very important to think about when we're using our tools on that curly coat because the hair is designed with that heavy curl to actually have weak and strong points based on the thickness of the hair cuticle, OK So in your middle this drawing that I've done here, you can actually see the thicker parts of the cuticle. </w:t>
        <w:br/>
      </w:r>
    </w:p>
    <w:p>
      <w:r>
        <w:rPr>
          <w:sz w:val="22"/>
        </w:rPr>
        <w:t xml:space="preserve">The thicker layers of the cuticle typically reside at the inside curve of each stroke of hair or each shaft of hair. I should say The outside curve is where your cuticle is extra thin and then in between those it's pretty close to being symmetrical from around the circumference of the hair, so. When you're pulling on those areas where you've got ortho cortical or para cortical shells or cells, excuse me, that provide that curl to the coat. Those are the areas where if you stretch them too much they're most likely to break where you have the thin areas of the cuticles. So you have to remember again just to use great finesse with your metal tools, try and stick with some plastic or bristle type tools, the pinelo brushes, wet brushes. </w:t>
        <w:br/>
      </w:r>
    </w:p>
    <w:p>
      <w:r>
        <w:rPr>
          <w:sz w:val="22"/>
        </w:rPr>
        <w:t xml:space="preserve">Any type of a softer pin brush or bristle brush. I should say bristle brush or a wooden brush. Even a finished copper brush or any type of an ionically charged brush if you will. You could try them all. Try as many different brushes as you can get your hands on. I have tons of brushes, tons of Combs. And on the topical products, and I don't regret trying all of them because sometimes there are new great things that emerge in this industry that can help us out a lot, Okay. </w:t>
        <w:br/>
      </w:r>
    </w:p>
    <w:p>
      <w:r>
        <w:rPr>
          <w:sz w:val="22"/>
        </w:rPr>
        <w:t xml:space="preserve">So remember too during the demanding process that you can add oils to your conditioner, you can infuse oils into your conditioner and those will help with providing a lot of manageability and moisture. Back to the coat, I will infuse my oils. Into my shampoo with a frother or, excuse me, a my conditioner with a frother or a hand mixer. An immersion blender works really well. Typically your coffee frothers just don't have enough r p m 's. They can't deal with a thick viscosity of a good clean rinse conditioner. But you want to use something that has enough torque to it that you're going to completely emulsify or work through the conditioner and get that oil, those oil droplets, oil molecules evenly distributed through the entire conditioning. </w:t>
        <w:br/>
      </w:r>
    </w:p>
    <w:p>
      <w:r>
        <w:rPr>
          <w:sz w:val="22"/>
        </w:rPr>
        <w:t xml:space="preserve">I would call it a mask at that point. If you're infusing conditioner with added silicone derivatives, minerals, oils that's technically a nutritive mask or a high moisture mask at that point. You can do the same things with your minerals Okay, Whether or not the skin and hair coat deeply absorb your folic humic or your trace minerals is still under discussion, but it can't hurt and you definitely will find dogs that have dry, hot, knee, brittle, lackluster coat. That thrive on adding your mineral, your trace minerals and oils to your conditioners as a final step, because they're so depleted of moisture that their upper layers of the skin are severely compromised. They either have extreme dryness or they've got it to where they actually have leaky barrier issue and they definitely can appreciate if you have a leaky barrier. </w:t>
        <w:br/>
      </w:r>
    </w:p>
    <w:p>
      <w:r>
        <w:rPr>
          <w:sz w:val="22"/>
        </w:rPr>
        <w:t xml:space="preserve">There is scientific research that backs the fact that leaky barrier allows a deeper penetration of what would otherwise be surface or superficial pathogens to get into the deeper layers of the skin. So if you're going to get it clean first, remember to be careful with skin like that because broken skin is sensitive, compromised skin. You could be applying A surfactant or a cleanser that could actually irritate the skin and you do not want to do that. </w:t>
        <w:br/>
      </w:r>
    </w:p>
    <w:p>
      <w:r>
        <w:rPr>
          <w:sz w:val="22"/>
        </w:rPr>
        <w:t xml:space="preserve">And then your conditioning step should be thinking about that compromised skin or that quote unquote leaky barrier and that when you do those that product application, you want to remember that you're trying to work always towards the least invasive way to get an optimal outcome. Okay, mindful grooming in my opinion is repeated mindful applications of your tools and your topicals and your methods to the coat. Towards optimal skin and coat health and overall life quality of the pet okay. So in the next segment, we're going to just briefly move over some more mindful grooming and product choices by coat pipe. </w:t>
        <w:br/>
      </w:r>
    </w:p>
    <w:p>
      <w:r>
        <w:rPr>
          <w:sz w:val="22"/>
        </w:rPr>
        <w:t xml:space="preserve">And in this class, we're specifically talking about our drop coats and our curly coats. So we're going to start with our drop coats. Here you have some pictures of some amazingly kept beautiful long drop coat breeds. There are more. And typically drop coats as a breed class. That coat can contain straight, WAVY, or even curly guard hairs, and they have notable undercoats throughout, Again on your drop coated breeds, even though they have a weak erector filly muscle. If you have porous hair inside a hair coat that's alongside guard coat, you can bet that it's standing up at a different angle within the skin. And that it just naturally has a greater propensity to tangle up and cause issue. </w:t>
        <w:br/>
      </w:r>
    </w:p>
    <w:p>
      <w:r>
        <w:rPr>
          <w:sz w:val="22"/>
        </w:rPr>
        <w:t xml:space="preserve">These dogs generate medium oil okay and they have that weak erector filly muscle, meaning they don't have a highly active erector filly muscle to excrete a lot of oil. So they're okay, they're good for plenty of brushing and combing without causing hyper production of oil by the body itself. They turn over undercoats faster than guard coat. They typically struggle with breakage. That's a big one. Because remember, the longer the hair from what the tip, the further you get towards the tip, the more dry it hair typically is because of cuticle weathering and just overall hair erosion just through the regular activity of the hair on the dog matting and then imbalance microbiome that tends towards yeast. </w:t>
        <w:br/>
      </w:r>
    </w:p>
    <w:p>
      <w:r>
        <w:rPr>
          <w:sz w:val="22"/>
        </w:rPr>
        <w:t xml:space="preserve">We need to understand that if you've got a dog that has ample guard coat, that's actively growing in an antigen phase for sometimes years before it shut out and then interspersed to have undercoat that turns over at a much faster rate. That naturally yeast production would be more likely because those dogs typically pack down that undercoat right at the skin, and yeast loves a moist, dark place in which to thrive or proliferate okay. So when you're working these coats, you want to be mindful of the moisture and mineral levels, as well as thorough dead coat removal. And you're always working and honoring the coat lay, meaning whichever way that dog parks down it's dorsal area, you're working that coat in that area. </w:t>
        <w:br/>
      </w:r>
    </w:p>
    <w:p>
      <w:r>
        <w:rPr>
          <w:sz w:val="22"/>
        </w:rPr>
        <w:t xml:space="preserve">If you're dealing with a Havanese or a coat on, they have more of a very porous fine coat, and you can work that coat much more readily in either direction, okay, bathing and drying and using your topicals and tools. You want to honor that skin and coat need or coat needs all the time. These dogs work well with the tools. Or their coat works well with the tools that we're showing here, minerals and proteins and they thrive with hydration and collagen being added. </w:t>
        <w:br/>
      </w:r>
    </w:p>
    <w:p>
      <w:r>
        <w:rPr>
          <w:sz w:val="22"/>
        </w:rPr>
        <w:t xml:space="preserve">So moisturizing and protein enriched shampoo try if they're really oily, try that condition, cleanse, condition steps so that you're not overly stripping the hair but you're still getting a good finish. Ok There have been collagen additives in the conditioner. You're going to find the same things with your curly coated breeds, OK And then that humectic conditioning spray. You want to be mindful of your overuse of a clarifying or stripping shampoo in order to try to get that harsh texture. </w:t>
        <w:br/>
      </w:r>
    </w:p>
    <w:p>
      <w:r>
        <w:rPr>
          <w:sz w:val="22"/>
        </w:rPr>
        <w:t xml:space="preserve">Be mindful with your stretch drying, do it with finesse and try to do as much demanding either during the dam stage of the hair coat or after the bathing and drying and reconditioning has been completely done, always conditioned as a final step on these dogs. And your coat spray before the HV with a slower air velocity is highly recommended. Your curly coats, even though their hair coats are vastly different, they have a lot of similarities and what they need for tools and topicals. And this is because they are a breed who again actively grows there in the antigen phase. Their guard coat for a lengthy period of time just like your drop coats do. </w:t>
        <w:br/>
      </w:r>
    </w:p>
    <w:p>
      <w:r>
        <w:rPr>
          <w:sz w:val="22"/>
        </w:rPr>
        <w:t xml:space="preserve">So again that skin can have all different types of hair coat in it. They have usually abundant course undercoat and then they generate minimum oil or medium oil, excuse me. And they struggle with that matting and breakage and they typically can struggle with seasonal sensitivities as well as puritis or just generalized dryness. So with these guys, again you're going to want to be mindful of your conditioning and mineral levels. </w:t>
        <w:br/>
      </w:r>
    </w:p>
    <w:p>
      <w:r>
        <w:rPr>
          <w:sz w:val="22"/>
        </w:rPr>
        <w:t xml:space="preserve">As well as thorough but gentle cleansing of the skin, don't be afraid to infuse your conditioners or by a conditioner that is a keratin collagen treatment, and apply it out that specifically to the areas of the dog that have the longest coat or the greatest amount of breakage. Avoid that overuse of clarifying to overstrip and then gentle, demanding and detangling on those breeds again these breeds. Do well with the tools pictured here. Your pin brushes. If you're going to use a slicker brush, wait to do that as a final step to get the hair coat prepped for your scissor and finish work. </w:t>
        <w:br/>
      </w:r>
    </w:p>
    <w:p>
      <w:r>
        <w:rPr>
          <w:sz w:val="22"/>
        </w:rPr>
        <w:t xml:space="preserve">And then your wide tooth Combs Okay. All right. And then we're going to move on. We're going to start with our video segments of a demo for a poodle hair coat and both the bathing and the grind stuff. All right? Okay guys. So we have the bathing press is done. This is my drying room. Super simple table draped in cotton linen. A catchall rug over the top to grab all of the moisture that may drip off of the dog or blow out the dog, and the same thing on my wall. </w:t>
        <w:br/>
      </w:r>
    </w:p>
    <w:p>
      <w:r>
        <w:rPr>
          <w:sz w:val="22"/>
        </w:rPr>
        <w:t xml:space="preserve">By having my drying room kind of minimalist, it's easy to keep clean. Switch the linens out. And what the linens do is grab every bit of moisture as it comes off of the dog. Your HP dryer works through a process of evaporation and it just keeps the dog moist until the last bit of water is evaporated from the coat and the air around the coat. So by doing this draping, everything that comes off the dog is grabbed on too. And it's not just floating around in the air, it keeps the humidity down in the air in the room a lot and helps the dogs to dry a lot faster. </w:t>
        <w:br/>
      </w:r>
    </w:p>
    <w:p>
      <w:r>
        <w:rPr>
          <w:sz w:val="22"/>
        </w:rPr>
        <w:t xml:space="preserve">So to recap, I went over his whole body with my general purpose shampoo. He got a clarifying protein rich in shampoo on his head and tail and ears. Ok And then I squeezed out most of the cold water, Just going to go back through his ears again. So I'm squeezing, not rubbing. Yeah, I'm going to splay that lay that ear hair across my palm. And then I'm squeezing, squeezing. We're going to just go over certain portions of the dog for the sake of video and keep it simple. </w:t>
        <w:br/>
      </w:r>
    </w:p>
    <w:p>
      <w:r>
        <w:rPr>
          <w:sz w:val="22"/>
        </w:rPr>
        <w:t xml:space="preserve">Everybody knows how to dry your dog effectively based on their coat lengths. And nobody likes to listen to the wine of the dryer for longer than they have to. So I'm squeezing all the moisture out. Okay, like I said, the hair on his legs, tail, ears and head are a little bit longer or is a little bit longer so. He got sprayed all over with the Chrome coat that helps with texture. It's a there's silicone derivatives in there, so that helps with water wicking or water repelling to help the water speed off of the coat A little faster. And it smooths and fills in the hair shaft cuticle, which makes not only the drying process go faster, but it gives a nice crisp finish to the coat, which is great on a plains dog. </w:t>
        <w:br/>
      </w:r>
    </w:p>
    <w:p>
      <w:r>
        <w:rPr>
          <w:sz w:val="22"/>
        </w:rPr>
        <w:t xml:space="preserve">That kind of doesn't get a whole lot of fancy scissor work. And is kept in more of a utilitarian trim. If this dog were longer in length okay, I follow a similar process. I may be using a more humectant enriched like the collagen protein enriched conditioner to help protect the hair that's longest, and I'd be using a pin brush during the drying portion to stretch. Dry stretch drying is done through a process of using heat and a little bit of force on the hairshaft, pulling it to pull out the kink. </w:t>
        <w:br/>
      </w:r>
    </w:p>
    <w:p>
      <w:r>
        <w:rPr>
          <w:sz w:val="22"/>
        </w:rPr>
        <w:t xml:space="preserve">If you remember on a curly coated dog, the physical composition of the hair itself means that it has as it grows, it naturally has a curve to it just based on the thinness and thickness oscillating each other through the hair shaft cuticle. So by pulling on that carefully while it's damp, not wet, you can. Get rid of the natural shape of the hair and pull it straight for a certain amount of time so you can get a really good finish. </w:t>
        <w:br/>
      </w:r>
    </w:p>
    <w:p>
      <w:r>
        <w:rPr>
          <w:sz w:val="22"/>
        </w:rPr>
        <w:t xml:space="preserve">It has to be done with very good finesse of your tools, A softer pin brush. I do not recommend stretch drying with a slicker brush unless you're really good at what you do. And the teeth spacing on the slicker brush is wide and arched, so you'd want an arched back pad so that the teeth are far apart. What happens with your slicker brushes as you pull them through curly coat or heavy coat is all of the hair shaft cuticle or the hair shafts themselves have to quickly align in order to fit through between the teeth spacing and slicker brushes typically have the teeth very close together, plus it's a very fine metal time so you just tend to be able to break the hair. </w:t>
        <w:br/>
      </w:r>
    </w:p>
    <w:p>
      <w:r>
        <w:rPr>
          <w:sz w:val="22"/>
        </w:rPr>
        <w:t xml:space="preserve">A lot easier with a slicker brush. That's why typically all of my longer coated dogs are done with a cattle brush like a pin okay. And then if I was doing stretch drying, I would again apply a very good leavein conditioner. It's got some silicone derivatives in it just to help with slip and to help align that hair shaft as I feed it across the brush. For him, we're just going to brush this up against the growth of Colt and just what I'm doing right now is just checking for knots and he does not have any okay. And I would blow dry again against the growth of coat on your terriers that have leg furnishing. </w:t>
        <w:br/>
      </w:r>
    </w:p>
    <w:p>
      <w:r>
        <w:rPr>
          <w:sz w:val="22"/>
        </w:rPr>
        <w:t xml:space="preserve">Same thing. You're going to blow up. Dry up against the growth of coat home, and brush up against the growth of coat to get all of that coat amplified and standing on end, which is good for scissoring okay. All right. We would do the same thing for his legs in the back. Come here. Like I said, he comes in every four weeks. His mom keeps up on him at home. She's not her first poodle. She's really good at keeping up on him, so I'm just checking everything. </w:t>
        <w:br/>
      </w:r>
    </w:p>
    <w:p>
      <w:r>
        <w:rPr>
          <w:sz w:val="22"/>
        </w:rPr>
        <w:t xml:space="preserve">It's got to feel a little round stick tights, but that's it. His tail's in good shape and his head is in good shape. He's got some couple of loose knots in his ears because the hair on his ears is very porous and soft. I'm not going to hook into that with a brush. I'm just not. I'm going to use the air from the dryer below that straight. And work from there. This is a pet trim. If you were kept out full up you would not have tangles. So the process of doing that type of work with a longer coated dog that's wrapped and banded their hair is ready to go. </w:t>
        <w:br/>
      </w:r>
    </w:p>
    <w:p>
      <w:r>
        <w:rPr>
          <w:sz w:val="22"/>
        </w:rPr>
        <w:t xml:space="preserve">Once you get it unwrapped and unbanded for the bathing and banging so you could get in there with a pin brush, stretch those nice and straight too. Again, wet drying or wet brushing of a coat I don't recommend. Damp is great with a coat conditioning spray to provide some slip and to help protect the hair sugar. Beautiful for as much as possible we're going to work with warm air. Warm air helps again to get that hair nice and straight and you have to remember that warm air can dry out the hair shaft cuticles. So again, that's another reason why. We would want to be sure that the hair is protected and not compromised as much as possible before we're applying heat to it. </w:t>
        <w:br/>
      </w:r>
    </w:p>
    <w:p>
      <w:r>
        <w:rPr>
          <w:sz w:val="22"/>
        </w:rPr>
        <w:t xml:space="preserve">Also want to put trim. I'm going to dry first the longer areas of hair so that I can get a good scissor finish because if I left those to air dry while I dry the shorter parts of his coat, these would have kinks in it by the time I got to them because it's going to be partially dry. So I'm going to move to his tail 1st and I'm going to show you how I HV dry that and get it nice and straight but. We'll probably keep the drying portion itself shorter so that you guys don't have to listen to the wine of the dryer. The idea is you know the length of hair. That's how far away your nozzle should be. </w:t>
        <w:br/>
      </w:r>
    </w:p>
    <w:p>
      <w:r>
        <w:rPr>
          <w:sz w:val="22"/>
        </w:rPr>
        <w:t xml:space="preserve">So he's got, you know, anywhere from 2 to 3 inches of hair on his tail. So I'll keep the nozzle back that far so that I don't turn the coat in on itself and create a whip knot. But that heat from the air will also help to get the coat nice and straight okay. Kind of a duty head for his head, so that's why I'm starting with his tail okay so a few things. If you're learning, you're new with the air dryer and you're doing a coat like this that's got some length to it. </w:t>
        <w:br/>
      </w:r>
    </w:p>
    <w:p>
      <w:r>
        <w:rPr>
          <w:sz w:val="22"/>
        </w:rPr>
        <w:t xml:space="preserve">And you know that you want to be sure that you're drying from the root to the tip, especially on a curly coated dog if you're going to do scissor work. It's important to let the coat cool and then check it with your hand. So as you're drying another area of the dog, run back over with your hand and double check to see if you've gotten all the water out of those areas of the coat. </w:t>
        <w:br/>
      </w:r>
    </w:p>
    <w:p>
      <w:r>
        <w:rPr>
          <w:sz w:val="22"/>
        </w:rPr>
        <w:t xml:space="preserve">If you haven't, they'll be cool to the touch because of the air moving across the surface of the clear coat. Any of my CCE groomers, or the groomers who pay attention to skin and coat. You all know that skin. Is Well, the dryer is a wonderful tool for viewing every single inch of surface area on a dog during the drying process. So if you notice anything, I did notice he's got a little bit of crusty, kind of yeasty patches, a little bit of flakes here and there, and then on his hip bone. Looks like he's been licking that, so I'll be sure to mention that to her. And those are things that during the drying process if you notice them make sure you tell the owner anything that you find a ticks to. </w:t>
        <w:br/>
      </w:r>
    </w:p>
    <w:p>
      <w:r>
        <w:rPr>
          <w:sz w:val="22"/>
        </w:rPr>
        <w:t xml:space="preserve">You know I would remove a tick if they were in and let the owner know if it's a deer tick. I bag those and tag them. I don't throw them in the garbage in case the vet wants to take a look at them for testing. But yeah, I mean that's really it. We move against the growth of coat on our curly coated breeds with the growth of coat on our drop coated breeds. Any mix thereof, you depending you know, on the amount of curl and wave in the coat and how much porous undercoat there is. Opposite guard coat. You just kind of tweak your drying methods accordingly to the coat in front of you. </w:t>
        <w:br/>
      </w:r>
    </w:p>
    <w:p>
      <w:r>
        <w:rPr>
          <w:sz w:val="22"/>
        </w:rPr>
        <w:t xml:space="preserve">But that's really about it and when I'm doing his comb out work before scissoring his legs that's when I would be using my slicker. Once I have the hair as straight as possible, dry recondition the hair shaft cuticle. Smooth as much as possible. Any gaps or breaks in the hair shaft cuticle filled in with something to provide some substantivity to the coat. That's when I would be using my slicker brush before then, on a longer coated dog, it's pin brushes and wide. </w:t>
        <w:br/>
      </w:r>
    </w:p>
    <w:p>
      <w:r>
        <w:rPr>
          <w:sz w:val="22"/>
        </w:rPr>
        <w:t xml:space="preserve">Two Combs or of course 2 Combs as much as possible okay. So quick damp to dry tutorial with this tiny tiny little yorkie that I have that has the most coat out of my drop coats. Most of my drop coats are shorter like short body and scissored legs so she has a few like little loose tangles. For this dog I did a squalene bath. I happen to use the eye groom stuff but anything that's got a good light silk. Protein additive is really good for these drop coats that have long hair. </w:t>
        <w:br/>
      </w:r>
    </w:p>
    <w:p>
      <w:r>
        <w:rPr>
          <w:sz w:val="22"/>
        </w:rPr>
        <w:t xml:space="preserve">It has some substantivity and lengthy moisture like hydration aspects as well as smoothing the hair cuticle. Well a lot of those also have silicone derivative in them as well. So we what I'm going to do is I'm going to treat her coat with a good coat spray. I've done the. Shampoo and the cream rinse conditioner. The both of them together. I grooms to have, like I said, just happen to be the squalling anti frizz. And then there's a few different products. I love coat sprays. I have all kinds of them. You could go with the silicone, 3, three and one or the squalene. </w:t>
        <w:br/>
      </w:r>
    </w:p>
    <w:p>
      <w:r>
        <w:rPr>
          <w:sz w:val="22"/>
        </w:rPr>
        <w:t xml:space="preserve">The matching squalene spray on a dog with this length of coat. I'm going to actually go with the Botanica. I love their products as well. Again, I'm not saying this is the only result that you'll or the result that you'll get only with these products, but it's just what I happen to reach for the Love me long I really like a lot. And then another you could go like Toro's fur Growth leaving Conditioner Botanica's Magic spray out of their active line. </w:t>
        <w:br/>
      </w:r>
    </w:p>
    <w:p>
      <w:r>
        <w:rPr>
          <w:sz w:val="22"/>
        </w:rPr>
        <w:t xml:space="preserve">I Groom's magic Detangler conditioning spray. You're just going to get a little more hydration. If you look at the viscosity in the bottle, you're just going to get a little bit more hydration and length and moisturizing and hair coating from a spray like this okay. So she is scared for the dryer. Oh, and here's another one too, the multiphasic mix from Artero. This is really good. You gotta shake it every time because it does separate, but this is a really good conditioner. </w:t>
        <w:br/>
      </w:r>
    </w:p>
    <w:p>
      <w:r>
        <w:rPr>
          <w:sz w:val="22"/>
        </w:rPr>
        <w:t xml:space="preserve">There is a good amount of silicone in here too though, so. With these long coated dogs, I take the condenser off and I leave the dryer motor dental a lot lower than I normally would. The key is to be working slowly through the coat and sometimes I'm not going to do it with her today, but sometimes I'll even use a pin brush as I go and kind of line brush, starting at the bottom of the back leg and then working up over the back of the dog and then setting my part in as I go so the trick is really just if you're blowing, if you're starting at the bottom, like you're blowing down, you're wicking the water off. </w:t>
        <w:br/>
      </w:r>
    </w:p>
    <w:p>
      <w:r>
        <w:rPr>
          <w:sz w:val="22"/>
        </w:rPr>
        <w:t xml:space="preserve">Another place you can start is right down the middle of the back. Like I said, she's very scared of the dryer, so we're going to go slow and see how she does. I know our chakra. Remember that they're wanting to not put the dryer up too close if the coat has a propensity to turn in on the cells, and same old by creating a whiff knot. Typically the blow dryer air should come at the coat from the same distance as the length of pot so that you don't create that water. </w:t>
        <w:br/>
      </w:r>
    </w:p>
    <w:p>
      <w:r>
        <w:rPr>
          <w:sz w:val="22"/>
        </w:rPr>
        <w:t xml:space="preserve">We're just pretty fine doing fine, so she's got a good amount of it. Spray on her back, but I am going to on her leg. I'm going to let that sit on her leg because I think she's got a few more knots than I thought while I work the rest of them. Part of the reason I keep my pinky nail always long, because I'll grab those little tingles with my fingernails and just kind of hold some out of the skin as much as I can instead of putting a metal tool on that. </w:t>
        <w:br/>
      </w:r>
    </w:p>
    <w:p>
      <w:r>
        <w:rPr>
          <w:sz w:val="22"/>
        </w:rPr>
        <w:t xml:space="preserve">Good great. That's going to all fall, and I can tell right now. This would go at that with a super small little thin brush too. If you want, I'm going to do the whole dog this way. Okay, but just for video tape. I didn't see how we gently treat that there layer by layer, blowing it in the. Vision or blowing it in the direction we want the colds away and say or more. We're handling it gently and letting our products that provide slips to the cold do a lot of that work. </w:t>
        <w:br/>
      </w:r>
    </w:p>
    <w:p>
      <w:r>
        <w:rPr>
          <w:sz w:val="22"/>
        </w:rPr>
        <w:t xml:space="preserve">All right. Okey dokey. Ok, so give a minute for questions. But just a reminder, you can tag Chris in the Facebook group. And again, till we get to join the Facebook group, it's on top of the hour right now. We'll be back in a half hour with the last session, which is Kate Classen. All right, we're waiting. Anita, raise your hand. So we'll wait for her to put her yeah yeah. Thank you, Michelle. Thanks for sitting in with me today. </w:t>
        <w:br/>
      </w:r>
    </w:p>
    <w:p>
      <w:r>
        <w:rPr>
          <w:sz w:val="22"/>
        </w:rPr>
        <w:t xml:space="preserve">I can't wait to see everybody else's classes. I'm very grateful. That's a perk of getting to be involved in these summits and workshops is that I get to view a lot of amazing material from my colleagues. Thank you, Mary. Oh, no, thank you. Seriously, thank you, Tanya. And then Anita's. Is she typing? I think Probably. Let me see. So I'm assuming. She's typing and so far up until Chris is, all the workshops are up on the website already. Yeah, I only had to let my videos, my one hour videos download to Google Drive. It only took overnight. Thank God for Starlink before it was days. I'd have to start it and be without my phone for like 2 days. </w:t>
        <w:br/>
      </w:r>
    </w:p>
    <w:p>
      <w:r>
        <w:rPr>
          <w:sz w:val="22"/>
        </w:rPr>
        <w:t xml:space="preserve">Anita, are you type? Are you typing or it's okay? All right, so. We're good. I was, but I cannot figure out how to word it well. Ok, so you're in the CCE and you're probably in the. You should be in the. Yeah, come into the group and I'll get on there and I'll help you out. Ok. All right. So we'll see everybody in about a half hour thank you.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