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Skin Assessment</w:t>
      </w:r>
    </w:p>
    <w:p>
      <w:r>
        <w:rPr>
          <w:sz w:val="22"/>
        </w:rPr>
        <w:t xml:space="preserve">So everybody, welcome to the third session of the Skin and Coat Summit for positive educational training. Just a quick reminder that there is a private Facebook group in which all the speakers will come in and we'll do a q and a, but we will give everyone an opportunity to watch the recordings. So it'll be some probably sometime next week. All right. So Michelle? Real quick question. Do you want me to interrupt you for questions or wait till the end? Yes, please. Yes, please yeah all right. So all yours. All right. Welcome to Skin assessment. This is near and dear to my heart. This kind of puts everything in a nutshell. </w:t>
        <w:br/>
      </w:r>
    </w:p>
    <w:p>
      <w:r>
        <w:rPr>
          <w:sz w:val="22"/>
        </w:rPr>
        <w:t xml:space="preserve">And hopefully it will give you some tips to use practically when you leave here and go and do your dogs in your salon. All right. We're going to start with the anatomy of a hair follicle. We're just doing a little bit of foundation work and then we'll get into the different conditions. One of the most important immune defenses against microorganisms, allergens and parasites. </w:t>
        <w:br/>
      </w:r>
    </w:p>
    <w:p>
      <w:r>
        <w:rPr>
          <w:sz w:val="22"/>
        </w:rPr>
        <w:t xml:space="preserve">Of course, we have the lovely primary hair. I don't know. Yeah, here we are. We have the lovely primary hair, the secondary hair and tertiary hairs on the Arctic breeds. Everybody's got a basal layer, and it's right here. It lives right under the epidermis, the erector peeling muscle, the sebaceous gland and the African sweat gland. The African sweat gland delivers sweat directly into the follicle with pheromones and a mineral liquid, and that's somewhat of a food and a maintainer of the florin fauna that live on the skin. </w:t>
        <w:br/>
      </w:r>
    </w:p>
    <w:p>
      <w:r>
        <w:rPr>
          <w:sz w:val="22"/>
        </w:rPr>
        <w:t xml:space="preserve">Stebaceous gland produces oil and sebum. It keeps the skin supple and everything oiled. Erector peeling muscle is to Louvre the hair up and down and to spread oil across the body. Here we have a healthy hair and a damaged hair in comparison. Our job is at the end of the day when the dog or the cat or the bat or the rat leaves our salon, or leaves our establishment or our home groom or our van. </w:t>
        <w:br/>
      </w:r>
    </w:p>
    <w:p>
      <w:r>
        <w:rPr>
          <w:sz w:val="22"/>
        </w:rPr>
        <w:t xml:space="preserve">You want it to look like the one on the left. So everything we do, we want to make the hair look like the one on the left. This damaged hair has been damaged from who knows what kinds of damage it's taken. Maybe too dry heat. Pulling while the hair is wet. Lots of things like that can damage the hair, the needs of the skin and we all need oils. We all need minerals, we all need hydration or collagen or keratin to keep a supple. These are the need basic needs of the skin. And yes, this is very simplified, but really as groomers we work on a simplified basis. </w:t>
        <w:br/>
      </w:r>
    </w:p>
    <w:p>
      <w:r>
        <w:rPr>
          <w:sz w:val="22"/>
        </w:rPr>
        <w:t xml:space="preserve">And I'm going to show you some templates that can really help you decide what kind of therapy that you're going to go for by the individual that you're working on. So this is a spectrum of care by coat type. And as you can see, we have oils on the left, minerals in the middle and collagen on the right. Collagen is another word for hydration, although collagen is an actual substance, but I'm using it here as hydration. So the hairless, the short mix all need more oils. Everybody needs all of them, but they need them in different proportions. </w:t>
        <w:br/>
      </w:r>
    </w:p>
    <w:p>
      <w:r>
        <w:rPr>
          <w:sz w:val="22"/>
        </w:rPr>
        <w:t xml:space="preserve">So hairless, short and short mix all need more oils than these other coats. The wire and the natural mix hold on getting ahead of myself. The wire, natural and natural mix need more minerals than everybody else. And of course the long mix and the long need more collagen When it comes to cats. Cats are either natural coated or they're hairless or short. The short True shorthair cats are in the Rex family, and the hairless is a subcategory of short. Ok but all cats, whether they're domestic shorthair or long hair or whatever they are, they're considered a natural or medium coat heritization. </w:t>
        <w:br/>
      </w:r>
    </w:p>
    <w:p>
      <w:r>
        <w:rPr>
          <w:sz w:val="22"/>
        </w:rPr>
        <w:t xml:space="preserve">Skin cells are born at the basal layer and are mostly liquid, and this is where the basal layer is right under the epidermis because this is what produces, Oh my goodness gracious. This is what produces all the skin cells that grow up and become dry skin cells and Slough off new cells push older ones to the surface. The nucleus gets larger until totally keratinized and flat flake like but actually the natural skin shedding process. Normal keratinization is around 21 days or three weeks, which is why we asked the pet to be groomed once a month. </w:t>
        <w:br/>
      </w:r>
    </w:p>
    <w:p>
      <w:r>
        <w:rPr>
          <w:sz w:val="22"/>
        </w:rPr>
        <w:t xml:space="preserve">The short coat is special because and you just heard Jennifer's fur versus hair and you had a little taste of the 15 coat types. The 15 coat types is important when you work with all those textures and you're trying to get the texture correct at the end of the groom when it walks out the door when you're doing therapy that you actually boil them down to the basic three coat types, short, natural or medium and long. And that's where we start when we use therapy, OK And then when the skin becomes better and the dog feels better, then we can start stepping up what we would do to style that hair that's actually growing out of a skin that didn't have any hair on it. </w:t>
        <w:br/>
      </w:r>
    </w:p>
    <w:p>
      <w:r>
        <w:rPr>
          <w:sz w:val="22"/>
        </w:rPr>
        <w:t xml:space="preserve">So the short coat has one primary hair to six secondary hairs in every follicle. There's 18.000 thousand to 22,000 thousand follicles per square centimeter. The short coat is dependent on oils for the health and temperature regulation of the skin. A large percentage of dogs and shelters are short coated because they're terribly misunderstood. They require 30 % more oil than other coats. And I mean, take a healthy bulldog. I know that's weird to hear in a whole sentence. Take a healthy bulldog, run them through the shower, give them a bath, give them some hydration, Add a little bit of oil and minerals into the conditioner. </w:t>
        <w:br/>
      </w:r>
    </w:p>
    <w:p>
      <w:r>
        <w:rPr>
          <w:sz w:val="22"/>
        </w:rPr>
        <w:t xml:space="preserve">Before you send him home for a little bit of light oil and maybe a little dot of silicone in your hands and rub it all over the belly. This and the other and I'm talking straight oil, straight up oil, and he will absorb it before he gets into the back seat of his car. That's how much they need that oil for life. Their coat, their hair is only eyelashes, so they depend on a heavy oil layer to maintain the flora and fauna in the health of the skin. The natural coat 80 % of all breeds are medium and natural and there's four thicknesses of skin. </w:t>
        <w:br/>
      </w:r>
    </w:p>
    <w:p>
      <w:r>
        <w:rPr>
          <w:sz w:val="22"/>
        </w:rPr>
        <w:t xml:space="preserve">Within the natural coat category we have terriers, wire hairs that have to be stripped, hand stripped. And that reason for that is the skin is incredibly thick and the follicle goes way down into the skin and we need to pluck it out because usually a hair new hair will push an old hair out. But on the wire hair, it doesn't. It grows right next to the one that needs to come out. </w:t>
        <w:br/>
      </w:r>
    </w:p>
    <w:p>
      <w:r>
        <w:rPr>
          <w:sz w:val="22"/>
        </w:rPr>
        <w:t xml:space="preserve">So they could have 1421 thirty different primary hairs in the same follicle and then everything dies, and then they all have secondary hair. So it's really important to card that out and to strip out some of that coat on a regular basis to keep the skin healthy. Then we have primitives are the next thickest skin, and the primitives are like the Arctic breeds. The Huskies, the Pomeranians, the Akitas, Then we have all the field type skin and that's all the setters and retrievers. </w:t>
        <w:br/>
      </w:r>
    </w:p>
    <w:p>
      <w:r>
        <w:rPr>
          <w:sz w:val="22"/>
        </w:rPr>
        <w:t xml:space="preserve">Then we have feline, which is the thinnest of them all in this category. This coat type requires proteins and minerals to keep the follicle flushed and nourished and have the correct balance of undercoat to primary coat ratio for optimum protection. So the reason this type of coat needs proteins as well as minerals is because they're constantly producing huge amounts of hair, flushing it out every season, and then shedding it out and growing more in to maintain it during the year. </w:t>
        <w:br/>
      </w:r>
    </w:p>
    <w:p>
      <w:r>
        <w:rPr>
          <w:sz w:val="22"/>
        </w:rPr>
        <w:t xml:space="preserve">So proteins and minerals are very important for a natural coat. The long coat is the easiest one to maintain. All you have to do is brush it out on a regular basis and keep it hydrated. Like it. That's the easiest. The hardest to maintain probably would be the short coat because everybody thinks it doesn't need any conditioner. They want to bath it in the backyard with the hose, just using one shampoo and then they forget about it. </w:t>
        <w:br/>
      </w:r>
    </w:p>
    <w:p>
      <w:r>
        <w:rPr>
          <w:sz w:val="22"/>
        </w:rPr>
        <w:t xml:space="preserve">Well if you look, go online and look in the Humane Society and the pound and see what dogs they have on offer, all of them are short coated. All of them are dry or seborrhea or some kind of whatever mess because they have just been mishandled. Their skin has been mistreated. So on the long coat, the secondary hair is almost as fully formed as the primary hair, and that's why the coat looks so uniform. </w:t>
        <w:br/>
      </w:r>
    </w:p>
    <w:p>
      <w:r>
        <w:rPr>
          <w:sz w:val="22"/>
        </w:rPr>
        <w:t xml:space="preserve">But if you look at it on a microscopic level, you can see that it does have actual secondary hairs and every follicle. So it needs collagen or some type of silicone or something for detangling on a maintenance basis. All right, quick question. Yes, ma'am. So Anita wants to know proteins in shampoo or KOK or more important in conditioning step with trace minerals if you are working with allergies. </w:t>
        <w:br/>
      </w:r>
    </w:p>
    <w:p>
      <w:r>
        <w:rPr>
          <w:sz w:val="22"/>
        </w:rPr>
        <w:t xml:space="preserve">Protein is more important in the shampoo if you're looking for a filler. To make the hair stand out on a standout coat or something like that, you can use it. You can absolutely use it in the conditioner, but protein needs to be there for allergies because protein bonds to other proteins. And if you're just looking to strengthen the coat, you actually want keratin or collagen or keratin or collagen fillers to fill in the little chinks in the hair and make it stand out and give it some strength okay and so that would actually go in the conditioner. Does that answer your question, Okay? She says. Like on a shelty coat. Oh, say like on a shelty coat. </w:t>
        <w:br/>
      </w:r>
    </w:p>
    <w:p>
      <w:r>
        <w:rPr>
          <w:sz w:val="22"/>
        </w:rPr>
        <w:t xml:space="preserve">On a shelty coat. As long as it's healthy. It just needs a regular shampoo and a conditioner with a little bit of minerals and oil in it. That's it. If it's damaged and you're trying to regrow the coat, then you want a protein shampoo, but you want placental enzyme, not just regular collagen or keratin and collagen are fillers. They're filler proteins. They don't absorb, they'll just fill in all the pieces that are missing in the hair and on the surface of the skin. But the placental enzyme will actually give you like growth hormone and nutrition and minerals. And it does help bring that coat in quite quick if it's damaged okay that's it okay. </w:t>
        <w:br/>
      </w:r>
    </w:p>
    <w:p>
      <w:r>
        <w:rPr>
          <w:sz w:val="22"/>
        </w:rPr>
        <w:t xml:space="preserve">So the steps of therapy are masking 1. Masking detoxes of skin and hair 2 cleanse and i try not to say shampoo because it's different for every dog. So I say cleanse. So when you hear cleanse, I mean shampoo, but it's going to be a specific shampoo for the condition or for that particular breed type cleanser should match the issue. Always replace oils that were washed away number three Hydrate Even after a medicated shampoo, you should use conditioner. Always replace what you washed away by bathing. Anything a prescription shampoo is going to do on the dog has already been done by the time you rinse it off. So now it's time to protect that skin because we've washed away all the old sebum. </w:t>
        <w:br/>
      </w:r>
    </w:p>
    <w:p>
      <w:r>
        <w:rPr>
          <w:sz w:val="22"/>
        </w:rPr>
        <w:t xml:space="preserve">Now we need to provide the skin with something. In lieu of the sebum until it can grow its own mantle again. So there's two kinds of masks. There are pulling masks that are basically based with clay, and there's conditioning masks, which of course have a base of conditioner or oil. So let's look at the pulling mask. Pulling masks are clay based. We have a soft pull, which is kaolin. All the kaolin clays. Medium clays are elite. And they pull a medium way and then we have hard pullers like Mori Night, Okay, then conditioning masks. </w:t>
        <w:br/>
      </w:r>
    </w:p>
    <w:p>
      <w:r>
        <w:rPr>
          <w:sz w:val="22"/>
        </w:rPr>
        <w:t xml:space="preserve">Conditioning masks are oil or conditioner based base conditioner with one or more added either oils or minerals or both. So that's a conditioning mask. So masks are detoxifying, clays draw out and detoxify. The reason these are so good is because they have adsorption, not absorption. When something absorbs it goes into like a towel, absorbs water into the fibers, clays. For the most part not all of them, but most of them. They adsorb, which means you put a layer of clay on the skin, all the toxins are going to stick to that side of the clay so adsorbs it sticks to all the outside of the clay. </w:t>
        <w:br/>
      </w:r>
    </w:p>
    <w:p>
      <w:r>
        <w:rPr>
          <w:sz w:val="22"/>
        </w:rPr>
        <w:t xml:space="preserve">Which is why you don't want to put a just a ball of clay on the dog. You want to put a thin layer so they can touch all the pieces. And it works by electricity, believe it or not. And once water contacts the dry cosmetic clay, it becomes alive with electricity. It has an actual pole. So Kaylin clay, sometimes called a white or China clay, is a highly absorbent clay that cleanses the skin. It's beneficial for those with sensitive skin. </w:t>
        <w:br/>
      </w:r>
    </w:p>
    <w:p>
      <w:r>
        <w:rPr>
          <w:sz w:val="22"/>
        </w:rPr>
        <w:t xml:space="preserve">Also, I start pulling really hard crusts. I don't use a hard pulling clay. You want this. You want the soft pulling clay to soften the surface to gently remove the crusts. You don't want to just take them off as much as possible. I cringe inside when I hear people say, well, we got to get all those scabs off so the medicine can get to the skin. Mostly those scabs are there. As long as they're healthy and not infective and purulent, they absolutely belong there. So I would not remove them or scrape them off or squeeze anything. </w:t>
        <w:br/>
      </w:r>
    </w:p>
    <w:p>
      <w:r>
        <w:rPr>
          <w:sz w:val="22"/>
        </w:rPr>
        <w:t xml:space="preserve">If you want something to come out, you can use a hot compress. Then we have French Green. Green clay, sometimes called C clay, is a highly adsorbent clay that cleanses the skin. It's especially beneficial for those with oily skin and wonderful for use as a clay poultice, mud pack, facial mask, and even in some lotion and cleanser recipes. French Green is my favorite. It's easy to make at the table. It's super smooth. It doesn't clump up like the Aztec clays or some of the Bett Night clays that are around, even though green clay is in the hard pulling. </w:t>
        <w:br/>
      </w:r>
    </w:p>
    <w:p>
      <w:r>
        <w:rPr>
          <w:sz w:val="22"/>
        </w:rPr>
        <w:t xml:space="preserve">I considered a softer pull, and if you want to regulate the pole, if you like, let's say you have a really hard pulling play and a really soft pulling play. You don't want soft, you don't want hard. Just mix them together, mix equal parts or however you want to do it and they will take each other's properties. So you can absolutely use Kalin in a Montmorya night and absolutely take the hard pull out of it. Now we have rasul Clay's most impressive property is its capacity of absorption due to its high level of ion exchange. </w:t>
        <w:br/>
      </w:r>
    </w:p>
    <w:p>
      <w:r>
        <w:rPr>
          <w:sz w:val="22"/>
        </w:rPr>
        <w:t xml:space="preserve">So this will suck detox all the gross stuff off of your skin and hair. And Rasul has been known to have a beautifying property on hair itself. So you want a nice shiny coat? Rasul is the one for you. If something's really toxic, let's say you have a hiking dog that goes hiking in the mountains or around lakes, tromping around all that bacteria and grossness. Rascal Clay would be a wonderful clay to use to just get all that lake funk off and then continue on with your cleanse and your hydration oils. </w:t>
        <w:br/>
      </w:r>
    </w:p>
    <w:p>
      <w:r>
        <w:rPr>
          <w:sz w:val="22"/>
        </w:rPr>
        <w:t xml:space="preserve">Avocado oil is good for skin moisturization. Avocado oil is a good source of vitamin E, potassium, and lessepthin. Prevents acne. Avocado oil has an anti inflammation anti-inflammatory properties. Treats sunburn, reduces aging, signs wound healing properties. Helps to cope with eczema and psoriasis and improves nail and scalp. Avocado is one of the best oils on the market today in the plant world. It is so good it will if you want to take a treatment deeply into the skin. </w:t>
        <w:br/>
      </w:r>
    </w:p>
    <w:p>
      <w:r>
        <w:rPr>
          <w:sz w:val="22"/>
        </w:rPr>
        <w:t xml:space="preserve">Avocado oil is something that I would add. To it, even if I'm using another oil, because avocado will help pull all that treatment deeper into the skin. Avoid avocado oil if you're taking warfarin or Coumadin. Avocados have been proven to decrease the effectiveness of warfarin, increasing the risk of blood clotting. So if you have a dog that is on medication for some kind of a blood thing or a heart thing, make sure that you're aware that avocado oil might increase the risk of clotting if the dog. Comes into contact with it. So a lot of these are true, and This is why it's so important to learn your ingredients. </w:t>
        <w:br/>
      </w:r>
    </w:p>
    <w:p>
      <w:r>
        <w:rPr>
          <w:sz w:val="22"/>
        </w:rPr>
        <w:t xml:space="preserve">We need to know what we're putting on these dogs. If you're just using something out of a gallon bucket that you don't know what it is, it just smelled good when you bought it. I mean, you don't know what's in there. Then we have olive oil. Olive oil provides dehydration, reduces inflammation, exfoliates, reduces wrinkles and fine lines because we all want our dogs to look younger. Protects against the sun's UV rays, reduces puffiness and swelling, helps soothe dry or irritated skin, and it may cause breakouts depending on what skin that you're using it on. </w:t>
        <w:br/>
      </w:r>
    </w:p>
    <w:p>
      <w:r>
        <w:rPr>
          <w:sz w:val="22"/>
        </w:rPr>
        <w:t xml:space="preserve">Olive oil is also very nourishing. The only reason I don't use it more is because I don't want my dog smell like a salad, and if you get a good kind of olive oil, it will absolutely be very fragrant, so I don't use a lot of olive oil. Just because of that, not because it is good for the dogs. Avoid olive oil neat on hairless because it could be comedogenic, so it could clog the pores just like coconut oil will clog the pores. </w:t>
        <w:br/>
      </w:r>
    </w:p>
    <w:p>
      <w:r>
        <w:rPr>
          <w:sz w:val="22"/>
        </w:rPr>
        <w:t xml:space="preserve">Argon oil protects from sun damage, moisturizes skin, treats a number of skin conditions, treats acne, skin infections, improves wound healing, sues atopic dermatitis. And has antiaging effects Irritation for those with nut allergies, Even though this is a stone fruit, I just like people to know. You know, you should know where your stuff comes from and there might be an irritation, but I've never seen one. I've never seen any of the oils that I've used have an irritating effect on any dog or any human that I've given them to. Emu oil is another one of my favorites. </w:t>
        <w:br/>
      </w:r>
    </w:p>
    <w:p>
      <w:r>
        <w:rPr>
          <w:sz w:val="22"/>
        </w:rPr>
        <w:t xml:space="preserve">It helps with sun damage, wounds, seborrhea, alopecia, rosacea, hypopigmentation, and absorption. Side effects are usually mild and may include irritation. And again, I don't know who's having irritation, but I do like to put these caveats in there and warnings simply because you have to do what I call a patch test, just like when you use something on your hair or you use a new. Cleanser on your rug or whatever. You want to do a patch test and the way you do that is you just dot your finger in it. Just take a little your finger and dot it in there and then dot that on the inside of the thigh of the dog and wait a couple of minutes. </w:t>
        <w:br/>
      </w:r>
    </w:p>
    <w:p>
      <w:r>
        <w:rPr>
          <w:sz w:val="22"/>
        </w:rPr>
        <w:t xml:space="preserve">And if it becomes red or irritated, you know that's not an appropriate product for that dog. So always patch test something, especially if it doesn't have an ingredient deck and you don't know what's in it. Just make sure that somebody's not going to have an allergic reaction to it. Rose hip seed oil hydrates, moisturizes, helps exfoliate and brighten skin, helps boost collagen formation, reduces inflammation, protects against sun damage, and helps reduce hyperpigmentation. </w:t>
        <w:br/>
      </w:r>
    </w:p>
    <w:p>
      <w:r>
        <w:rPr>
          <w:sz w:val="22"/>
        </w:rPr>
        <w:t xml:space="preserve">As you can tell, I use this one quite a bit. I have a lot of older dogs that I use it on. It is possible to have a severe allergic reaction to this has only been seen in humans, not necessarily dogs. Again, I'm just putting that there because we want to be very mindful of what we put on our animals and what we put on the ourselves. I often say that the dog industry, manufacturing industry says, well, these shampoos are for dogs, so it's not important what's in them. You know that their dogs are going to only be in them for maybe 10 minutes. </w:t>
        <w:br/>
      </w:r>
    </w:p>
    <w:p>
      <w:r>
        <w:rPr>
          <w:sz w:val="22"/>
        </w:rPr>
        <w:t xml:space="preserve">Well, we're our hands are in them all day long, every day. To me they should be human products that we use on dogs. Because then they'd have to have a label. We'd have to know what the ingredients are. They'd have to be tested. All those things are really important. So the only cases of allergic reaction I've seen are in humans, and I haven't seen them with my eyes in person. </w:t>
        <w:br/>
      </w:r>
    </w:p>
    <w:p>
      <w:r>
        <w:rPr>
          <w:sz w:val="22"/>
        </w:rPr>
        <w:t xml:space="preserve">I've only seen them in videos, so I don't think that this is an issue. However, the patch test will reveal all, so look for difficulty in breathing, wheezing, swollen mouth, throat or face, Rapid heartbeat, stomach pain. Jehova oil is antibacterial, antioxidant, non comedogenic, hypoallergenic. It helps with CEBA production and it helps with collagen synthesis. There are rare cases in which Jehova oil has caused an allergic reaction, maybe hives and itching. Amelia oil reduces water loss, antioxidant and antiinflammatory. </w:t>
        <w:br/>
      </w:r>
    </w:p>
    <w:p>
      <w:r>
        <w:rPr>
          <w:sz w:val="22"/>
        </w:rPr>
        <w:t xml:space="preserve">Anecdotal evidence suggests that it is toxic when taken internally. I'm not feeding my dogs of my clients anything internally. We don't give treats, We don't give medication. Even if the client says, hey, could you give this pill at 1:00 i make them. Drive to the salon and give the pill to their own dog. I I'm not going to be responsible for that. We're not a veterinary facility. If I was in a veterinary facility, it may be a little bit different, but I'm in a salon environment right now and I would not dream of feeding even a milk bone to anybody. </w:t>
        <w:br/>
      </w:r>
    </w:p>
    <w:p>
      <w:r>
        <w:rPr>
          <w:sz w:val="22"/>
        </w:rPr>
        <w:t xml:space="preserve">I just would not do it. I don't even want to take the chance. Then we have ozonized oils. These are so good. Like I don't understand why this isn't in your salon right now. Like you should have this. They're antibacterial, antifungal, and antiviral. You can get them in a variety of oils and it should be an ointment or a gel like consistency. I get these and you can tell from the caps from pure three dot com and it's p u r o and then the number 3. </w:t>
        <w:br/>
      </w:r>
    </w:p>
    <w:p>
      <w:r>
        <w:rPr>
          <w:sz w:val="22"/>
        </w:rPr>
        <w:t xml:space="preserve">You can get it in whatever flavor. They've got a ton of different flavors, if you will, different oils. This particular sampler pack comes with olive oil, avocado, sunflower, caster, Jehovah, coconut, and hemp, and they literally come out in a gel form. They're solid as long as it's not too hot. I mean, anything hot, it will melt it. But when they come back to room temperature or they're cool, they go solid again, which is why I like them. My favorite is the avocado, always, and my second is probably the caster. Now we're going to talk a little bit about minerals. We are but a pile of minerals and water. At the end of the day, skin is protein, minerals and lipids, an endless process of replacing cells, oils and resourcing these materials from within the body and also through the skin topically so. </w:t>
        <w:br/>
      </w:r>
    </w:p>
    <w:p>
      <w:r>
        <w:rPr>
          <w:sz w:val="22"/>
        </w:rPr>
        <w:t xml:space="preserve">They attribute to many physio physiological functions via enzyme function transfer nutrients across the cell membranes. They make up most of our skin tissue, hair, teeth and bones. They generate energy. They facilitate, facilitate enzyme function, promote proper nerve and muscle function responsible for immune activity, support digestive function, aid cell renewal. Regulate tissue growth, encourage wound healing, protect the body from infection and produce hormones and promote healthy skin. We cannot live without minerals. If you just all the people out there, all your friends and family and all those groups about why is my dog having this allergic reaction? If you would just use conditioner and put a little bit of minerals and oil in there, it would change your whole perspective on bathing. </w:t>
        <w:br/>
      </w:r>
    </w:p>
    <w:p>
      <w:r>
        <w:rPr>
          <w:sz w:val="22"/>
        </w:rPr>
        <w:t xml:space="preserve">It has to be included in the base groom. It is not an extra, it's for the health of the animal. So here we have full the cumic complex. This is a really awesome product. I found it a few years ago. This is one of my go to mineral, liquid mineral solutions. The it's so small. The atoms of it, the molecules are so small that they can actually go through the cell wall where they're needed. This is a really good product. Supports the whole body's healthy normal immune response, boost enzyme activity, promotes digestive well-being You can also. </w:t>
        <w:br/>
      </w:r>
    </w:p>
    <w:p>
      <w:r>
        <w:rPr>
          <w:sz w:val="22"/>
        </w:rPr>
        <w:t xml:space="preserve">This is also a food. This is something that you can take internally as well because it's just minerals, it's minerals that your body needs to be alive. Healthy cognitive function, promotes sleep, stimulates the body's natural detoxification processes. Supports normal hormone balance, metabolic function. Antioxidant support, replenishes electrolytes, enhances cellular energy, assist the body's natural healing functions, alkalizing minerals, assist proper PH and healthy oxygenation levels. All vital Earth's minerals are classified as vegetable biomass, minerals gently processed without heat, pressure, extrusion or chemicals of any kind. No gluten, sugar, preservatives or additives. It's non g m o. This is one of the best things on the market. </w:t>
        <w:br/>
      </w:r>
    </w:p>
    <w:p>
      <w:r>
        <w:rPr>
          <w:sz w:val="22"/>
        </w:rPr>
        <w:t xml:space="preserve">This do Hickey here I think it is 3032 fluid ounces and you can get it for under 40$ I even believe you can get it from Amazon or you can go directly to the company. Then we have body, bio, individual liquid, these nine liquid minerals that can be used in therapeutic topical care. Now these were made to take internally for humans. But dogs and bats and rats and cats all basically have the same mineral makeup. </w:t>
        <w:br/>
      </w:r>
    </w:p>
    <w:p>
      <w:r>
        <w:rPr>
          <w:sz w:val="22"/>
        </w:rPr>
        <w:t xml:space="preserve">We vary a little bit here and there, but we have the basic mineral makeup. So I do use these in my concoctions. I use them in my formulas. I put them into the conditioner. If you're putting minerals into a clay or into a shampoo, you are wasting precious minerals. Clay will pull everything off. Shampoo will lock all the dirt and toxins, and then they get rinsed away. So the conditioner's really the only thing that stays on the dog. </w:t>
        <w:br/>
      </w:r>
    </w:p>
    <w:p>
      <w:r>
        <w:rPr>
          <w:sz w:val="22"/>
        </w:rPr>
        <w:t xml:space="preserve">Basically we only rinse that away, but it's made to stick to the hair and dry down and then of course be wonderful and soft and fluffy. So the minerals would go into the last step always that. It's very rare that I would put minerals into a clay or even a shampoo unless it already came with it. But yeah, and the trifecta is vitamin C, magnesium and zinc for skin healing. However, you don't want to get the ascorbic acid, you want to get the one that starts with a T and I can't pronounce it. </w:t>
        <w:br/>
      </w:r>
    </w:p>
    <w:p>
      <w:r>
        <w:rPr>
          <w:sz w:val="22"/>
        </w:rPr>
        <w:t xml:space="preserve">But zinc, magnesium and vitamin C in its stable form are just like the trifecta. For skin healing, they're the best. Then of course salt. Just salt itself. Not table salt, but actual salt that hasn't been stripped of all the minerals. Himalayan pink. Has about 88 trace minerals. No one knows exactly how many, but we have identified around 88 sea salt, just sea salt that has been dehydrated and evaporated. And now we have sea salt is around 55 trace minerals. Dead Sea salt has around 21 trace minerals. So you can actually use this. </w:t>
        <w:br/>
      </w:r>
    </w:p>
    <w:p>
      <w:r>
        <w:rPr>
          <w:sz w:val="22"/>
        </w:rPr>
        <w:t xml:space="preserve">Let's say you run out of minerals. You can actually take some Himalayan pink. Melt it in some warm water and use that in the conditioner and that dog now has the benefit of 88 trace minerals topically and the skin will decide where that mineral needs to go. The body will know. So salt is very important also. You can do foot soaks with salt, just plain salt and you have an addon and it's a very valuable service. </w:t>
        <w:br/>
      </w:r>
    </w:p>
    <w:p>
      <w:r>
        <w:rPr>
          <w:sz w:val="22"/>
        </w:rPr>
        <w:t xml:space="preserve">Now we're going to talk a little bit about bases. Bases the body of the product and in this case we're talking about mostly the conditioner and the clay. The cleanser is basically the cleanser and that's what it is and it has a job and it does its job. So here we have liquid conditioner, it could be any conditioner. The majority of the product can be water, tea, water down, collagen, water down conditioner and even saline solution or Aloe juice. If you're working with the dry cosmetic clay, think about making green tea or calendula or something like that and using that tea to hydrate your clay. </w:t>
        <w:br/>
      </w:r>
    </w:p>
    <w:p>
      <w:r>
        <w:rPr>
          <w:sz w:val="22"/>
        </w:rPr>
        <w:t xml:space="preserve">It's incredible. So just replace the water that you would use with the tea and then you have this power packed, beautiful healing substance. So think about it like that. So your conditioner you could add tea into your conditioner. If you're making a takeaway product because you've done therapy on this dog for weeks on end and you want something for the client to use at home every day between therapies, you can also make your own. And I have a bonus video at the end that I'm going to show you of me making a commercial preparation for our retail section terminology. </w:t>
        <w:br/>
      </w:r>
    </w:p>
    <w:p>
      <w:r>
        <w:rPr>
          <w:sz w:val="22"/>
        </w:rPr>
        <w:t xml:space="preserve">So pharmacology, origin of term Greek is drug, pharma, pharmacon or drug or medicine. And then logos is the study of. So this is where our modern terminology comes from in medicine. So let's say the owner says, yeah, my dog has dandruff, scabs, hust filled or hussy. My dog has a sore, it has a scrape, it has bruising or it's itchy. Well dandruff to a veterinarian are flakes. Scabs are crusts. Hust filled is perilent because no one wants in their permanent record PUSSY That's all I'm saying. </w:t>
        <w:br/>
      </w:r>
    </w:p>
    <w:p>
      <w:r>
        <w:rPr>
          <w:sz w:val="22"/>
        </w:rPr>
        <w:t xml:space="preserve">A sore is a wound, A scrape is an abrasion. Bruising is a contusion and itchy is pruritic. And then we always have a DR and for those who don't know what a DR is, it's ain't doing right and that's an actual abbreviation that that's used. It just ain't doing right. We don't know what's wrong with him. He ain't doing right. Now we're going to talk a little bit about conditions. The conditions we've got this is happens to be a wart and it's a juicy wart. </w:t>
        <w:br/>
      </w:r>
    </w:p>
    <w:p>
      <w:r>
        <w:rPr>
          <w:sz w:val="22"/>
        </w:rPr>
        <w:t xml:space="preserve">So let's talk about allergies a little bit. We have a toppy is like an internal allergy and then of course contact dermatitis. A good way to differentiate what's going on from the outside with the naked eye is that if it's symmetrical, like on this dog's face, then it's a systemic or an internal issue. If it is patchy all over, like on the right, that's more than likely a contact dermatitis. </w:t>
        <w:br/>
      </w:r>
    </w:p>
    <w:p>
      <w:r>
        <w:rPr>
          <w:sz w:val="22"/>
        </w:rPr>
        <w:t xml:space="preserve">And on that particular dog, everybody felt these welts underneath and decided that it would be a good idea to shave this shepherd's hair off. So that the medicine can get down to the skin. Well, it just made everything worse. And now the dog has a secondary infection. So you don't have to shave the hair to treat an infection. The hair is there to protect the skin. </w:t>
        <w:br/>
      </w:r>
    </w:p>
    <w:p>
      <w:r>
        <w:rPr>
          <w:sz w:val="22"/>
        </w:rPr>
        <w:t xml:space="preserve">Well, you do have to make sure, is that the medicine or the shampoo or whatever it is that you're doing can work itself down that hair shaft and lay on top of the surface of the skin. That's the most important. But let's say we heal all this up. Now this dog doesn't have that inch and a half to two inches of hair for that pollen to fall on and be protected with that two inches. </w:t>
        <w:br/>
      </w:r>
    </w:p>
    <w:p>
      <w:r>
        <w:rPr>
          <w:sz w:val="22"/>
        </w:rPr>
        <w:t xml:space="preserve">Now that pollen's going to fall directly on the skin of the dog and cause another reaction. So shaving's not the answer, not in this case. Now we're talking about alopecia. Now this is the actual same dog. I did it myself. This is my client. He had been naked for forever forever and they thought they'd never grow hair. The hair that you see there in the before picture is just as brittle and you could just break it off with your hand and it wouldn't even pull out of the skin, You just break it. </w:t>
        <w:br/>
      </w:r>
    </w:p>
    <w:p>
      <w:r>
        <w:rPr>
          <w:sz w:val="22"/>
        </w:rPr>
        <w:t xml:space="preserve">They bred him when he was very young. He was too young and his testosterone levels never went down again. So then a year later they decided to neuter him. And then a year and a half later, still no hair. So that's what I got him. And he was five at that time. And about eight months later, he's had so much hair that I had to charge her more than what I was charging for the therapy to grow the hair in. And she's still my client to this day. I've been through a couple of dogs with her. She's a great lady. But alopecia, Alopecia is a dry, a dry coat therapy. </w:t>
        <w:br/>
      </w:r>
    </w:p>
    <w:p>
      <w:r>
        <w:rPr>
          <w:sz w:val="22"/>
        </w:rPr>
        <w:t xml:space="preserve">And we're going to get to those in the end because I've got 3 templates for you to work on. We're just going to look at all these right now. Do we have bacteria? Barry, How am I doing on time? You're beuded, babe. You are at 36 minutes past the hour. Ok And how long do I have left? Because, you know, I don't keep track on this one. You have 20 minutes left. Ok perfect. Ok so carry on. So bacteria. So this is obviously a hot spot. </w:t>
        <w:br/>
      </w:r>
    </w:p>
    <w:p>
      <w:r>
        <w:rPr>
          <w:sz w:val="22"/>
        </w:rPr>
        <w:t xml:space="preserve">However, we can't really diagnose. So if you see a dog that comes in that hasn't been to the vet, it's it would behoove you to not say, oh that's a hot spot. Hot spots are bacterial in nature, so they need a specific type of cleanser. And you'll notice that the only thing that really changes is the cleanser, the cleanser itself. Otherwise the steps, the order of operation detox. Cleanse and hydrate always stands firm. That'll never changes. This is ichthyosis and you normally see it on golden retrievers, but there are other breeds that are prone to this. </w:t>
        <w:br/>
      </w:r>
    </w:p>
    <w:p>
      <w:r>
        <w:rPr>
          <w:sz w:val="22"/>
        </w:rPr>
        <w:t xml:space="preserve">It is genetic. There's nothing you can do. You can't change the food or anything. All you can do is maintain this dog every week or every two weeks with lots of conditioning steps. And we're maintaining 2 golden retrievers right now that have atheosis. And you can't tell Even when they come in, they just look like they have extra flakes here and there. It's not so bad. But when they first came, you get that black, flaky skin and it's really everywhere and you don't know what you're going to do. </w:t>
        <w:br/>
      </w:r>
    </w:p>
    <w:p>
      <w:r>
        <w:rPr>
          <w:sz w:val="22"/>
        </w:rPr>
        <w:t xml:space="preserve">You handle it by conditioning the hack out of this poor baby yeah so he gets a big fat conditioning mask at the very end. He gets a protein shampoo and then he gets hydration at the end with a couple of oils and some minerals and they can be very comfortable and not flaky. You can HV the hair when we're all done and there it the skin looks perfectly normal. So this is a very maintainable issue or condition. Even though it seems daunting at first, you can get it to where the flaking just doesn't happen because it comes in often enough. These are interdigital cysts, and for some reason someone's given veterinarians the impression that they're really hard to heal. </w:t>
        <w:br/>
      </w:r>
    </w:p>
    <w:p>
      <w:r>
        <w:rPr>
          <w:sz w:val="22"/>
        </w:rPr>
        <w:t xml:space="preserve">These are easy to heal, actually, once you learn how to care for the feet. I think Christine Pearson had a fantastic recording, a seminar a while back just on feet and the care of the feet, and that was a great one. If you want to catch that, it will teach you all the things you need to know about feet. These interdigital cysts are bacterial in nature more than likely, and if you have an opening like if let's say that one has burst, you clean the entire foot with a mask for Stew. Detox it, or you can do a salt soak. </w:t>
        <w:br/>
      </w:r>
    </w:p>
    <w:p>
      <w:r>
        <w:rPr>
          <w:sz w:val="22"/>
        </w:rPr>
        <w:t xml:space="preserve">You can do either one. Either one will serve this dog nicely. If he's got open source, though, the clay is going to feel a lot better than the salt, so I would soak it or I would clay mask this poor little foot. Probably for a good 10 minutes. Rinse it off and then I would apply an antibacterial shampoo or shampoo to this foot. Let it soak for five to 10 minutes. And then I'm going to hydrate it by probably putting straight oil, mineral and maybe an herb tincture or two all up in it. And then I'm going to smear that all over his feet and then I'm going to send a jar home so mom can do that every day, probably twice a day, and you can actually heal these up. </w:t>
        <w:br/>
      </w:r>
    </w:p>
    <w:p>
      <w:r>
        <w:rPr>
          <w:sz w:val="22"/>
        </w:rPr>
        <w:t xml:space="preserve">Pretty quickly, if they're open before you oil them, take regular bacitracin or whatever, make sure it's an ointment, not a cream, and pack the in the inside of the hole with that. Sometimes they go way under the skin. Just push it in there with a clean Q-tip and make sure that's all packed in there and then oil the entire foot. Sometimes the moms like to bring a sock and put over there on the journey home. But you can really get these to heal pretty quickly. </w:t>
        <w:br/>
      </w:r>
    </w:p>
    <w:p>
      <w:r>
        <w:rPr>
          <w:sz w:val="22"/>
        </w:rPr>
        <w:t xml:space="preserve">It's not out of the realm of possibility. This is Pemphagus. There are four kinds of pemphagus. That's not important here. Pemphagus happens when it's brought about by sunshine absolutely it's triggered. And it has something to do with the longer hound cells and of course, the genetics of the dog and UV damage to the skin. What happens is the things that the substance that holds all your cells together starts deteriorating. So that means all the cells, like the entire body inside and out, is basically coming apart at the seams. Now you cannot fix this with medication. </w:t>
        <w:br/>
      </w:r>
    </w:p>
    <w:p>
      <w:r>
        <w:rPr>
          <w:sz w:val="22"/>
        </w:rPr>
        <w:t xml:space="preserve">You cannot fix it, you can't heal it with shampoo or topicals. But what you can do is make the quality of life for this particular animal better. And the only slight changes you need with a Panthegus dog is you do not soak them for any reason whatsoever. He's in and out of the bathtub. Even if you're going to do a clay mask, you're going to make it kind of watery. Put it on them, sing, twinkle, twinkle, little star. Rinse it off. Same with the shampoo. The conditioner, However, instead of putting liquid collagen or a soft collagen in there, you want to put. </w:t>
        <w:br/>
      </w:r>
    </w:p>
    <w:p>
      <w:r>
        <w:rPr>
          <w:sz w:val="22"/>
        </w:rPr>
        <w:t xml:space="preserve">Powdered collagen in. And the reason for that is it becomes like a sticky glue. It's disgusting on your hands and you put it on the dog and you think, oh this is gross, it's so gross, but when you rinse it off, it rinses very well. But somehow the formulation of the powdered collagen kind of glues all the cells on the outside back together again and he's got relief for about a week. So I do recommend the process happening for a Pemphigus dog every week. But you can't soak them. And the reason you can't soak them is water is a universal solvent. Water eventually will start separating the skin. He's already coming apart at the seam. </w:t>
        <w:br/>
      </w:r>
    </w:p>
    <w:p>
      <w:r>
        <w:rPr>
          <w:sz w:val="22"/>
        </w:rPr>
        <w:t xml:space="preserve">So why would you soak that dog? And the powdered collagen is a lifesaver for them at the at the very end. Now of course we have Sebaceous Adenitis. Sebaceous Adenitis is basically. It's complicated, but. In nutshell, it is actually something that happens. It gets. It's an infection of the sebaceous gland itself. So if those cells die, if those sebaceous glands die, then it can no longer produce oil. </w:t>
        <w:br/>
      </w:r>
    </w:p>
    <w:p>
      <w:r>
        <w:rPr>
          <w:sz w:val="22"/>
        </w:rPr>
        <w:t xml:space="preserve">Without oil, no hair can grow. Without oil, the skin becomes prone to infection because it's cracking and breaking everywhere. So this poor little baby has sebaceous adenitis. So Sebaceous Adenitis, again we have to oil the dog because it can't, the dog can't oil itself. I have a whole protocol on my website that you will get at the end of this presentation and you can just go to the downloads or the articles and find Sebaceous Adenitis. It has the whole work up of Sebaceous Adenitis. </w:t>
        <w:br/>
      </w:r>
    </w:p>
    <w:p>
      <w:r>
        <w:rPr>
          <w:sz w:val="22"/>
        </w:rPr>
        <w:t xml:space="preserve">How you fix it? I have kept several Sebaceous Adenitis patients in full coat. It is possible. And you just have to be, you have to get the compliance of the client. They have to be willing to come in. They have to be committed to coming in because as soon as they slack, that hair will start to die off again. And then you're going to have other internal problems because the skin isn't being the barrier that it's meant to be. </w:t>
        <w:br/>
      </w:r>
    </w:p>
    <w:p>
      <w:r>
        <w:rPr>
          <w:sz w:val="22"/>
        </w:rPr>
        <w:t xml:space="preserve">And of course we have Saberia. Saberia, it's really important to remember that Saberia is not. A disease or a condition. It is a condition, but it's not a disease in and of itself. It's a symptom of another issue. So you know, it's seborrhea. You can't be diagnosed with seborrhea. You can have seborrhea. But what's the underlying issue is what i'm getting at. So this is part, this is the dry type of seborrhea. It's called sick up and then you have the cockers that come in with that gross, disgusting, sticky skin. And that's the wet version and that's called oleosa. So these guys need clay and they need probably, depending on if they've been seen by a vet, I would combine the antifungal and antibacterial shampoo and just use that to make sure that everything is knocked down evenly and not one is growing over another one to create another type of infection. </w:t>
        <w:br/>
      </w:r>
    </w:p>
    <w:p>
      <w:r>
        <w:rPr>
          <w:sz w:val="22"/>
        </w:rPr>
        <w:t xml:space="preserve">And then, of course, I condition the holy heck out of them to ease some of that flaking. But we don't want to really use anything like a copper brush or a harsh comb. We don't want to lift up more. We want the skin to do it on its own. And that's another thing so many people are so interested in. Well, I want to do what's fast. I want to do what's fast. Well, none of our body processes are fast. I didn't get that one groom session didn't make this happen on this dog. It's probably been going through all kinds of stuff for years. </w:t>
        <w:br/>
      </w:r>
    </w:p>
    <w:p>
      <w:r>
        <w:rPr>
          <w:sz w:val="22"/>
        </w:rPr>
        <w:t xml:space="preserve">So one grooming session isn't going to fix this. So no matter how fast you go, you can go fast. You could. I can make this dog look really good in about two sessions, two weekly sessions. I can make this dog look great, however. I have not taught the skin how to process correctly Again, and that's what we're off. That's what we're after. We're not doing the work. We're not healing the skin. We're providing the skin with the raw ingredients that it needs to remember how to process correctly. </w:t>
        <w:br/>
      </w:r>
    </w:p>
    <w:p>
      <w:r>
        <w:rPr>
          <w:sz w:val="22"/>
        </w:rPr>
        <w:t xml:space="preserve">When you see seborrhea or things that are overly flaky, that means that it's no longer characterizing its skin cells at 21 week, 21 days, it's doing it sooner and faster. So it's every eight days, every 10 days. So it's making new cells too quickly for them to dry out and then flake off. So something's going on. You want something that regulates that. So weekly baths for this poor baby and lots of conditioner at the end and no harsh brushing. </w:t>
        <w:br/>
      </w:r>
    </w:p>
    <w:p>
      <w:r>
        <w:rPr>
          <w:sz w:val="22"/>
        </w:rPr>
        <w:t xml:space="preserve">We don't want to bring up that top layer because that top layer is super thick on these guys. It's a just a packed, packed skin of skin cells that are. In transition, this is an Abscess. And this happens more than likely when siblings fight, or when they go out into the yard to get poked by sticks or Bush or whatever, and then it gets infected and then of course it abscesses and then blows out. </w:t>
        <w:br/>
      </w:r>
    </w:p>
    <w:p>
      <w:r>
        <w:rPr>
          <w:sz w:val="22"/>
        </w:rPr>
        <w:t xml:space="preserve">These can also be treated like interdigital cysts scrub you can put a clay right on there. Cosmetic clay is very clean, so you can clay that. I use an antibacterial shampoo to wash it. Don't be afraid of it. Wash it if it's open like this one. You can pack ointment, not cream ointment, antibiotic ointment inside of it. And then you lay that conditioner or that oil layer right on top of it and that will be wonderful. Add minerals are what's going to help give raw materials to the surrounding skin and help heal it. </w:t>
        <w:br/>
      </w:r>
    </w:p>
    <w:p>
      <w:r>
        <w:rPr>
          <w:sz w:val="22"/>
        </w:rPr>
        <w:t xml:space="preserve">Let's say you have somebody that is chronic, that has a chronic disease or whatever. Treat what you see. Treat what you see. I had a little dachshund that had he was hypothyroid, diabetic and he had one other thing, cushings. He had cushings as well and they he had no hair and he felt like a burnt rug. It was so gross. I made him all soft and wonderful. 12 vets told me that I would never grow hair on this dog because his body itself. I was too busy trying to heal all the rest of the stuff that wasn't giving any resources to the skin. </w:t>
        <w:br/>
      </w:r>
    </w:p>
    <w:p>
      <w:r>
        <w:rPr>
          <w:sz w:val="22"/>
        </w:rPr>
        <w:t xml:space="preserve">And my answer to that was, well, if I give the resources, my resources to the skin, then it takes a burden off of the body to deal with all the other stuff that the dog is going through. And lo and behold, I grew hair on that dog. And all of those pictures I believe are available on my website as well in a video I believe. And if they're not, I will make sure that it's up there. </w:t>
        <w:br/>
      </w:r>
    </w:p>
    <w:p>
      <w:r>
        <w:rPr>
          <w:sz w:val="22"/>
        </w:rPr>
        <w:t xml:space="preserve">Sebaceous cysts. Sebaceous cysts are normally a hair follicle that's gotten infected. And for whatever reason, sometimes they turn inside out and you think it's a wart and it's just exudes. Well, what that is an actual hair follicle that's become mutated, basically, and it's still producing that oil. So that's why they're all gross. That's why I wanted to tell you about the ozonated oil. Ozonated oil in that gel form from pierrot three dot com If you put that on there every day, it actually helps shrink those and helps. </w:t>
        <w:br/>
      </w:r>
    </w:p>
    <w:p>
      <w:r>
        <w:rPr>
          <w:sz w:val="22"/>
        </w:rPr>
        <w:t xml:space="preserve">It exudes less when you do that. If they become a little bit more healthy, it doesn't remove them. They don't shrink away to nothing, but it absolutely makes them healthier if you can believe that. So sebaceous cysts are very treatable as well. I would not squeeze them, especially near the eye. But you what you can do if you think something's getting ready to pop or something's very full, Get a warm, warm washcloth. Like almost hot, but not hot enough to burn, but as hot as you can without it burning the dog. </w:t>
        <w:br/>
      </w:r>
    </w:p>
    <w:p>
      <w:r>
        <w:rPr>
          <w:sz w:val="22"/>
        </w:rPr>
        <w:t xml:space="preserve">And hold it over the cyst and just lay it on there and then in the bathtub. When you're manipulating the dog, more than likely it'll break that skin barrier. Or if it's got a little plug in it will release so that you can then treat it. And of course, here's are just a regular wart. It happens. Papilloma virus. It just it happens that that's what they look like and there's not really anything you can do for those. Sometimes they can remove them. As long as they're not too bad and they're not impeding the dog's ability to walk or live its life, they're not that big of a deal okay is it icky, red, or just ain't doing right? Know your conditions so you have contact dermatitis or topical allergies. </w:t>
        <w:br/>
      </w:r>
    </w:p>
    <w:p>
      <w:r>
        <w:rPr>
          <w:sz w:val="22"/>
        </w:rPr>
        <w:t xml:space="preserve">Another thing to remember is that 90 to 95 % of allergic symptoms are dry skin. They're not a food allergy. There's no reason to get a allergy test. That's so ridiculous. And of actual food allergies. It's a smaller group than that. Like it's small. So 5 % are actual internal allergies, and then a percentage of that are actual food allergies. Everybody thinks, oh my gosh, it's the food. My dog's allergic. My dog's sensitive 9 times out of 10 when I talk to them, they're not using any conditioner. </w:t>
        <w:br/>
      </w:r>
    </w:p>
    <w:p>
      <w:r>
        <w:rPr>
          <w:sz w:val="22"/>
        </w:rPr>
        <w:t xml:space="preserve">Never used conditioner. Shampooed the dog three times a week. No conditioner, no oil, not even a thought of a mineral. And they're saying yeah just Oh my dog's so sensitive. Well just re oil the dog and you will see if it's allergy or not. Re oil the dog repair the barrier. I remember at one of the vet seminars they were saying leaky. What was it, leaky barrier syndrome? Instead of leaky gut, they literally called it leaky barrier system syndrome. It's dry skin. They're calling dry skin leaky barrier syndrome. </w:t>
        <w:br/>
      </w:r>
    </w:p>
    <w:p>
      <w:r>
        <w:rPr>
          <w:sz w:val="22"/>
        </w:rPr>
        <w:t xml:space="preserve">So you should use conditioner. And I know that all conditioners aren't equal, which is why I like to have a base conditioner so that I can add in what I want the dog to have on top of it makes it easier for me. There are therapeutic conditioners that are out there are rich conditioners that are lovely and usable, and you can still add things. Into them to make them rich and mineral rich and healing. So it just depends on what you have in your area and what kind of therapies that come through your salon. So a contact dermatitis, hair regrowth, alopecia, anything having to do with the hair you're going to treat the same way, a conditioning mask. </w:t>
        <w:br/>
      </w:r>
    </w:p>
    <w:p>
      <w:r>
        <w:rPr>
          <w:sz w:val="22"/>
        </w:rPr>
        <w:t xml:space="preserve">A protein shampoo, hopefully it's placental enzyme, a lipid conditioner, and you're going to add oils and minerals into the conditioner at the end. That's it. That's one template. Now it can change here and there. Let's say you have a palm, you're going to add a little bit more minerals. Let's say you have a Boston terrier, You're going to add a little bit more oil because remember, these are the breeds oils, mineral minerals and hydration. If you have a Maltese, you're going to add a little bit of minerals and then a little bit of collagen, A filler if you will, and that's going to be good for their skin and hair. </w:t>
        <w:br/>
      </w:r>
    </w:p>
    <w:p>
      <w:r>
        <w:rPr>
          <w:sz w:val="22"/>
        </w:rPr>
        <w:t xml:space="preserve">So that's the first template. Anything having to do with hair contact, dermatitis, topical allergies, alopecia, Coke growth, let's see if they're just depleted, dry, you're going to go with that template. Now let's go with Okay. They have yeast and parasites. Both fungus and parasitic infections can absolutely be treated with sulfur based shampoo. Not coal tar, not sulfur and coal tar, just sulfur. Coal tar is yucky. Don't use it. It's carcinogenic. It'll give everybody tumors. It's no good that that's not what we use now. It will take that skin condition and make it look beautiful very quickly. But again, just what I was saying back in the day, all we had was coal tar and sulfur shampoo. </w:t>
        <w:br/>
      </w:r>
    </w:p>
    <w:p>
      <w:r>
        <w:rPr>
          <w:sz w:val="22"/>
        </w:rPr>
        <w:t xml:space="preserve">And I won't even name the name of it, even though they're still around and I love them deeply. That's not good. We're like, Oh yeah, it's getting rid of the seborrhea. They look good. But then all of them started to get tumors because of the coal tar has over 50.000 thousand different chemical constituents in it. We can only identify 10.000 thousand of them. If that tells you anything. Coal tar is what's left over from gas and coke production. They decided, well we got to figure out what this happens because we got vats of it. </w:t>
        <w:br/>
      </w:r>
    </w:p>
    <w:p>
      <w:r>
        <w:rPr>
          <w:sz w:val="22"/>
        </w:rPr>
        <w:t xml:space="preserve">So we got to sell it somehow. So they put it in dog shampoo and other things I'm sure. So and again that's not having the skin, it's not having the skin heal itself at all. So how are we going to do that? We're going to do that by clay mask. So we're going to pull any toxins off the skin in the hair. Then we have a sulfur based shampoo. Then we have a lipid conditioner and we're going to add minerals. No oil unless it's a short coat, but minerals definitely then, and this is the only time I really say this, then that dog should be thoroughly dried before going home because fungus loves moist. </w:t>
        <w:br/>
      </w:r>
    </w:p>
    <w:p>
      <w:r>
        <w:rPr>
          <w:sz w:val="22"/>
        </w:rPr>
        <w:t xml:space="preserve">Now, I do live in a desert, so I do all my work in the desert, so a lot of my dogs do go home damp. And that's fine, because they'll dry as soon as they walk outside. Like, they're dry. It's done so dry here, but somewhere else. It may not be that way. So I want you to make sure that all your yeast and fungus dogs get bone dry before you send them home. That will help their skin immensely until they can get over the hump of that infection. Ok then the next template, and that goes for fleas too. Fleas and ticks. They get killed by sulfur. Fungus and parasites have been treated by sulfur since Egyptian times and it's still valid today. </w:t>
        <w:br/>
      </w:r>
    </w:p>
    <w:p>
      <w:r>
        <w:rPr>
          <w:sz w:val="22"/>
        </w:rPr>
        <w:t xml:space="preserve">It's still a very valid protocol. All right. So now we're going to go with bacteria, feet and that groin etcetera. You're going to do a clay mask and all the toxins off antibacterial based shampoo of course lipid conditioner. And then depending on the breed you're going to add minerals and oils. Now I want to tell you, get a diagnosis from the vet whenever possible. It saves time and product and your reputation. Clients love when you save them money and make their pet feel better faster. Now if they're refused to get any veterinary diagnosis, it's going to take a while and you're going to just be hit shooting in the dark and or you're going to throw the kitchen sink and waste product that way as well. </w:t>
        <w:br/>
      </w:r>
    </w:p>
    <w:p>
      <w:r>
        <w:rPr>
          <w:sz w:val="22"/>
        </w:rPr>
        <w:t xml:space="preserve">It it's better if you know exactly what you're talking about, you know exactly what's going on with the pet. I'll even have them bring in, they don't know what the diagnosis is and they're like they gave me this shampoo. Can you use this shampoo? And I look and I'm like, Oh well this is for fungus so at least I know what the protocol is. If I have a prescription shampoo, I want to wash normally the 1st 2 steps. </w:t>
        <w:br/>
      </w:r>
    </w:p>
    <w:p>
      <w:r>
        <w:rPr>
          <w:sz w:val="22"/>
        </w:rPr>
        <w:t xml:space="preserve">So I will do a clay mask. I will do my regular whatever shampoo is appropriate for that condition and then I will after I rinse that off then I'll use the medicated shampoo. I'm not trying to break down dirt and toxins and old oil with a medicated shampoo. I want to go right on the skin, treat whatever it's going to treat, rinse it off, and then I follow up with my conditioning protocol. Hope that makes sense for everybody, but that's basically it. </w:t>
        <w:br/>
      </w:r>
    </w:p>
    <w:p>
      <w:r>
        <w:rPr>
          <w:sz w:val="22"/>
        </w:rPr>
        <w:t xml:space="preserve">And then I guess that is the first hour, Mayor. Why, yes it is. You have 3 minutes to spare. All right, so at the end of this section, my website is All Things Paw, and you can contact me at Michelle at All Things Paw. And there it is, chock full, and I add things every single day. More videos, more articles, more whatever. There's all kinds of things to see on there. </w:t>
        <w:br/>
      </w:r>
    </w:p>
    <w:p>
      <w:r>
        <w:rPr>
          <w:sz w:val="22"/>
        </w:rPr>
        <w:t xml:space="preserve">It's also where you can find educational opportunities with Positive Ed and with the whole Pet Academy as well. So do you have a question, is sulfur, is sulfur safe for cats? Yes, it is. It's actually part of their system. Sulfur is part of the structure of the skin and the hair. So yes, sulfur can absolutely be used on cats, right. Somebody has to hand raise. So we're going to wait for them to type your question in. </w:t>
        <w:br/>
      </w:r>
    </w:p>
    <w:p>
      <w:r>
        <w:rPr>
          <w:sz w:val="22"/>
        </w:rPr>
        <w:t xml:space="preserve">And while we're waiting for that, why don't you tell them about your retreat you're planning on for next year. Okay, I'm planning on a retreat handson. I'm going to limit it to probably 8 people and it's 3 days, two nights. And we're going to actually, I'm going to show you it will be all about therapeutics, all about herbal therapeutics, which is a whole new thing that I'm working on and we will mix. </w:t>
        <w:br/>
      </w:r>
    </w:p>
    <w:p>
      <w:r>
        <w:rPr>
          <w:sz w:val="22"/>
        </w:rPr>
        <w:t xml:space="preserve">Therapeutic items and clay masks, which you will also be able to use on yourself. It comes with an awesome swag bag full of stuff to help you in your job of therapeutizing as many pets as you can. And it's going to be held probably the last weekend in July of 2024 right? So I'm looking forward to that. So the question is this, what would cause a lab to get a sour steak overproduction, approcaine sweat or cebum oils? That's a difficult question to answer if I also don't know the history, the environment and the food of the pet we all exude out of our skin, especially when our liver is not clean. </w:t>
        <w:br/>
      </w:r>
    </w:p>
    <w:p>
      <w:r>
        <w:rPr>
          <w:sz w:val="22"/>
        </w:rPr>
        <w:t xml:space="preserve">Our gallbladder and our pancreas all have to be clean, because if the liver isn't clean, that's when you see psoriasis basically. And psoriasis on humans has that scaly, patchy, itchy. Stuff that actually is because the liver isn't clean and it's got to clean. It's got to push those toxins out somewhere. So my question would be to the owner of that stinky dog, What does he eat? Is it old Roy? You know what's going on with that? What kind of conditions does the dog live in? Does he get his bedding cleaned or does he sleep on an old Persian rug that hasn't been cleaned since 1877 So all those things matter. </w:t>
        <w:br/>
      </w:r>
    </w:p>
    <w:p>
      <w:r>
        <w:rPr>
          <w:sz w:val="22"/>
        </w:rPr>
        <w:t xml:space="preserve">Before we decide if he's stinky from internally or it's just something that he's maybe not being washed with, I do know that if he's not being conditioned properly for his breed, he will overproduce sebum anyway and stink faster, so the use of conditioner will calm the sebum. This little sebaceous lands down a little bit and will help with a nice smell, for it should be at least two weeks before you start smelling Fritos. </w:t>
        <w:br/>
      </w:r>
    </w:p>
    <w:p>
      <w:r>
        <w:rPr>
          <w:sz w:val="22"/>
        </w:rPr>
        <w:t xml:space="preserve">Okay so he dogs being fed Science Diet and neither wants to know where will that retreat be, to be determined, but it will be at an actual resort with catered food. The whole 9 yards is going to be an experience. So I'm hoping to get one with like a conference room so we can have the education in there and then have like one of the suites with a bar so that we can do all the learning in there as well when we're in our bathrobes and putting on our masks and whatnot. </w:t>
        <w:br/>
      </w:r>
    </w:p>
    <w:p>
      <w:r>
        <w:rPr>
          <w:sz w:val="22"/>
        </w:rPr>
        <w:t xml:space="preserve">Okay, I'm going to stop this recording. Hold on.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