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90FD6" w:rsidRDefault="00000000">
      <w:pPr>
        <w:pStyle w:val="Title"/>
      </w:pPr>
      <w:r>
        <w:t>Recirculator</w:t>
      </w:r>
    </w:p>
    <w:p w:rsidR="00C90FD6" w:rsidRDefault="00C90FD6"/>
    <w:p w:rsidR="00C90FD6" w:rsidRDefault="00000000">
      <w:r>
        <w:rPr>
          <w:b/>
        </w:rPr>
        <w:t>Date</w:t>
      </w:r>
      <w:r>
        <w:t xml:space="preserve">    2023-07-24</w:t>
      </w:r>
    </w:p>
    <w:p w:rsidR="00C90FD6" w:rsidRDefault="00C90FD6"/>
    <w:p w:rsidR="00C90FD6" w:rsidRDefault="00000000">
      <w:r>
        <w:t xml:space="preserve">Hey everybody, welcome to day two of the Sanitation and Safety Summit. So we're starting off with now with essential cleaning and use of the recirculating bathing systems with Ashley handy, this is going to open up your eyes and might even disgust you so Ashley, it is all yours. I like that ensure that's great. Howdy, everyone, and welcome to my class. I've been grooming since 2010 and I love doing continuing education. I have way too many certifications to count, but that's not what this class is about. </w:t>
      </w:r>
      <w:r>
        <w:br/>
      </w:r>
    </w:p>
    <w:p w:rsidR="00C90FD6" w:rsidRDefault="00000000">
      <w:r>
        <w:t xml:space="preserve">I love and adore my recirculating baiting system and I want more people to use them but I also want people to also properly care for them and know how to use them. So this is what this class is all about. So what is a recirculator? They use a pump to circulate water and product through a hose and nozzle inside of the tub. It then deposits said product into the coat of the pet being bathed in a recirculated manner to achieve a clean coat. They come in different styles and from different manufacturers. In this class we will go over how to use them properly and how to keep them clean. </w:t>
      </w:r>
      <w:r>
        <w:br/>
      </w:r>
    </w:p>
    <w:p w:rsidR="00C90FD6" w:rsidRDefault="00000000">
      <w:r>
        <w:t xml:space="preserve">They all function in the same basic way, but come with different hose and nozzle types. Recirculating bathing systems are incredibly useful in the grooming industry, especially for those on water restrictions. I'll never not use my recirculator for the majority of my bathing as it's so convenient, easy to use, and helps with product application and usage. I use LESS shampoo and conditioner to achieve a clean and conditioned pet. They're amazing for working on double coated dogs. And of course less wear and tear on your own personal body. One moment I seem to have frozen. </w:t>
      </w:r>
      <w:r>
        <w:br/>
      </w:r>
    </w:p>
    <w:p w:rsidR="00C90FD6" w:rsidRDefault="00000000">
      <w:r>
        <w:t xml:space="preserve">Really, this is not the time for this. Sometimes your controls get a little weird with Zoom so yeah, hold on, this is the first for my computer to do this so one give me one second. There we go. The mouse just decided to die. That's just how it goes. All right, my apologies. When using a recirculating system, you are not using dirty water to wash the dog. Fresh water is added and then drained from the tub for every shampoo and conditioning cycle. The recirculator functions in the same way as a washing machine or a dishwasher. </w:t>
      </w:r>
      <w:r>
        <w:br/>
      </w:r>
    </w:p>
    <w:p w:rsidR="00C90FD6" w:rsidRDefault="00000000">
      <w:r>
        <w:t xml:space="preserve">Water and a detergent are added to the tub with the bather. The contents are then agitated or in our case, pushed through the coats where the micelles in the shampoo cling to dirt </w:t>
      </w:r>
      <w:r>
        <w:lastRenderedPageBreak/>
        <w:t xml:space="preserve">particles and hold on to them. They do not redeposit the dirt back into the coat. It is rare that I have to refill the tub with fresh water and shampoo for an excessively dirty coat, but usually if that's the case, it's a farm dog or a dog that has not been groomed in a very long time. The Dirty water is then drained from the tub and not used again. I generally use about a tablespoon of shampoo or a tablespoon of conditioner. This ratio will depend on how much water you need in your tub and your water quality. </w:t>
      </w:r>
      <w:r>
        <w:br/>
      </w:r>
    </w:p>
    <w:p w:rsidR="00C90FD6" w:rsidRDefault="00000000">
      <w:r>
        <w:t xml:space="preserve">I have a trough in my personal tub that the bather sits in, so for the average dog I fill my tub with about 2 and a half gallons of water and more for thick and shedding coats. These recirculators will stretch your products. I only carry small bottles in my van as I don't go through the product fast enough to warrant larger bottles. </w:t>
      </w:r>
      <w:r>
        <w:br/>
      </w:r>
    </w:p>
    <w:p w:rsidR="00C90FD6" w:rsidRDefault="00000000">
      <w:r>
        <w:t xml:space="preserve">I generally do not use the recirculator on dogs with skin issues. As an aesthetician, I use the best and most gentle washing method for that dog's particular skin condition. Recirculating bathing systems require disinfection between every dog. We do not know if the dogs we are bathing have an undetected skin condition that could be contagious to other dogs and to you. We are not veterinarians, therefore it's important to take steps to ensure the safety of all parties involved. So what can disinfect the bather between dogs to make sure that the unit is safe to use in between bathing individual dogs, I run a Chlorhexidine solution through my bathing unit. I get the gallon bottles of 2 % Chlorhexidine solution and a smaller bottle to have handy in my tub. </w:t>
      </w:r>
      <w:r>
        <w:br/>
      </w:r>
    </w:p>
    <w:p w:rsidR="00C90FD6" w:rsidRDefault="00000000">
      <w:r>
        <w:t xml:space="preserve">The ideal dilution ratio to water is about two tablespoons per gallon. Contact time is more critical than dilution rates, and with that said, a tablespoon to a gallon of water would require more time, around four to five minutes per gallon of recirculating time. My tub has a through design for the recirculator to sit in, and to run it effectively I need at least that 2 and a half gallons of water. If I only use one tablespoon per gallon, I would need to run my recirculator for about 8 to 10 minutes, less if 2 tablespoons per gallon is used around four to five minutes. I use the solution to rinse my tub between dogs and any loops E collars, muzzles, leads, etcetera simultaneously. </w:t>
      </w:r>
      <w:r>
        <w:br/>
      </w:r>
    </w:p>
    <w:p w:rsidR="00C90FD6" w:rsidRDefault="00000000">
      <w:r>
        <w:t xml:space="preserve">Then I let it run while I clean other things in my van before I head to my next appointment. To achieve that contact time at the end of the day, I run a different solution through my recirculating unit. My primary disinfectant is two fifty six from best shot. I put 2 tablespoons of two fifty six in my tub with the 2 and a half gallons of water. I then run it for a minimum of 10 minutes. While it's running, I do the same thing as before. I use it to wash my entire tub paw mats, table dividers, loops, leads, E collars and muzzles. </w:t>
      </w:r>
      <w:r>
        <w:br/>
      </w:r>
    </w:p>
    <w:p w:rsidR="00C90FD6" w:rsidRDefault="00000000">
      <w:r>
        <w:t xml:space="preserve">After I am done I detach the spray hose from the bather and run a cpap tube brush down the length of the hose. I do this twice and then use the center setting on my rinse hose to push </w:t>
      </w:r>
      <w:r>
        <w:lastRenderedPageBreak/>
        <w:t xml:space="preserve">fresh water through it and then hang it to dry. The open hole that the hose is connected to gets fresh water sprayed into that as well to rinse out any settled disinfectant and then tip it upside down to release trapped water and then set it aside to be used again tomorrow. A very important disclaimer. Carelessly taking apart a bathing system can result in the loss of parts and or the damage of seals that allow you your unit to function optimally. </w:t>
      </w:r>
      <w:r>
        <w:br/>
      </w:r>
    </w:p>
    <w:p w:rsidR="00C90FD6" w:rsidRDefault="00000000">
      <w:r>
        <w:t xml:space="preserve">It can also void your warranty depending on which one you're doing. Proceed with care. Here are the internal parts of a sump pump recirculating bathing system. In this slide we are looking at an Oster hydrosurge, also known as the power bather. They have a bottom screen attached to them which is in part one and when removed you can see the screws to remove the plate in order to access the propeller, which is this Part 2 right here. </w:t>
      </w:r>
      <w:r>
        <w:br/>
      </w:r>
    </w:p>
    <w:p w:rsidR="00C90FD6" w:rsidRDefault="00000000">
      <w:r>
        <w:t xml:space="preserve">All that is a screwdriver is all that is needed to take it apart for cleaning. Use caution not to strip the screws. These recirculating systems are simple but effective. They use the volume of water over pressure and generally have a low p s i volume is better for the skin of the pets we are bathing over water pressure. This sump pump base recirculator has a mixture of metal and plastic housing with rubber seals and stainless steel screws. </w:t>
      </w:r>
      <w:r>
        <w:br/>
      </w:r>
    </w:p>
    <w:p w:rsidR="00C90FD6" w:rsidRDefault="00000000">
      <w:r>
        <w:t xml:space="preserve">At the bottom we have the screen which filters hair and debris from entering the system. In the second picture you can see the small water intake hole that resides. That hole pulls water into the cup with the propeller, which is this little tiny hole. From there the propeller launches the water through the small opening to the water output and into the hose, which is up here. It then drips down off the PET to the tub. </w:t>
      </w:r>
      <w:r>
        <w:br/>
      </w:r>
    </w:p>
    <w:p w:rsidR="00C90FD6" w:rsidRDefault="00000000">
      <w:r>
        <w:t xml:space="preserve">No, I'm getting ahead of myself. Always happens the water and shampoo or conditioning mixture is then deposited into the coat of the animal you are bathing. It then drips down off the PET to the tub to be pulled back into the bather again. This is the recirculating method. All recirculating style bathers function in the same fundamental way. In this slide we have an opause recirculator. This is one of my personal recirculators. However, the manufacturer does not want the end user to take apart this unit and they make it incredibly difficult to do so. </w:t>
      </w:r>
      <w:r>
        <w:br/>
      </w:r>
    </w:p>
    <w:p w:rsidR="00C90FD6" w:rsidRDefault="00000000">
      <w:r>
        <w:t xml:space="preserve">Only the bottom plate. This metal bottom plate is easily removable and it only gives a small glimpse to the inside of the unit which you can see above. They claim silicone based shampoos and conditioners will leave a residue, so they highly recommend you only use their products with it. The old pause is primarily plastic with some metal components. You can take apart the nozzle to clean it as necessary and the hose is detachable with a quick connect. </w:t>
      </w:r>
      <w:r>
        <w:br/>
      </w:r>
    </w:p>
    <w:p w:rsidR="00C90FD6" w:rsidRDefault="00000000">
      <w:r>
        <w:lastRenderedPageBreak/>
        <w:t xml:space="preserve">Make sure it's locked in otherwise it will spray you in the face. I know this from personal experience for a filter, though it is not currently pictured, it does sit on top of a round foam like piece that can be easily cleaned between pets. This unit is built very differently from the traditional sump pump style. The old pause takes longer to prime as it fills up the center reservoir before pushing water to the hose. When the unit is priming you will notice a little bit of water trickling out the left side. This is a pressure release as it fills up. </w:t>
      </w:r>
      <w:r>
        <w:br/>
      </w:r>
    </w:p>
    <w:p w:rsidR="00C90FD6" w:rsidRDefault="00000000">
      <w:r>
        <w:t xml:space="preserve">In this slide we have the handy bathing Beauty. This is also my personal bathing system which I use in my mobile specifically, in the slide you will see which tools I use to keep it clean. A clean recirculating bather has little to no smell except for the scent left by the cleaning solution and doesn't have hair and debris stuck to its filter. The hose should also not have a smell and there should be no build up at the nozzle head. Another way to test the cleanliness of the bathing unit is to fill the tub with clear water and turn it on. </w:t>
      </w:r>
      <w:r>
        <w:br/>
      </w:r>
    </w:p>
    <w:p w:rsidR="00C90FD6" w:rsidRDefault="00000000">
      <w:r>
        <w:t xml:space="preserve">It should not create any suds on its own. For demonstration purposes I took this short video to show what my bathing unit did with the water before I cleaned it at the end of the day. No bubbles. So useful tools that I like to use for my personal one is a cpap hose cleaner which you see here, a Phillips screwdriver. And specifically for the bathing beauty, you need a seven sixteenth inch nut driver for the feet, the plastic feet, and then a any assortment of plastic brush to get all the nooks and crannies when you take off the filter at the bottom. </w:t>
      </w:r>
      <w:r>
        <w:br/>
      </w:r>
    </w:p>
    <w:p w:rsidR="00C90FD6" w:rsidRDefault="00000000">
      <w:r>
        <w:t xml:space="preserve">Some people choose to create their own recirculator. While they don't come with some of the niceties that a premade recirculator has, they still do the job. I do not have any recommendations on what should be purchased, but there are some key considerations. Before buying a pump, consider what kind of plug and on off switch it may have, like a GFI Some pumps are generally submersible but should be plugged in away from the water source. </w:t>
      </w:r>
      <w:r>
        <w:br/>
      </w:r>
    </w:p>
    <w:p w:rsidR="00C90FD6" w:rsidRDefault="00000000">
      <w:r>
        <w:t xml:space="preserve">I would suspect that most of them come out of the box will be unable to filter out small particulate and hair. I've seen pumps with a catch for larger debris like twigs and leaves, only without proper filtration hair moves up into the pump itself, potentially wrapping around the propeller or getting lodged into the nozzle, restricting water flow over time. As for hoses and nozzles, I see many people choose to buy a premade set like the Handy Bathing Beauty hose and nozzle, or try an assortment of other types. Even with regular cleaning, some pumps have a couple areas that where water and grime can collect. </w:t>
      </w:r>
      <w:r>
        <w:br/>
      </w:r>
    </w:p>
    <w:p w:rsidR="00C90FD6" w:rsidRDefault="00000000">
      <w:r>
        <w:t xml:space="preserve">The pictures indicate typical areas on A Bathing Beauty. Removing and cleaning the bottom screen on the Handy Bathing Beauty should be done regularly as that area tends to stay wet. You can do this on a regular basis by removing the black feet. Note be very careful when removing the feet as well as putting them back on. When removing them, always unscrew </w:t>
      </w:r>
      <w:r>
        <w:lastRenderedPageBreak/>
        <w:t xml:space="preserve">them straight on, which you'll see in a video later. </w:t>
      </w:r>
      <w:r>
        <w:br/>
      </w:r>
    </w:p>
    <w:p w:rsidR="00C90FD6" w:rsidRDefault="00000000">
      <w:r>
        <w:t xml:space="preserve">When putting them back on, tighten them all simultaneously and not one at a time. The screen isn't two pieces to put together to create a seal. And the reason why you do the screws straight on is because they are plastic which helps with vibration in the tub, but they can break and you can see. Here's the bottom plates on the left here this is just a little bit of build up and then you can see where it tends to build up a little bit after you take off the bottom plate and then on the end here on the right you see some build up on the outside of a silicone ring that gets that's here where the propeller cup is. </w:t>
      </w:r>
      <w:r>
        <w:br/>
      </w:r>
    </w:p>
    <w:p w:rsidR="00C90FD6" w:rsidRDefault="00000000">
      <w:r>
        <w:t xml:space="preserve">But also note the water intake and output areas are clean, which is the inside of this cup area. Usually when done when cleaning is done regularly. You're not actually going to see any build up where water intake is, it's just going to be where it can possibly sit. In This line is an extremely neglected older bathing beauty. All recirculators can get quite nasty when left to marinate and as you saw from the previous slide, this is the cup where water moves through on a regular basis. </w:t>
      </w:r>
      <w:r>
        <w:br/>
      </w:r>
    </w:p>
    <w:p w:rsidR="00C90FD6" w:rsidRDefault="00000000">
      <w:r>
        <w:t xml:space="preserve">So if this part is dirty, then everything is very dirty as you can see here. This particular unit was built in 2017 and I am not sure that it was ever cleaned, but you can see in comparison, here's the propeller in the cup, here's the bottom plates and you can see the difference in the grossness. There's there's really no better way of putting it. Next up is a full video demonstration of my recirculating unit being taken apart and cleaned prior to taking apart my bather i will have filled my tub and run two fifty six through it. </w:t>
      </w:r>
      <w:r>
        <w:br/>
      </w:r>
    </w:p>
    <w:p w:rsidR="00C90FD6" w:rsidRDefault="00000000">
      <w:r>
        <w:t xml:space="preserve">I'll detach the hose, run the CPAP post cleaner through it twice and then rinse it out, leaving it to hang and dry. As you can see on the back wall of my tub, you'll note that my husband is on screen them all simultaneously and always staying straight on in order to not bend the feet. After detaching the bottom screen, we like to rinse it off and then I set it into the filled through in my tub with two fifty six and let it soak. </w:t>
      </w:r>
      <w:r>
        <w:br/>
      </w:r>
    </w:p>
    <w:p w:rsidR="00C90FD6" w:rsidRDefault="00000000">
      <w:r>
        <w:t xml:space="preserve">The Handy Bathing Beauty specifically has gone through a few iterations of bottom screens, and there are two main versions, a fully metal bottom with plastic feet and a partially metal bottom with a black ring in plastic feet, and the second version is what's on this particular one. Both versions have been shown, and the fully metal bottom was the really yucky one, so the newer versions have the black ring bottom that was shown here in this video. This iteration has a silicone ring around the water intake to help better direct water flow, which is what you see him touching and screwing around from. </w:t>
      </w:r>
      <w:r>
        <w:br/>
      </w:r>
    </w:p>
    <w:p w:rsidR="00C90FD6" w:rsidRDefault="00000000">
      <w:r>
        <w:lastRenderedPageBreak/>
        <w:t xml:space="preserve">Caution is needed when cleaning around it as it can become dislodged, but not to panic, it's not hard to fix. You can actually just pick up silicone from Lowe's and reapply if it does pop off. So here's the propeller cup. This is where all the water goes in to be shot up into the into the outpost. Be very careful not to lose your screws. You'll see that a little bit of buildup happens up there to the left where I'm pointing and then also piece of hair. </w:t>
      </w:r>
      <w:r>
        <w:br/>
      </w:r>
    </w:p>
    <w:p w:rsidR="00C90FD6" w:rsidRDefault="00000000">
      <w:r>
        <w:t xml:space="preserve">Also, you'll see a very thin little ring that goes around that piece, and that one is very easy to dislodge and ruin. If that particular piece, which he'll show it again later, becomes broken, it actually renders the unit useless. So we try to be very careful with this piece and then of course some more two fifty six to let it soak. My husband likes to be extra thorough for video, no even with him brushing around it, that little silicone seal that's there or rubber seal doesn't tend to move too much. </w:t>
      </w:r>
      <w:r>
        <w:br/>
      </w:r>
    </w:p>
    <w:p w:rsidR="00C90FD6" w:rsidRDefault="00000000">
      <w:r>
        <w:t xml:space="preserve">It's just when it does pop out, you do need to very gently seat it back in place. But it's not like it's just going to pop out of nowhere. This is the bottom part where the silicone seal is and just know all the nooks and crannies and we try to get all that clean because it can get some build up around there. I prefer to use the center setting on my rinse hose has, it's like a garden hose so it's got multiple settings. I just find that really helps shoot off all the little particulate and as you see right there, that little rubber seal popped out a little bit and he was just able to just gently push it back in. </w:t>
      </w:r>
      <w:r>
        <w:br/>
      </w:r>
    </w:p>
    <w:p w:rsidR="00C90FD6" w:rsidRDefault="00000000">
      <w:r>
        <w:t xml:space="preserve">This area usually takes a lot longer to get nasty and I you usually would see it on that back left side like you saw with that really dirty bather from before. So getting into this area doesn't have to be done every single time because the water that goes through that unit does not actually touch those areas. It's just a bit of a seepage point from sitting in the tub and then once again use that center setting. </w:t>
      </w:r>
      <w:r>
        <w:br/>
      </w:r>
    </w:p>
    <w:p w:rsidR="00C90FD6" w:rsidRDefault="00000000">
      <w:r>
        <w:t xml:space="preserve">It just has a lot of pressure behind it if you have it available to you, Makes cleaning these very easy. So now with the bottom plate, it's actually two pieces as he's now demonstrating you got the bottom screen and then that second piece that has that raised portion and that is what presses into that silicone seal you see on the bottom. So we just like to make sure that all this is clean too no hair buildup, no debris. Then it's imperative that you put these back together correctly. I have put them back together wrong before and it does not create a perfect seal so it's always to make sure that raised portion that's going to press up against the silicone is what is on the upside. </w:t>
      </w:r>
      <w:r>
        <w:br/>
      </w:r>
    </w:p>
    <w:p w:rsidR="00C90FD6" w:rsidRDefault="00000000">
      <w:r>
        <w:t xml:space="preserve">So the cup goes back over the propeller and then we start placing all the screws. And just like with the bathing beauty's feet, you want to do all the screws simultaneously. You don't want any of them to be fully tightened until all of them are ready to be tightened. It does help to do the back and to the front 2 screws first in order to seat it properly and then you </w:t>
      </w:r>
      <w:r>
        <w:lastRenderedPageBreak/>
        <w:t xml:space="preserve">can Add all the rest after. It's also recommended not to use any type of power tools on this as it's very easy to strip screws. Just use a Phillips screwdriver, speed up the rest here and I remember that race bit goes up against the silicone seal and then we make sure we tighten all the feet straight on and just start all of them and then tighten them all down simultaneously. </w:t>
      </w:r>
      <w:r>
        <w:br/>
      </w:r>
    </w:p>
    <w:p w:rsidR="00C90FD6" w:rsidRDefault="00000000">
      <w:r>
        <w:t xml:space="preserve">Or I should say one at a time, it's also very important not to over tighten these feet as that can also cause them to break and there you go, all clean. So what disinfecting products are most effective? On the left we have our red box and on the right we have a green. For what is not truly appropriate, we have vinegar. Vinegar is not an e p a registered disinfectant, which means it has not been tested, proven, and certified by the federal e p a to kill 99 9 % of a sufficient range of bacteria and viruses, we have hydrogen peroxide. </w:t>
      </w:r>
      <w:r>
        <w:br/>
      </w:r>
    </w:p>
    <w:p w:rsidR="00C90FD6" w:rsidRDefault="00000000">
      <w:r>
        <w:t xml:space="preserve">Hydrogen peroxide can be corrosive even to highly corrosion resistant metals and alloys such as titanium. Alcohol is corrosive to metals and can degrade rubber. It tends to swell and harden rubber and certain plastic tubing after prolonged and repeated use and bleach is known to be corrosive to metals and can cause damage to some plastics, especially with repeated use. So my 2 preferred cleaning solutions are the Chlorhexidine solution. It belongs to a group of medicines called Antiseptic Antibacterial Agents. It is used to clean the skin after an injury, surgery or injection. Chlorhexidine is also used to clean the hands before a procedure. It works by killing or preventing the growth of bacteria on the skin and it is important to add that there is a cat safe version without citric acid in it and then my primary disinfectant is two fifty six. </w:t>
      </w:r>
      <w:r>
        <w:br/>
      </w:r>
    </w:p>
    <w:p w:rsidR="00C90FD6" w:rsidRDefault="00000000">
      <w:r>
        <w:t xml:space="preserve">It's a PH neutral formula disinfectant and can be used safely to clean a variety of salon tools. It kills a broad spectrum of viruses, bacteria, fungi, mold and mildew as it cleans, disinfects and deodorizes. This is not an exhaustive list. It is essential to find the chemicals that work best for your body and its tolerances while also taking into considerations what pets you are bathing. I was told I should only use vinegar to clean my bathing system. While it is understandable to be cautious of deep cleaning suggestions when it's not understood how the unit functions, but with a full understanding of the basic internal anatomy, the materials used, their functions, and the properties of the cleaning agents, we can make educated decisions on which cleaning and disinfecting products are safe. </w:t>
      </w:r>
      <w:r>
        <w:br/>
      </w:r>
    </w:p>
    <w:p w:rsidR="00C90FD6" w:rsidRDefault="00000000">
      <w:r>
        <w:t xml:space="preserve">How to deep clean the system without causing harm and damage. While vinegar. Vinegar does offer a small benefit out for cleaning, especially when used in conjunction with dish soap or baking soda to remove soap scum, but it is important to note it does not have a high level of disinfecting properties. Plastic and metal safe disinfecting products will not cause harm to any of the bathing systems. So vinegar is part of the answer but is not the whole answer. Here are some closing thoughts for part one, are there more disinfectant options? </w:t>
      </w:r>
      <w:r>
        <w:lastRenderedPageBreak/>
        <w:t xml:space="preserve">Of course, but just do some research. </w:t>
      </w:r>
      <w:r>
        <w:br/>
      </w:r>
    </w:p>
    <w:p w:rsidR="00C90FD6" w:rsidRDefault="00000000">
      <w:r>
        <w:t xml:space="preserve">A miniscule amount of Chlorhexidine inside of your bathing unit will not cause harm to the pet you are bathing. But when in doubt, always do a fresh water rinse before bathing the pet. Always rinse the unit with fresh water after using two fifty six disinfectant. If the user has a sensitivity to chlorine, Chlorhexidine can cause anaphylaxis so please be cautious. We have the dilution ratios repeated here and then I also have some links on the side just in case people wanted to read some articles about why we don't use certain cleaning products in these units. </w:t>
      </w:r>
      <w:r>
        <w:br/>
      </w:r>
    </w:p>
    <w:p w:rsidR="00C90FD6" w:rsidRDefault="00000000">
      <w:r>
        <w:t xml:space="preserve">And this is the end of part one do we have any questions so far? I don't see any, but I will interrupt you if you do right. Anita says we're good. All right, well, let's get to the fun part. How to use for circulating bathing systems. All right, first let's dive into tub types. These bathing systems can be used in a variety of tubs, but some work better in certain situations than in others. The more Oval shaped, some pump style recirculators like The Bathing Beauty fit perfectly in the through of the standard Forever Stainless Steel tubs, which you'll see here on the left and in the center they actually have a dedicated area to sit them in. </w:t>
      </w:r>
      <w:r>
        <w:br/>
      </w:r>
    </w:p>
    <w:p w:rsidR="00C90FD6" w:rsidRDefault="00000000">
      <w:r>
        <w:t xml:space="preserve">The recirculator sits into the through where you can fill water. It dramatically reduces the amount of water needed to fill the entire tub. The round shape of the Opaws recirculator is better suited to flat bottom or human style tubs. Tubs of this nature do tend to require more water to function and often the dogs will be standing in water unless a platform is available for dogs to stand on. If you are installing a brand new tub and you know you'll be using a recirculating system, it may be beneficial to have a slight slant of the tub in the direction of the drain. </w:t>
      </w:r>
      <w:r>
        <w:br/>
      </w:r>
    </w:p>
    <w:p w:rsidR="00C90FD6" w:rsidRDefault="00000000">
      <w:r>
        <w:t xml:space="preserve">This will help water run back to the recirculator quickly and help with draining overall. You can see in the side pictures I actually made a homemade grate for a human tub I used to use and obviously if you don't have anything for them to stand on, they're just going to stand in bubbles. What about dilution ratios of shampoo and conditioner with different tub sizes? In all honesty, a little bit of experimentation is needed here. </w:t>
      </w:r>
      <w:r>
        <w:br/>
      </w:r>
    </w:p>
    <w:p w:rsidR="00C90FD6" w:rsidRDefault="00000000">
      <w:r>
        <w:t xml:space="preserve">I would start with a tablespoon of product or one full depression on a gallon pump and modify it from there. You want suds, but not an excessive amount. However, each brand of product is going to be more or less sudsy depending on the foaming agent in the shampoo and the surfactant used. I primarily use I've San Bernard products with my recirculator and one tablespoon is often all that is needed or less. But using the same amount of product from the Morrow shampoo line produces an excessive amount of suds, which you'll see later. </w:t>
      </w:r>
      <w:r>
        <w:br/>
      </w:r>
    </w:p>
    <w:p w:rsidR="00C90FD6" w:rsidRDefault="00000000">
      <w:r>
        <w:lastRenderedPageBreak/>
        <w:t xml:space="preserve">Recirculators can go everywhere. Pictured here is our beloved Chris Bear Anthony with her house call set up. The black bag over her shoulder is how she transports her bather with her on the go. Before I went mobile I was also house call for about two years and I would carry my bather in a Home Depot bucket. While Chris Anthony does all sizes of dogs with her house called business, I primarily did small. I only needed my bather for a couple of large or fully coated dogs. And an additional benefit of having a bathing system like this is when a house called client doesn't have a detachable rinse hose in their tub. </w:t>
      </w:r>
      <w:r>
        <w:br/>
      </w:r>
    </w:p>
    <w:p w:rsidR="00C90FD6" w:rsidRDefault="00000000">
      <w:r>
        <w:t xml:space="preserve">I would have the spigot in the tub fill my bucket and then run the bather to rinse my dogs off in a pinch. And you can see the bathers being used in different tubs, both in Salon and other mobiles and of course in a handy van on the right here. All right, each system does things a little differently with their nozzles. In this first video, we have the Hydra Search. It's got a nice fan. Here we have the Handy Bathing Beauty which we saw earlier and they keep changing the nozzle so this is just one of the iterations. </w:t>
      </w:r>
      <w:r>
        <w:br/>
      </w:r>
    </w:p>
    <w:p w:rsidR="00C90FD6" w:rsidRDefault="00000000">
      <w:r>
        <w:t xml:space="preserve">And then on the end here we have the more shower like nozzle on the Opas. All of them have water flow regulators at the nozzle to turn the water flow down all right, adding shampoo and conditioner. There are a few different ways that you can add the products to your bather. Generally, shampoo doesn't need anything special done for it to be added to the water. You can squirt it anywhere into the tub and either add water directly to it as you fill the tub or turn on the bather and blast the spot with water to mix it once the tub is full, but depending on the type of conditioner used, it may need an additional step to disperse it into the water effectively. </w:t>
      </w:r>
      <w:r>
        <w:br/>
      </w:r>
    </w:p>
    <w:p w:rsidR="00C90FD6" w:rsidRDefault="00000000">
      <w:r>
        <w:t xml:space="preserve">Thinner conditioners can be added in the same manner as shampoo, but thicker conditioners would be better dispersed if frost 1st and then added to the fresh water. If you plan on doing a conditioning step after a shampoo step, you do not need to worry about getting all of the suds out of the tub before refilling with fresh water for the conditioner. Just drain the tub and refill. </w:t>
      </w:r>
      <w:r>
        <w:br/>
      </w:r>
    </w:p>
    <w:p w:rsidR="00C90FD6" w:rsidRDefault="00000000">
      <w:r>
        <w:t xml:space="preserve">The conditioner will neutralize the leftover shampoo foam I do recommend use. I do not recommend using the same water that the shampoo was in, use a fresh fill. So here we are just adding some basic shampoo to my bathing trough. I like to just run my rinse hose over it while I fill the tub. I like to fill it and for my personal time I like to have it be just above and touching where the actual hose is. And then I obviously need to add more, which I was probably about to do a AD shed and added more. </w:t>
      </w:r>
      <w:r>
        <w:br/>
      </w:r>
    </w:p>
    <w:p w:rsidR="00C90FD6" w:rsidRDefault="00000000">
      <w:r>
        <w:t xml:space="preserve">In the second video, I'm filling up the OPAWS i put way too much shampoo into that water, but it's fine. It's for demonstration purposes. So we'll go ahead and turn this one on, and while it's filling up, you'll notice that little bit of water shooting out that left side. That's it </w:t>
      </w:r>
      <w:r>
        <w:lastRenderedPageBreak/>
        <w:t xml:space="preserve">filling up and releasing pressure as it as it fills up its reservoir and the shampoo I actually put into the tow was the Morrow shampoo and as you can see it immediately starts sudsing heavily. Still good stuff though on the end here this is how I generally do conditioner. I use primarily, as I said I've Saint Bernard and here was one of their fruit of the groomer conditioners which are very thick. </w:t>
      </w:r>
      <w:r>
        <w:br/>
      </w:r>
    </w:p>
    <w:p w:rsidR="00C90FD6" w:rsidRDefault="00000000">
      <w:r>
        <w:t xml:space="preserve">So I'd like to just froth it to make sure that it's nice and evenly dispersed in the water. You don't have to worry about how much water you put in there, it doesn't matter because you're adding it to the trough anyway. So just froth it up a little bit so that it's nice and dispersed and then you can add it to the trough. I love those little egg beaters. There you go, nice and dispersed. But how do recirculators work? What makes them effective? Recirculators utilize all of the available micelles in the shampoo. Micelles are tiny molecules created in surfactants, which are chemical compounds used in cleansing products. </w:t>
      </w:r>
      <w:r>
        <w:br/>
      </w:r>
    </w:p>
    <w:p w:rsidR="00C90FD6" w:rsidRDefault="00000000">
      <w:r>
        <w:t xml:space="preserve">Micelles for when surfactants dissolve in water as you wash hair. My cells trap oil, dirt, and other impurities before being rinsed away. Those molecules hold on to the grime taken off of the pets. I have found that a good indicator that I've used up all of the micelles. No, I lost my spot. All the micelles in the water in the shampooing stage is a lack of suds left in the tub. </w:t>
      </w:r>
      <w:r>
        <w:br/>
      </w:r>
    </w:p>
    <w:p w:rsidR="00C90FD6" w:rsidRDefault="00000000">
      <w:r>
        <w:t xml:space="preserve">If the dog is still dirty, I add I either add more shampoo to the water or drain and refill. Generally this only happens on really filthy farm dogs. As for conditioner, recirculators allow you to use a minimal amount of product and disperse it evenly throughout the coat. Since you are using so little product, it's much easier to rinse right bathing with the OPAWS recirculator. In this video I do a quick bath on my personal dog Remy. </w:t>
      </w:r>
      <w:r>
        <w:br/>
      </w:r>
    </w:p>
    <w:p w:rsidR="00C90FD6" w:rsidRDefault="00000000">
      <w:r>
        <w:t xml:space="preserve">He's not the biggest fan of the OPAWS turning on as it takes a bit longer than the others to prime. Overall, the OPAWS has excellent water pressure and volume. It's built differently in comparison to the other recirculators, but is still very effective. Look at him lifting his foot for me so I can wash it. He's such a good boy. Notice I'm not using my hands. All right, in this video we have, we're bathing with the Hydra Surge and we have Angie coats bathing a cat for us. Come back here. Video no longer exists oh no, I have to talk to Angie about that. </w:t>
      </w:r>
      <w:r>
        <w:br/>
      </w:r>
    </w:p>
    <w:p w:rsidR="00C90FD6" w:rsidRDefault="00000000">
      <w:r>
        <w:t xml:space="preserve">Anyway, she loves she's great with bathing cats and we'll talk about it a little bit more later. All right, Basic bathing with the bathing beauty. In this video I demonstrate my basic bathing technique of line bathing. I use this method to avoid missing spots while bathing the dog. Bellies, armpits, groin, and feet tend to be some of the dirtiest spots on a dog, and extra tension should be given to those areas. </w:t>
      </w:r>
      <w:r>
        <w:br/>
      </w:r>
    </w:p>
    <w:p w:rsidR="00C90FD6" w:rsidRDefault="00000000">
      <w:r>
        <w:lastRenderedPageBreak/>
        <w:t xml:space="preserve">So note that I'm literally doing line brushing, except I'm doing it with water. I have found this to be the most effective way to make sure that I have the nozzle touch every single inch of the dog. The water coming out of the nozzle is what's important. Your hands are not. You just need to make sure that nozzle is touching every inch. He's got a lot of skin. Definitely move the skin out of the way. He's such a good boy. No right in this area we're focusing on between the toes, which is very important. This can get all that stinky Frito feet gone for you, so really get between those toes to spend more time on areas that are known to be dirtiest, including including the sebaceous zones like the armpits, groin, and booty. </w:t>
      </w:r>
      <w:r>
        <w:br/>
      </w:r>
    </w:p>
    <w:p w:rsidR="00C90FD6" w:rsidRDefault="00000000">
      <w:r>
        <w:t xml:space="preserve">All right, bathing faces? Yes, you can use your recirculator to bathe faces on dogs as long as you have the right nozzle type and a water flow regulator on it. Personally I do not like doing faces with the OPOS nozzle as the water flow is too spread out and very similar to a shower head. Do not feel compelled to use your recirculator on the face if you or the dog aren't comfortable with it. </w:t>
      </w:r>
      <w:r>
        <w:br/>
      </w:r>
    </w:p>
    <w:p w:rsidR="00C90FD6" w:rsidRDefault="00000000">
      <w:r>
        <w:t xml:space="preserve">The key to doing this is having a cooperative dog. The direction of the water flow is important at all times as you do not want to spray water into their eyes, nose, mouth and ears. One benefit of the recirculators is they excel at removing the gum from gunk from ears after they have been medicated in this first video, we have my motherinlaw's dog, Zeke, So note that I am pointing the nozzle down. </w:t>
      </w:r>
      <w:r>
        <w:br/>
      </w:r>
    </w:p>
    <w:p w:rsidR="00C90FD6" w:rsidRDefault="00000000">
      <w:r>
        <w:t xml:space="preserve">We're not spraying up, we're spraying down. I like to pull the ear over and once again focus on going down with the water. I also like to squeeze you the ears as soon as I'm done with them in order to limit the amount of water that can shake. And then I'll do the top of the head and I actually close the eyes before I do the forehead. I let it sit for a second and then I squeegee it back. Generally on the shorter nose dogs, I do not go over the nose with the with the actual nozzle i will actually you. I'll just hand wash that portion for safety. </w:t>
      </w:r>
      <w:r>
        <w:br/>
      </w:r>
    </w:p>
    <w:p w:rsidR="00C90FD6" w:rsidRDefault="00000000">
      <w:r>
        <w:t xml:space="preserve">Here's Remy again, getting his face done. When you have a dog that is cooperative, it's very easy not to get water into problem areas and know how i go around the back of the head to get to the other side of the head, I spread out that ear leather and then squeegee it down. Now I turned it down a little bit. He's got a nice long nose and I can trust him to sit still. And so I'll do over the top of his nose and then of course cover his eyes, do his forehead, and then squeegee it back. </w:t>
      </w:r>
      <w:r>
        <w:br/>
      </w:r>
    </w:p>
    <w:p w:rsidR="00C90FD6" w:rsidRDefault="00000000">
      <w:r>
        <w:t xml:space="preserve">Thank you for the shake, this one we have a little Shih tzu named Charlie once again working on the ears, aiming the water down and squeegeeing as I go. When I flip over the ears, especially on dogs that are prone to ear infections, I actually block the ear canal with my thumb so that I don't accidentally get water into the ear canal for her she gets a lot of eye boogies and I tend to soak that ahead of time with her. And obviously, being a short </w:t>
      </w:r>
      <w:r>
        <w:lastRenderedPageBreak/>
        <w:t xml:space="preserve">nose dog, I do not put the nozzle up over her nose and once again close the eyes, go over the top of the head, pause for a moment and then squeegee it back, always with the shakes. </w:t>
      </w:r>
      <w:r>
        <w:br/>
      </w:r>
    </w:p>
    <w:p w:rsidR="00C90FD6" w:rsidRDefault="00000000">
      <w:r>
        <w:t xml:space="preserve">If you'd like to learn more about how I handle faces while grooming and bathing, I do teach another class called Don't Grab the Beard and I believe we are doing that in November through Positive Edge. Mary can clarify later, the even funner parts deshedding. That is a picture of my van after a session. This process is one of the main reasons I love these systems and how well they disperse conditioner. They penetrate the coat to the skin and lift up and remove the undercoat. </w:t>
      </w:r>
      <w:r>
        <w:br/>
      </w:r>
    </w:p>
    <w:p w:rsidR="00C90FD6" w:rsidRDefault="00000000">
      <w:r>
        <w:t xml:space="preserve">Other people may have different methods for using recirculators to deshed but this is my personal process. My goal is not to completely remove all undercoat from the dog while bathing. My goal is to get them perfectly clean and conditioned so that the rest of the undercoat easily flies away when I blow dry them after the bath. I do not mind clean hair flying about, but I do mind if there is dander, dirt and debris. I am mobile and I am in a small space. The line bathing method above is perfect for this application. </w:t>
      </w:r>
      <w:r>
        <w:br/>
      </w:r>
    </w:p>
    <w:p w:rsidR="00C90FD6" w:rsidRDefault="00000000">
      <w:r>
        <w:t xml:space="preserve">As I play the video, you'll see chunks of hair fall to the green mat and wash away. I repeat the same line brushing method with shampoo and conditioning cycles. So once again, line bathing type of formation. That way we're not missing anything and you'll start to see little black chunks of hair fall to the green mat and start slipping away. There's a big chunk right there. So Anita specifically, and especially when doing D sheds, I actually place the nozzle all the way to the skin. I want to use the pressure from the nozzle in order to push undercoat away from the skin and this, the picture to the left is after me blowing him out. </w:t>
      </w:r>
      <w:r>
        <w:br/>
      </w:r>
    </w:p>
    <w:p w:rsidR="00C90FD6" w:rsidRDefault="00000000">
      <w:r>
        <w:t xml:space="preserve">It's he. He's a very hairy beast and he gets done every four weeks. Repeat the same on the next side. I generally start with the tablespoon, but if I need a little bit more I add a little bit more i just do a little bit at a time. Some tips for bathing cats from Angie only wash faces with a cloth and not the recirculator itself. </w:t>
      </w:r>
      <w:r>
        <w:br/>
      </w:r>
    </w:p>
    <w:p w:rsidR="00C90FD6" w:rsidRDefault="00000000">
      <w:r>
        <w:t xml:space="preserve">Prepare the tub ahead of time and only have enough water in the tub to wash with. Be very careful not to have cold water and of course give nose rebies. And in this picture is actually me and rare form bathing a cat a very long time ago and it does not happen anymore. However, that cat you can tell absolutely loves to be bathed. All right, some quick basic troubleshooting and then we can get to questions. If the bather sounds labored or and or has low water pressure, stick your fingers into the water and see how high it is in relation to where the hose comes out of it. </w:t>
      </w:r>
      <w:r>
        <w:br/>
      </w:r>
    </w:p>
    <w:p w:rsidR="00C90FD6" w:rsidRDefault="00000000">
      <w:r>
        <w:lastRenderedPageBreak/>
        <w:t xml:space="preserve">Is it too low add more water, Check the filter and make sure it isn't clogged with hair. And are there a lot of suds if there's a lot of suds, you're going to have to add more water because they, the propellers, just do not like to push bubbles. If a dog or cat pees or poops in the tub, turn off the recirculator as soon as you notice and pick out as much fecal matter as possible and remove the bather from the tubs that you can properly rinse it out and then just drain and rinse the tub when a pet pees and then refill with water. </w:t>
      </w:r>
      <w:r>
        <w:br/>
      </w:r>
    </w:p>
    <w:p w:rsidR="00C90FD6" w:rsidRDefault="00000000">
      <w:r>
        <w:t xml:space="preserve">If you've been bathing for a long time, they can overheat, especially if they're not being splashed by water. They are meant to get wet, so splash them with water occasionally if you think about it, but don't panic if they don't turn back on after a long bathing session. They may just need to cool down and end of Part 2 i know I have a few questions already and I'm going to move to here so that you guys can also contact me, either emailing me or you can take your phone and scan the QR code, which will also give you access to a couple of other ways of getting a hold of me so let me scroll up here and look at some of the questions. </w:t>
      </w:r>
      <w:r>
        <w:br/>
      </w:r>
    </w:p>
    <w:p w:rsidR="00C90FD6" w:rsidRDefault="00000000">
      <w:r>
        <w:t xml:space="preserve">So that homemade grates that I made was from a broken you know the plastic shelves that you can get from Lowe's and Home Depot i had a broken one and I just took one piece of that shelf and then put some PVC pipes for feet and then just got a door mat, rubber door mat to be the Topper and it worked great while I was at that location. </w:t>
      </w:r>
      <w:r>
        <w:br/>
      </w:r>
    </w:p>
    <w:p w:rsidR="00C90FD6" w:rsidRDefault="00000000">
      <w:r>
        <w:t xml:space="preserve">The biggest thing is keeping those clean. I see you guys were already trying to figure out a good way to get the citric acid free version. Definitely that That's probably going to be an Angie question for sure. Yeah and I know Angie gets it from Amazon, so maybe we can get her to give us the Amazon link. I will what do you call it in fact I will send her a message and see if not I will put it up on the I'll put the link where the recording will go OK And then how much shampoo would I use in a in a process for deshedding. Definitely start with less is more. </w:t>
      </w:r>
      <w:r>
        <w:br/>
      </w:r>
    </w:p>
    <w:p w:rsidR="00C90FD6" w:rsidRDefault="00000000">
      <w:r>
        <w:t xml:space="preserve">I tend to like to be able to slightly feel the shampoo in the water and it really it's going to depend on what you're using. I have found that the more the shampoos that tend to have a lot of additives in it, like botanicals and stuff may not work as well with a recirculator because they tend to have the weaker surfactants in it. So you may find out find out that you know need more when doing that. </w:t>
      </w:r>
      <w:r>
        <w:br/>
      </w:r>
    </w:p>
    <w:p w:rsidR="00C90FD6" w:rsidRDefault="00000000">
      <w:r>
        <w:t xml:space="preserve">But always, I tend to always start whenever, especially when I'm trying a new one about at a tablespoon. As for bathing time length, it's really just going to depend on the dog. The best way to know that you've got the dog clean is to line bathe it that way you know you've touched every inch. You're still going to get the squeaky feel when you're doing the shampoo stage to also let you know. And then obviously once if you do a conditioning step, </w:t>
      </w:r>
      <w:r>
        <w:lastRenderedPageBreak/>
        <w:t xml:space="preserve">they're not going to have the squeaky feel but less is more. </w:t>
      </w:r>
      <w:r>
        <w:br/>
      </w:r>
    </w:p>
    <w:p w:rsidR="00C90FD6" w:rsidRDefault="00000000">
      <w:r>
        <w:t xml:space="preserve">With conditioner, you really don't need a lot, it's going to evenly distribute it into the coat. I personally tend to bathe longer than others, so i am known to be in the tub with a regular dog up to 20 minutes, but I tend to be i just like the bathing part. You can do it faster as long as you're efficient with it, which is what the line bathing method really helps with. </w:t>
      </w:r>
      <w:r>
        <w:br/>
      </w:r>
    </w:p>
    <w:p w:rsidR="00C90FD6" w:rsidRDefault="00000000">
      <w:r>
        <w:t xml:space="preserve">And then for the Chlorhexidine solution, I do the 2 % and I try to find the gallons on Amazon. And then if we were just discussing earlier that if you do cats you do need to have the citric acid free version and we're going to work on getting a link for that. I sent Angie a text so whenever she gets to it, yeah, like I said I will post a link underneath your recording on the recordings page cool. </w:t>
      </w:r>
      <w:r>
        <w:br/>
      </w:r>
    </w:p>
    <w:p w:rsidR="00C90FD6" w:rsidRDefault="00000000">
      <w:r>
        <w:t xml:space="preserve">Yeah I I'm mobile and I charge by time so if I spend 20 minutes in the tub then I spend 20 minutes in the tub but my clients are used to that. I still get most of my small to mediums done in an hour. You want volume of water over pressure can damage the skin, so volume is better. But you know, you can and when using the nozzles, all the nozzles are a little different you know, I find that the opause nozzle tends to be a little softer. So I feel like it wouldn't penetrate A deshedable coat as well as the opause or sorry, as well as the Hydrosurge or The Bathing Beauty would but you know, turn it up all the way when working on the body, unless they're super tiny and you don't need it for that and then just make sure you turn it down for doing faces if you choose to do so. </w:t>
      </w:r>
      <w:r>
        <w:br/>
      </w:r>
    </w:p>
    <w:p w:rsidR="00C90FD6" w:rsidRDefault="00000000">
      <w:r>
        <w:t xml:space="preserve">I'm not saying you have to i just wanted you guys to know that you could. And if you guys have more questions, like I said, feel free to email me ok? I'm going to stop the recording. </w:t>
      </w:r>
      <w:r>
        <w:br/>
      </w:r>
    </w:p>
    <w:sectPr w:rsidR="00C90FD6"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283A" w:rsidRDefault="00F5283A">
      <w:pPr>
        <w:spacing w:after="0" w:line="240" w:lineRule="auto"/>
      </w:pPr>
      <w:r>
        <w:separator/>
      </w:r>
    </w:p>
  </w:endnote>
  <w:endnote w:type="continuationSeparator" w:id="0">
    <w:p w:rsidR="00F5283A" w:rsidRDefault="00F52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90FD6" w:rsidRDefault="00000000">
    <w:pPr>
      <w:pStyle w:val="Footer"/>
      <w:jc w:val="center"/>
    </w:pPr>
    <w:r>
      <w:t xml:space="preserve">Page </w:t>
    </w:r>
    <w:r>
      <w:fldChar w:fldCharType="begin"/>
    </w:r>
    <w:r>
      <w:instrText>PAGE</w:instrText>
    </w:r>
    <w:r w:rsidR="00E044D3">
      <w:fldChar w:fldCharType="separate"/>
    </w:r>
    <w:r w:rsidR="00E044D3">
      <w:rPr>
        <w:noProof/>
      </w:rPr>
      <w:t>1</w:t>
    </w:r>
    <w:r>
      <w:fldChar w:fldCharType="end"/>
    </w:r>
    <w:r>
      <w:t>/</w:t>
    </w:r>
    <w:r>
      <w:fldChar w:fldCharType="begin"/>
    </w:r>
    <w:r>
      <w:instrText>NUMPAGES</w:instrText>
    </w:r>
    <w:r w:rsidR="00E044D3">
      <w:fldChar w:fldCharType="separate"/>
    </w:r>
    <w:r w:rsidR="00E044D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283A" w:rsidRDefault="00F5283A">
      <w:pPr>
        <w:spacing w:after="0" w:line="240" w:lineRule="auto"/>
      </w:pPr>
      <w:r>
        <w:separator/>
      </w:r>
    </w:p>
  </w:footnote>
  <w:footnote w:type="continuationSeparator" w:id="0">
    <w:p w:rsidR="00F5283A" w:rsidRDefault="00F528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96705902">
    <w:abstractNumId w:val="8"/>
  </w:num>
  <w:num w:numId="2" w16cid:durableId="37364585">
    <w:abstractNumId w:val="6"/>
  </w:num>
  <w:num w:numId="3" w16cid:durableId="476187089">
    <w:abstractNumId w:val="5"/>
  </w:num>
  <w:num w:numId="4" w16cid:durableId="881018098">
    <w:abstractNumId w:val="4"/>
  </w:num>
  <w:num w:numId="5" w16cid:durableId="1157956534">
    <w:abstractNumId w:val="7"/>
  </w:num>
  <w:num w:numId="6" w16cid:durableId="1162702974">
    <w:abstractNumId w:val="3"/>
  </w:num>
  <w:num w:numId="7" w16cid:durableId="1872842001">
    <w:abstractNumId w:val="2"/>
  </w:num>
  <w:num w:numId="8" w16cid:durableId="1568149846">
    <w:abstractNumId w:val="1"/>
  </w:num>
  <w:num w:numId="9" w16cid:durableId="1928150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AA1D8D"/>
    <w:rsid w:val="00B47730"/>
    <w:rsid w:val="00C90FD6"/>
    <w:rsid w:val="00CB0664"/>
    <w:rsid w:val="00E044D3"/>
    <w:rsid w:val="00F5283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2BCD4886-828F-4042-8BAE-DE890E6F4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5878</Words>
  <Characters>33506</Characters>
  <Application>Microsoft Office Word</Application>
  <DocSecurity>0</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39306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2</cp:revision>
  <dcterms:created xsi:type="dcterms:W3CDTF">2023-07-24T21:08:00Z</dcterms:created>
  <dcterms:modified xsi:type="dcterms:W3CDTF">2023-07-24T21:08:00Z</dcterms:modified>
  <cp:category/>
</cp:coreProperties>
</file>