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204A" w:rsidRDefault="00000000">
      <w:pPr>
        <w:pStyle w:val="Title"/>
      </w:pPr>
      <w:r>
        <w:t>Modern Trim</w:t>
      </w:r>
    </w:p>
    <w:p w:rsidR="00B2204A" w:rsidRDefault="00B2204A"/>
    <w:p w:rsidR="00B2204A" w:rsidRDefault="00000000">
      <w:r>
        <w:rPr>
          <w:b/>
        </w:rPr>
        <w:t>Date</w:t>
      </w:r>
      <w:r>
        <w:t xml:space="preserve">    2023-08-28</w:t>
      </w:r>
    </w:p>
    <w:p w:rsidR="00B2204A" w:rsidRDefault="00B2204A"/>
    <w:p w:rsidR="00B2204A" w:rsidRDefault="00000000">
      <w:r>
        <w:t xml:space="preserve">OK, welcome to the second session of the second day of the poodles and doodles, Summit and Helen Chaffer is here with Capal and she's going to do a Martin trim yeah. And actually, the role of Capal is being played by Savvy today. Ok, what do I know? Yeah, this is my color first puppy, but she's a great example capal isn't have a lot of hair from his last haircut. He's still growing back in, so we're going to cut her in. </w:t>
      </w:r>
      <w:r>
        <w:br/>
      </w:r>
    </w:p>
    <w:p w:rsidR="00B2204A" w:rsidRDefault="00000000">
      <w:r>
        <w:t xml:space="preserve">She's a six month old standard poodle puppy, so when we talk about the modern, what that is, it's like a updated version of our lamb trim so a fuller leg, a tighter body pressed pretty scissor top nut. So the first thing that I do when I start with my poodles is I go ahead and I block in their body. So what I'm going to do is I'm going to shorten that stair and then that's the whole square. Ok, so if I make my 2 lines here, then I know where my square belongs in the so then I go ahead and with my template. Sure, sanitary's done. It is. Ok, good i'm going to go ahead and clean my feet. </w:t>
      </w:r>
      <w:r>
        <w:br/>
      </w:r>
    </w:p>
    <w:p w:rsidR="00B2204A" w:rsidRDefault="00000000">
      <w:r>
        <w:t xml:space="preserve">And on a modern or most poodles with the trimmed topknob, we're going to go from ear corner to eye corner and then we're going to follow the two ear corners down in a V This is called our inner calic line. And then we stop right before the muscle starts turning under because they have a puts like a their throats, their cervical spine next to their body. So there's going to be a spot to stop. The easiest way to find that is by taking your hands, by making a yolk like a cow or an oxen. </w:t>
      </w:r>
      <w:r>
        <w:br/>
      </w:r>
    </w:p>
    <w:p w:rsidR="00B2204A" w:rsidRDefault="00000000">
      <w:r>
        <w:t xml:space="preserve">I start from under the chin and I go until it stops and it's hard to see on her because she's a puppy. But I saw from there and that's my shaved line. The reason that you stopped there is because the back of my hand is touching where her Withers are, her shoulder OK? And then my thumbs create that G when I'm holding them like that there's question fast fast. So you don't want to go below that because you're going to make their neck look really wide 1st and the smear me. </w:t>
      </w:r>
      <w:r>
        <w:br/>
      </w:r>
    </w:p>
    <w:p w:rsidR="00B2204A" w:rsidRDefault="00000000">
      <w:r>
        <w:t xml:space="preserve">So I'm going to do since you got copy of 15 in reverse, I'm going to start at the bottom of that line and then create a nice sharp V by putting my Clipper light in on one side and then one side stop my talking, try and make this forward to get to be a little bit better. Then I'm going </w:t>
      </w:r>
      <w:r>
        <w:lastRenderedPageBreak/>
        <w:t xml:space="preserve">to go speak up she again. So I'm getting used to it going to go pull her ear back. </w:t>
      </w:r>
      <w:r>
        <w:br/>
      </w:r>
    </w:p>
    <w:p w:rsidR="00B2204A" w:rsidRDefault="00000000">
      <w:r>
        <w:t xml:space="preserve">I'm pulling her ear over but not back. Or like moving the skin much because I don't want to move this line straight to the notes. Ok, you want to make sure they're clues which are the little loops here. Little part of the roll on my orders that are used to that, I do a 40 on the that's you don't want to give irritation put into front of main cleaning base. Yeah, on the side, cleaning out the ear corner chip by corner, right? The following might be from where I've made it on the side of the neck here. </w:t>
      </w:r>
      <w:r>
        <w:br/>
      </w:r>
    </w:p>
    <w:p w:rsidR="00B2204A" w:rsidRDefault="00000000">
      <w:r>
        <w:t xml:space="preserve">And you can make a really nice sharp line by putting your Clipper teeth straight down and then kind of doing a little scoop motion like you're flicking something with it. And then just do that along the edges of the line just give it a crisp, clean look. That's it. Yeah and that is the front clipboard. Hopefully you can see that a little bit better now of course, it's a black dog in a black corner with a black loop. So then the next step is we're going to step her front. </w:t>
      </w:r>
      <w:r>
        <w:br/>
      </w:r>
    </w:p>
    <w:p w:rsidR="00B2204A" w:rsidRDefault="00000000">
      <w:r>
        <w:t xml:space="preserve">And so the front assembly is what gives us this chest here, OK? And now since she's so young, she doesn't have much of a chest so we're going to build it. And we're not going to build it in the way a lot of people think about building their chests and their poodles. A lot of people leave extra hair. And what that creates is kind of like a Dolly Parton effect where it's so unnaturally large for the dog. </w:t>
      </w:r>
      <w:r>
        <w:br/>
      </w:r>
    </w:p>
    <w:p w:rsidR="00B2204A" w:rsidRDefault="00000000">
      <w:r>
        <w:t xml:space="preserve">So instead, I like to take her away and leave it in other places that are going to make the dog look more compact, because a lot of poodles are long and tall, but they should be groomed so that they look square. And I'll explain what square means when we get to when we get these two apartments. So along multiple lines that I created right here, I'm going to take my straights and I'm going to angle them slightly away backwards and I'm just making this line nice and tight that I clippered in. </w:t>
      </w:r>
      <w:r>
        <w:br/>
      </w:r>
    </w:p>
    <w:p w:rsidR="00B2204A" w:rsidRDefault="00000000">
      <w:r>
        <w:t xml:space="preserve">Ok, I'm following both sides of the V everybody is done but Ariel's cat that we had our power outage so it's been a fun day. So puppy, you can see this side is going to be really clean now versus this side. We're defining the neck and the so go ahead and do it on both sides. And as I get further away from my shade line, I'm going to bevel out so I'm not going to cut it real tight all the way here because then I cut all this off and it would look weird. This is how creating and defining the neck box. </w:t>
      </w:r>
      <w:r>
        <w:br/>
      </w:r>
    </w:p>
    <w:p w:rsidR="00B2204A" w:rsidRDefault="00000000">
      <w:r>
        <w:t xml:space="preserve">So this is the top of that front assembly, which it's from the Withers to the point of chest to the elbow. There's a triangle there. So I'm just cutting in the front of my sculpture so that I can see where my crime is going to be. I'm going to be from you, but you know, because it's to be boring for them, but it can also be really fun in a good bonding time so you want to get </w:t>
      </w:r>
      <w:r>
        <w:lastRenderedPageBreak/>
        <w:t xml:space="preserve">them up on the table. </w:t>
      </w:r>
      <w:r>
        <w:br/>
      </w:r>
    </w:p>
    <w:p w:rsidR="00B2204A" w:rsidRDefault="00000000">
      <w:r>
        <w:t xml:space="preserve">You can get them there trees, but you know we have a lot of them so it can be really you know, it's some really good. But as you can see, now I've defined the top of my chest, so like, I've taken hair off, but she looks like she has more definition. Ok, so then you can see it right now where she's popped out through to have her, kind of where I would have her if I was staffing her. </w:t>
      </w:r>
      <w:r>
        <w:br/>
      </w:r>
    </w:p>
    <w:p w:rsidR="00B2204A" w:rsidRDefault="00000000">
      <w:r>
        <w:t xml:space="preserve">So this is the top of my chest now I have to bring it back in because we don't need all this hair here. It's just going to make her look weird. So because she's a puppy, I'm going to switch to my chunkers and from the bottom of that V, I'm going to go straight down, right straight down and then I'm going to come in, so I'm straight down. And then once we get under where basically the point of my triangle, the point of the chest, I'm going to come back in towards the leg now I know where I want it on her. And again she gets the chest, so I know they can line me up spending to get a check until about two years, 1815 months. </w:t>
      </w:r>
      <w:r>
        <w:br/>
      </w:r>
    </w:p>
    <w:p w:rsidR="00B2204A" w:rsidRDefault="00000000">
      <w:r>
        <w:t xml:space="preserve">Their checks will drop, but the point of checks should be even with the point of rear, so you should be able to draw a line halfway from cigar. And that's the mid bar. So good right now we need one and so that it's where I'm going to put my return forum, which is your premium chest where the forum literally mixed by. So this is that shape that I'm creating. This is the chest. No it's not this i don't know if you can see that, but I've taken it into here and versus this other leg, you can kind of see it when if she would stand. </w:t>
      </w:r>
      <w:r>
        <w:br/>
      </w:r>
    </w:p>
    <w:p w:rsidR="00B2204A" w:rsidRDefault="00000000">
      <w:r>
        <w:t xml:space="preserve">This leg here looks higher. I'm starting to get like kind of what I consider the smiley face in there. Gonna move this better. Ok, so you could see difference in the definition there. This light looks longer because I've created this line here that's created making it look higher. Can you stand please? And not in the light put your foot down. Ok, so you could see how I've defined the chest on this side, but it's not very well defined on this side. And I apologize. The lighting here is churches and I have this beautiful spring light holder thing. And unfortunately, sorry and unfortunately the harness part broke for my phone so we are winging it a little bit today. </w:t>
      </w:r>
      <w:r>
        <w:br/>
      </w:r>
    </w:p>
    <w:p w:rsidR="00B2204A" w:rsidRDefault="00000000">
      <w:r>
        <w:t xml:space="preserve">So I'm going to come to the side because this is the shape that I'm making, right so I don't look clean in front of the dog and the other because I don't want to lose any of my, I don't know. This is if you have a toy, a puppy that you are working on or work with A groomer's wool would be really helpful mine is unfortunately at full or totally I've done that. They must. I mean, I don't get any benefit from plugging them but Tommy's a great person and I love him and I love their products. </w:t>
      </w:r>
      <w:r>
        <w:br/>
      </w:r>
    </w:p>
    <w:p w:rsidR="00B2204A" w:rsidRDefault="00000000">
      <w:r>
        <w:lastRenderedPageBreak/>
        <w:t xml:space="preserve">So you know, great tool for table training, especially smaller dogs. They're still figuring out. So I'm wrapping my angle what I mean by wrapping my angle is I'm taking this line and I'm bringing that to that triangle that we talked about early because I want to express that shade to give her this like elegant neck and shoulder with that and create diagonation in there and I'm going to, I can't just ruin the dog here and then here and hope it matches. So I'm taking my jumpers and I'm going on an angle. So not straight down, but like kind of pointing it out, like away from the dog. </w:t>
      </w:r>
      <w:r>
        <w:br/>
      </w:r>
    </w:p>
    <w:p w:rsidR="00B2204A" w:rsidRDefault="00000000">
      <w:r>
        <w:t xml:space="preserve">So it's not straight. It's a little way she's going to express the muscle and visually move her brother's back because she's a little high in the weather right now, right here like I said, she's young. Her body's going to change a lot, Dutch, so when I'm scissoring, I always scissor towards my eyes again. So if I'm doing the bottom of the triangle, I'm going to have my points of my scissor up towards that point of chest. Honey, I really need to chill, OK? And then I'm going to come back to that street, and that's below my deadline. So I'm Beverly kind of up at that point and then when I'm going to the top part, I beveled the other one. </w:t>
      </w:r>
      <w:r>
        <w:br/>
      </w:r>
    </w:p>
    <w:p w:rsidR="00B2204A" w:rsidRDefault="00000000">
      <w:r>
        <w:t xml:space="preserve">That'll be so foot fur or that's her front, that's her chest breaking. So we've given her definition and a little bit of that, you know, I'm putting her leg underneath. The burden seeing her point of finding your chest is to put the leg under the dog because they have a poor catch, which means that their head is starting in front of themselves and then of like one time so we can find this that is the front of our square. Now we're going to go back to the root. </w:t>
      </w:r>
      <w:r>
        <w:br/>
      </w:r>
    </w:p>
    <w:p w:rsidR="00B2204A" w:rsidRDefault="00000000">
      <w:r>
        <w:t xml:space="preserve">Poodles has upper side, a lower side, and a hawk. I her clean. Her clean feet are done already if anybody doesn't know how to clean feet, I will make a video on a dog that is not her. She's a little bit of a quick show. So poodles cat and a look like a dog and a water retriever. Or maybe you can look really stylish. So we want this sleep of leg and this sleep of leg to be the same. </w:t>
      </w:r>
      <w:r>
        <w:br/>
      </w:r>
    </w:p>
    <w:p w:rsidR="00B2204A" w:rsidRDefault="00000000">
      <w:r>
        <w:t xml:space="preserve">And for balance we want each part of the leg to look equal. So the upper side, the lower side and the hop will all be the same kind of leg. The upper side is from the ileum or the head bone to the ischium or pin bone to the knee to the top of the knee or the bend of straight. So that's that this whole area right here. So then we have the knee to the top of the hop joint which is their ankle basically back here kind of like their shin. </w:t>
      </w:r>
      <w:r>
        <w:br/>
      </w:r>
    </w:p>
    <w:p w:rsidR="00B2204A" w:rsidRDefault="00000000">
      <w:r>
        <w:t xml:space="preserve">So that's this middle part. And then we have the hop, which is that bone that connects the foot to the leg. So I'm going to the way that we put in our rear regulation. The longest point on the back of the dog is the pin bone. So I'm going to put my thumb right on her pin bone. It's right here and I'm going to take my scissors and go from underneath. And I'm just going to really define that pin bone into that bend of cycle, not going to go beyond the bend of </w:t>
      </w:r>
      <w:r>
        <w:lastRenderedPageBreak/>
        <w:t xml:space="preserve">cycle because I'm just working on setting up my upper side right now, right? And much like I've pulled my cuts around, I'm going to pull this into a Half Moon shape on the side of the Dome. </w:t>
      </w:r>
      <w:r>
        <w:br/>
      </w:r>
    </w:p>
    <w:p w:rsidR="00B2204A" w:rsidRDefault="00000000">
      <w:r>
        <w:t xml:space="preserve">I'm just really, it's really real tight. From the bend of cycle up to the there's very few drops that you need to leave any need back usually use these things to make it a little higher generally speaking, not ever really lower because it'll kind of look like a dumpy danger. Now, I didn't touch any of the side part of my leg here like this upper part of the side, the part that I touched, because that's where we're declining our muscle. This is coming in underneath of that. Ok, so not here, just on the side here, OK, where the knee actually bends then I've done the bottom part of manipulation now I'm going to take from the pin bone to the hip bone. </w:t>
      </w:r>
      <w:r>
        <w:br/>
      </w:r>
    </w:p>
    <w:p w:rsidR="00B2204A" w:rsidRDefault="00000000">
      <w:r>
        <w:t xml:space="preserve">It's generally 30 to 45 degrees. She's got a pretty good tail set there, so it's going to follow her natural lines. I'm going to head and set in my scissors and I'm going to my straights and I'm going to aim from my is she on to my ilium, my pimple to my hip bone on the side of the tail and I'm going in towards the spine so the points of my scissors are over the spine and then I'm just coming straight out. I'm not going to brush down. I'm just going straight out on the side, Oh my. And then so the depth that I made that it's going to be my top line. </w:t>
      </w:r>
      <w:r>
        <w:br/>
      </w:r>
    </w:p>
    <w:p w:rsidR="00B2204A" w:rsidRDefault="00000000">
      <w:r>
        <w:t xml:space="preserve">So I'm going to follow the length that I need there and I'm going to put in my top line that's going to be my new top line. So and I know I want my top line to stop about you, which is 4 fingers beyond the weather. But it's also like wear the hair. I know, like everything touches up when I go like this and that will also put that's where we're going to put her cracks and it's in line with her. But I'm going on everything that's on her because like I said she's a puppy and things are going to change. So then I'm just going to take all this top line down because we don't need a lot of her back here, just enough to cover. </w:t>
      </w:r>
      <w:r>
        <w:br/>
      </w:r>
    </w:p>
    <w:p w:rsidR="00B2204A" w:rsidRDefault="00000000">
      <w:r>
        <w:t xml:space="preserve">You know people ask how much hair do you need? If they have a Roach which is a high spot from the back or a low spot, you want to start there, not necessarily a low spot I should say. If they have a Roach, you want to start the Roach because that's going to be your the shortest length that you do and you want the top line to look low and minis are victorious for having roaches so and Sandra's puppy, I don't think she really has her Roach. Hard to say and she doesn't want to escape till girl March. Maybe it looks like help you again. You have the control puppy at home that you're trying to table train a stacking box or stacking the stacking box because the train can wear to their feet and then that way they can't really move like she's moving because her feet then like they should. </w:t>
      </w:r>
      <w:r>
        <w:br/>
      </w:r>
    </w:p>
    <w:p w:rsidR="00B2204A" w:rsidRDefault="00000000">
      <w:r>
        <w:t xml:space="preserve">If they set off, you know, it's just there underneath the hum. It makes them nervous so then they just kind of learn to stand the correct way, taking all of this down that we don't need. </w:t>
      </w:r>
      <w:r>
        <w:lastRenderedPageBreak/>
        <w:t xml:space="preserve">Girl, it's definitely a Monday, friends. And I'm just moving on to Chunkers because she wants to move so much and I'm afraid, go take a big giant, give it out. All right, we have a question yes. Any tips for a Rochie back in a low towel set and she thinks she and that's Jamie jamie says you're doing well, so that was a busy, hard combo. </w:t>
      </w:r>
      <w:r>
        <w:br/>
      </w:r>
    </w:p>
    <w:p w:rsidR="00B2204A" w:rsidRDefault="00000000">
      <w:r>
        <w:t xml:space="preserve">If I had a really roachy back and a little tail set, I would honestly probably not do a matter. The reason for that is because you can hide that fault better on something like a German. So a German is very similar to this with what happened, the table hasn't go on for Infinity. The turbine's very similar, but depending on the shape of your actual tip so not this shape that I'm giving you, but the actual tail. If you have a pretty solid tail, you can do a full shape on it with like a 10 or 7 just make sure you match your ears so if the tail shaped the ears are shaved short or you can do more of a traditional like Cary tail where it's trims like a carrot. </w:t>
      </w:r>
      <w:r>
        <w:br/>
      </w:r>
    </w:p>
    <w:p w:rsidR="00B2204A" w:rsidRDefault="00000000">
      <w:r>
        <w:t xml:space="preserve">And the reason I bring that up is because Cary Blues have a different there's the same tail set, so their tail is still set in between those two bones, just like a poodle off of the top of their top line. And you can even see here her tails kind of maybe over here. If I pull her tail up, there's big lump here. And it's because even though her tail is technically correct right now, she's still a puppy and so she's actually like a little under herself. So her hip and her hips right now are angled this way instead of more forward as she grows, that's going to change. So I'm just working on what I have structurally today if that's what you have and that's how it grew up and that's fine. </w:t>
      </w:r>
      <w:r>
        <w:br/>
      </w:r>
    </w:p>
    <w:p w:rsidR="00B2204A" w:rsidRDefault="00000000">
      <w:r>
        <w:t xml:space="preserve">I would do a Cary tale on the German because you can do your street top line and then you can fix it here like right in here you would fill in a little bit, do a carrot and then you can also then reset your redefine your helium and your issue. So if you're cushion is down here, your pin bone is down here like hers is. </w:t>
      </w:r>
      <w:r>
        <w:br/>
      </w:r>
    </w:p>
    <w:p w:rsidR="00B2204A" w:rsidRDefault="00000000">
      <w:r>
        <w:t xml:space="preserve">You can then just scissor in the correct angle and start your top line someplace else and then you would go from the I would if you have a little tail set, I would set that back first and then go from the Roach and work your way back to that tail set. I hope that helps and makes sense. But that is that's a tough combo that's you know all the things considered, we use the best dog we can when we go to the competition ring. So if you're competing and that is your best dog that you can compete with, you do the best you can and you tell your judge said, hey, they're Rochie and they've got a little tail set and this is what I'm going to do to correct it because it's about understanding what you need to do and that's for certification as well. </w:t>
      </w:r>
      <w:r>
        <w:br/>
      </w:r>
    </w:p>
    <w:p w:rsidR="00B2204A" w:rsidRDefault="00000000">
      <w:r>
        <w:t xml:space="preserve">And then if you know, if it's just a funding and usually it's very like a lot of things. And so like it's going to make you if it's not something that you're like, I'm in the practice that I want it out of this because of the structure, you know, have fun with it, that there's no rules really when it comes to pets and grooming and you know, we can have a lot of adventures in </w:t>
      </w:r>
      <w:r>
        <w:lastRenderedPageBreak/>
        <w:t xml:space="preserve">here. </w:t>
      </w:r>
      <w:r>
        <w:br/>
      </w:r>
    </w:p>
    <w:p w:rsidR="00B2204A" w:rsidRDefault="00000000">
      <w:r>
        <w:t xml:space="preserve">All right. So let me look from this side because. Yeah, so you can see that she's got this big walks here and I'm going to have to cut that thing because otherwise she's just got a warm back here 2 tails yes you yes. So while her tails up, I'm going to fix this. I am going to shave it, but I need to just know where I'm going to shave it to and I know I realized The Walking to see there but I'm just flattening that out yeah. Sorry guys that'll like sit like it's actually. </w:t>
      </w:r>
      <w:r>
        <w:br/>
      </w:r>
    </w:p>
    <w:p w:rsidR="00B2204A" w:rsidRDefault="00000000">
      <w:r>
        <w:t xml:space="preserve">But at least you're getting like I do groom real dogs and not every dog is perfect and we work with the dogs that are on the table and she's got the baby baby. So we're talking a lot about each other. Ok so I flattened i flattened that part out. And so now I'm just going to go and I'm going to put a little V is the best and I'm just going to make it so that it looks like her tail is on top of her top one. So probably to right where her hip bone actually is because her tail should look like it's coming out like here, OK. </w:t>
      </w:r>
      <w:r>
        <w:br/>
      </w:r>
    </w:p>
    <w:p w:rsidR="00B2204A" w:rsidRDefault="00000000">
      <w:r>
        <w:t xml:space="preserve">And right now it's not. So I'm going to make it look like it is, and this is kind of there's no hard, can you please turn your? There's no hard and fast rule if that cannot make your triangle back here too wide, you don't want it any harder than the actual tail. And it's just to visually link in the tail just to like put it in kind of the correct spot. </w:t>
      </w:r>
      <w:r>
        <w:br/>
      </w:r>
    </w:p>
    <w:p w:rsidR="00B2204A" w:rsidRDefault="00000000">
      <w:r>
        <w:t xml:space="preserve">So I'm doing this with the fifteenth, and it's just like a conventional cheat. It just kind of helps to find where you want your tail. Ok. So you'd see that's not really trying to carry you around my that puts her tail up higher because then there's not all this hair here and then again, I'm going to go ahead and take my streets, so I'm going to bevel that triangle in just a little bit. Not quite excited to connect there, just to give her a little bit more definition back here all right, here we go. </w:t>
      </w:r>
      <w:r>
        <w:br/>
      </w:r>
    </w:p>
    <w:p w:rsidR="00B2204A" w:rsidRDefault="00000000">
      <w:r>
        <w:t xml:space="preserve">This might even be too much heroin for top line still, but she's being so wiggly and I don't. I don't want to take it too low or accidentally, so now I have my chest and my back and then put this. Up So now we talk about the square. So this is actually a roadie. I'm listening from the bird one. Throw it off. So when we talk about the square, we're talking about this space, OK? From the front of the back leg to the back of the front leg under the dog to the ground. </w:t>
      </w:r>
      <w:r>
        <w:br/>
      </w:r>
    </w:p>
    <w:p w:rsidR="00B2204A" w:rsidRDefault="00000000">
      <w:r>
        <w:t xml:space="preserve">If you look at pictures of dogs that are square and this to here and this to here would be even okay. Same thing with if we take this here from the ground to the elbow, it should be the same here. That's what makes the dogs look square. Now, in an ideal world, every dog would be born square, but they're not. They're mostly rectangles some of them are trapezoids. It gets weird there. So, well, our job is to make it look square. The way you do that is we grow knee hair in which she needs more like hair obviously we're not going to </w:t>
      </w:r>
      <w:r>
        <w:lastRenderedPageBreak/>
        <w:t xml:space="preserve">touch her legs too much today. </w:t>
      </w:r>
      <w:r>
        <w:br/>
      </w:r>
    </w:p>
    <w:p w:rsidR="00B2204A" w:rsidRDefault="00000000">
      <w:r>
        <w:t xml:space="preserve">And then we define our tuck up. So the tuck up should generally be where the knee touches the dog and it kind of creates it pulls this back leg forward more so now that I have my rear and my front I can start bringing the dog into the middle. The tuck ups may be the last thing I do. However I am going to like I said, I'm not going to take a lot of hair off her back legs, but I am going to fix this up a little bit because this is another spot that a lot of people mess up or struggle in. </w:t>
      </w:r>
      <w:r>
        <w:br/>
      </w:r>
    </w:p>
    <w:p w:rsidR="00B2204A" w:rsidRDefault="00000000">
      <w:r>
        <w:t xml:space="preserve">Kudos should have a lot of hawk hair. Ok so this is the hawk and it should be very well angulated. A quick, like I said, are pretty well done already. So a quick reset bracelet kit and a quick tick on them. It's to pull all the hair down OK to your sheet line on your foot, right. Then I'm going to take my 5 and ones on a 40 blade and then I'm going to go ahead, wait for her to stop and maybe and then I'm going to tap straight down. Ok it's straight down. Not in, not this way like we normally would do, straight down. </w:t>
      </w:r>
      <w:r>
        <w:br/>
      </w:r>
    </w:p>
    <w:p w:rsidR="00B2204A" w:rsidRDefault="00000000">
      <w:r>
        <w:t xml:space="preserve">And I'm going to create A and it's a quick way to black off some hair, especially in the competition ring, but also in your lawn on the. That's it on the back foot, you go right to the big path to the back of the big path on the front legs with their columns. You would not do that. My struggle is real. One thing I don't do with puppies is I don't fight with them. I don't yell at them they're just being puppies. I'm trying to keep her foot in a natural position I don't want. </w:t>
      </w:r>
      <w:r>
        <w:br/>
      </w:r>
    </w:p>
    <w:p w:rsidR="00B2204A" w:rsidRDefault="00000000">
      <w:r>
        <w:t xml:space="preserve">She's clearly not used to this, but she's still a baby but I don't want her in words. Also that bad habit of like if I ask a fool, somebody sounds like go. So I don't let go and I keep some control over the dog but I'm also not going to let the dog like yank herself all over the place you can see like I'm going with her to her knee. I'm not letting go. And if she turns, I'm putting my finger up here above the hawk, which is hard to see, but it's my pinky. </w:t>
      </w:r>
      <w:r>
        <w:br/>
      </w:r>
    </w:p>
    <w:p w:rsidR="00B2204A" w:rsidRDefault="00000000">
      <w:r>
        <w:t xml:space="preserve">I'm just touching that tendon, because if you put a little pressure on that tendon, it takes some of their strength away from it. So that way she can't, like, really hurt herself. And I'm not pulling her knee out of a weird jerky motion. But I'm also being firm, and I'm not making a big deal about it because it's not a big deal i'm holding your foot you're going to lift. Good girl. She did a good job. Now we're going to put it down since we're done with it, and we're going to stand like a big dog. So we have our bracelet. </w:t>
      </w:r>
      <w:r>
        <w:br/>
      </w:r>
    </w:p>
    <w:p w:rsidR="00B2204A" w:rsidRDefault="00000000">
      <w:r>
        <w:t xml:space="preserve">You can see it, really. It pulled it up a lot. It exposed the foot. She's got really pretty feet. I'm just that off, OK? So there's like you can see the little cuff around it that we created. I'm going to take my curves and I'm going to clean up any of that. And I just I lay it kind of on the </w:t>
      </w:r>
      <w:r>
        <w:lastRenderedPageBreak/>
        <w:t xml:space="preserve">foot and out at a 45 degree angle and then come back around in the front here of the foot, the front part of that foot, it's shorter than back here this is what's going to give us all that angulation so if you think about like a bracelet here, it's real short here and all the hairs back here, so you want those are basically the same thing but in a shorter fuller headlight version. </w:t>
      </w:r>
      <w:r>
        <w:br/>
      </w:r>
    </w:p>
    <w:p w:rsidR="00B2204A" w:rsidRDefault="00000000">
      <w:r>
        <w:t xml:space="preserve">Ok. And there's this lines are ankle so they don't have ankles. And then back here, like I said, this is highly, this dog has taken all my life and I angulated, Oh my God, I was like articulated, articulated my brain with stuff. So I take all of this and I just kind of really enhance that fat thing, the 45 there. That's because if you put behind or down. So then what do we do with all this? Well, we want to grow some of this into there, but not all this stuff here, all that fuzzy stuff, Alright, I'm trying to like get this so you guys can see, alright, I'm done so we don't want all this stuff here, OK? It's all like puppy flips. </w:t>
      </w:r>
      <w:r>
        <w:br/>
      </w:r>
    </w:p>
    <w:p w:rsidR="00B2204A" w:rsidRDefault="00000000">
      <w:r>
        <w:t xml:space="preserve">You can kind of see if you have an error here. So what I do is I pick my leg up, it will shake, comb it out, and I comb side to side and when I come side to side, I turn my head off with my very robertous, sweet puppy. I can see anything that's sticking out when I look from behind Okay, so you can kind of see all those little strings there. So I'm going to cut those from below the expensive staple, but above the hop where it starts to turn here. </w:t>
      </w:r>
      <w:r>
        <w:br/>
      </w:r>
    </w:p>
    <w:p w:rsidR="00B2204A" w:rsidRDefault="00000000">
      <w:r>
        <w:t xml:space="preserve">I'm going to leave all that because I want that hair to bring more fullness back here and they're just cutting off all any of that length. Remember I combed it from side to side, straight down the middle. The inside of all of your legs on every dog that you should ever groom should be parallel lined. That means that from the thick part of the muscle where we do our sanitary, straight down should be a straight line there shouldn't be anything hanging out. </w:t>
      </w:r>
      <w:r>
        <w:br/>
      </w:r>
    </w:p>
    <w:p w:rsidR="00B2204A" w:rsidRDefault="00000000">
      <w:r>
        <w:t xml:space="preserve">When I pick this leg up and call, I was like, oh, let me plug in the ring light and the because it's broken, I left the court altogether. Oh, I'm sorry. I tried guys. So now, so now you can see how much of A hop. And we can see the knee, we can see the bed, we can see the hop so this part, this part and this part are all even, all right, So now we're going to work on bringing this together. Poodles have a, well, strong rib cage. So what that means is they're heart-shaped so it's wider at the top and then it narrows down here again there were water retriever, dogs, people meet Puddle and German going to do is going to go through this angle that we meet back here. </w:t>
      </w:r>
      <w:r>
        <w:br/>
      </w:r>
    </w:p>
    <w:p w:rsidR="00B2204A" w:rsidRDefault="00000000">
      <w:r>
        <w:t xml:space="preserve">And remember how I talked about that midline? I'm going to scissor everything above the midline to this widest point. The midline is the widest point and then everything from the midline down in to the middle and that's going to got that kind of narrow. You don't want them slab sided slab sided means that they look straight, like really narrow. When you from </w:t>
      </w:r>
      <w:r>
        <w:lastRenderedPageBreak/>
        <w:t xml:space="preserve">the front you want them kind of this way, like the out and then in follow this line that I created and my tips and my scissors in the back. This is my weather. I'm just heading into the weather since the forefingers, so my tips are going back because I'm visually bringing this back into the top line that I created. </w:t>
      </w:r>
      <w:r>
        <w:br/>
      </w:r>
    </w:p>
    <w:p w:rsidR="00B2204A" w:rsidRDefault="00000000">
      <w:r>
        <w:t xml:space="preserve">The top line is the slide area, the length of my top line, and I'm going to pull everything else into that, so bring me up to the place she's in an American puppy so the best way to get a modern is to take top line news. So just going to leave that space for the weather car. And then I'm cutting the shoulder because we want our Redstone to start where our shoulder is stick to the left. So we want to make sure that he define that shoulder because that's the base of the neck. </w:t>
      </w:r>
      <w:r>
        <w:br/>
      </w:r>
    </w:p>
    <w:p w:rsidR="00B2204A" w:rsidRDefault="00000000">
      <w:r>
        <w:t xml:space="preserve">Ok, You are a bitch and I'm coming back to meet this muscle that I've already been taught. So I'm going to attempt you guys this, but over top you can kind of see where I'm defining that rib on this side versus this side which has pretty much no definition and nobody judged the state of the salon i had a Subway first thing this morning so and I hope nobody's motion sick getting motion has motion sickness watching us. So we're going to go ahead and we're going to keep doing this we're going to set in this line, and I'm working this here, up here, down into the second spice. Ok, baby, generally speaking, you don't want to do this, but she's pretty over me. </w:t>
      </w:r>
      <w:r>
        <w:br/>
      </w:r>
    </w:p>
    <w:p w:rsidR="00B2204A" w:rsidRDefault="00000000">
      <w:r>
        <w:t xml:space="preserve">I'm going to top right down and then I'm going to take that bottom part of my triangle and I'm going to follow that underneath. Ok, So under the ribs you can go up or down. I like to go down with curves a lot versus the straights because then I can get that little down part of my heart. And then when you get to the clear, this is. So again, we're going to put that puzzle where her knee hits. So I'm picking your knee up into her body. It's right here. So let's put a little launch here right now. This is going to be her way and you can feel that it's reading her back last rib, but some notes are missing her red box have an extra red, but this is your point so I'm going to add this coming especially from underneath here. </w:t>
      </w:r>
      <w:r>
        <w:br/>
      </w:r>
    </w:p>
    <w:p w:rsidR="00B2204A" w:rsidRDefault="00000000">
      <w:r>
        <w:t xml:space="preserve">I'm going to kind of windshield wiper this in to follow that loin based kind of muscle muscular shirt. And again, I'm not cutting into my neck, my tips are pointing back away from my mother's stock TV Next, just throw that down. I'm doing a little bit on the side of it. It's not potentially and so I could just set back, make sure that you're not having you stick out to cook. You still have like a lot of rock on here. Could be normally thought and it does not need to be long all the time because it's very short. We don't want to see skin i want to drink that now like you can see and he actually lives back there. </w:t>
      </w:r>
      <w:r>
        <w:br/>
      </w:r>
    </w:p>
    <w:p w:rsidR="00B2204A" w:rsidRDefault="00000000">
      <w:r>
        <w:t xml:space="preserve">A lot of people will be like an each home work stuff here and like honestly you don't have to be shot. It will be very short, really see that but it's the problem is here, this is a very long, </w:t>
      </w:r>
      <w:r>
        <w:lastRenderedPageBreak/>
        <w:t xml:space="preserve">but you can really see the spine of that come down, worry about coming like this okay. You'll see judges do that. And what I see a lot of competitors do is they go like this and that's not what they're doing. They're going in and down like really close together. So it's really fast. But a lot of people do this and they think they're doing something you're not. </w:t>
      </w:r>
      <w:r>
        <w:br/>
      </w:r>
    </w:p>
    <w:p w:rsidR="00B2204A" w:rsidRDefault="00000000">
      <w:r>
        <w:t xml:space="preserve">You want to go in at the skin pull out and you go back and it's like very tiny, tiny rooms. The choices are looking for your scissor work at that point. So if you're gonna call like that, make sure that you're very consistently together. Strip wise, maybe. Probably different. Ok, now you've got a stock. You've got a stock you're embarrassing your mother. I'm sure she was in this room. All right. Ok. It's up for the coming. Everything up you give her a little shit puppy here and then I'm just going to baby, please love God. </w:t>
      </w:r>
      <w:r>
        <w:br/>
      </w:r>
    </w:p>
    <w:p w:rsidR="00B2204A" w:rsidRDefault="00000000">
      <w:r>
        <w:t xml:space="preserve">Thank you. So look, my darling coming back, OK being consistent with everything that I have and I'm going under and as I go under, I'm going under at an angle. Ok, So you could see my tips aren't this way they're this way. And that's to make the point of that heart shape. And it's not generally like a real point. It's like one of those soft points and hard like soft hearts that used to make like when you were first learning to grow hearts. </w:t>
      </w:r>
      <w:r>
        <w:br/>
      </w:r>
    </w:p>
    <w:p w:rsidR="00B2204A" w:rsidRDefault="00000000">
      <w:r>
        <w:t xml:space="preserve">So those squished rib cages for poodles, but it is more narrow under here and that's again, because they're water retrievers. They need to be able to do real strong strokes. So you don't want a big barrel chested rib cage under there that's going to inhibit thorough motion. And I'm still just taking this off. We're going a little slow normally, and especially for competitions, and if not, but because it's, you know, to take and to sculpt the haircut because it's taking me choices long to do. </w:t>
      </w:r>
      <w:r>
        <w:br/>
      </w:r>
    </w:p>
    <w:p w:rsidR="00B2204A" w:rsidRDefault="00000000">
      <w:r>
        <w:t xml:space="preserve">But because she's such a fit, I don't want to screw anything out up that's going to be unfixable. So it's better to be conservative with my time then to people with my sisters. So we can kind of see now she's been in a real free shape on this side, OK, on our side and then the other side. It was so kind of like a little blobby and a small American there. </w:t>
      </w:r>
      <w:r>
        <w:br/>
      </w:r>
    </w:p>
    <w:p w:rsidR="00B2204A" w:rsidRDefault="00000000">
      <w:r>
        <w:t xml:space="preserve">So with her top line now on the side and leading the side of her, Angela too. So I'm just going up. Remember we left four four fingers for the withers. I don't hate the shape of her verification i think it's a little full and try to get in, but I don't go here so and I apologize because this is like in the healthy mode and I can't. So it's that and then we have this like, on her back leg here. </w:t>
      </w:r>
      <w:r>
        <w:br/>
      </w:r>
    </w:p>
    <w:p w:rsidR="00B2204A" w:rsidRDefault="00000000">
      <w:r>
        <w:t xml:space="preserve">So all this and that's this is what we're going to be working on now. I touched it. Can't start my video mary. Sorry turn the camera back on. I had to go. Of course I had to go walk the dog sorry i had, like, exactly the wrong spot on my stupid phone. So we're gonna work on </w:t>
      </w:r>
      <w:r>
        <w:lastRenderedPageBreak/>
        <w:t xml:space="preserve">that little hump here now. So I've been working, looking at the zoom. It's been a minute. And I was like this big on my screen and I was like, I can't see what I'm showing people. </w:t>
      </w:r>
      <w:r>
        <w:br/>
      </w:r>
    </w:p>
    <w:p w:rsidR="00B2204A" w:rsidRDefault="00000000">
      <w:r>
        <w:t xml:space="preserve">And then I just clicked it to see if I can make it bigger and now it's bigger so I think this is going to go, sorry guys, I'm new here. I'm having a Monday. It's a Monday oK. So we're going to work. We're going to work on this hump here. Ok. So all this excess hair right here, all right. We don't need that because they don't they need a booty. But not so I'm going to make, I'm going to take this angle that I created here and I'm going to spin it because if I look if she you can see that ledge where it might stop. </w:t>
      </w:r>
      <w:r>
        <w:br/>
      </w:r>
    </w:p>
    <w:p w:rsidR="00B2204A" w:rsidRDefault="00000000">
      <w:r>
        <w:t xml:space="preserve">There's a ledge here, OK, right here. And then there's this hump, that's the ledge, hump and then leg. So it looks like her light comes up here, which would be fine if we're doing a town and country, but we're not. So what I'm going to do is the angle that I created back here. I'm going to take my chunkers, my blenders, and I'm going to follow it. So what I'm going to do is I'm going to put my blenders here, yes ma'am, and I'm going to scissor it without moving the points. </w:t>
      </w:r>
      <w:r>
        <w:br/>
      </w:r>
    </w:p>
    <w:p w:rsidR="00B2204A" w:rsidRDefault="00000000">
      <w:r>
        <w:t xml:space="preserve">So I'm going to rotate, OK kind of like I'm a pivot point, but from my from my points, I'm going to pretend that my points are anchored, OK. And then that way I'm not going to cut off my thigh, but I am going to make that back end look like part of the full dog hopefully. Yeah, you can really like it is it's this they give me kind of see it right there it looks like a tumor like this right here. That's what we're attacking. </w:t>
      </w:r>
      <w:r>
        <w:br/>
      </w:r>
    </w:p>
    <w:p w:rsidR="00B2204A" w:rsidRDefault="00000000">
      <w:r>
        <w:t xml:space="preserve">So yeah, I've been putting my point in, putting it spot in one leg since she doesn't move, putting my point in and then I'm taking and rotating from my shoulder to the side and I'm meeting that top line in point. Ok, so rotating with my shoulder and my shoulder you are. I can see, Remember here I work on that. And again, it's all about maintaining that like thirty forty five degrees, 72 all of this motion of following the plane but not coming in, just cutting off like the edge of your angle to smooth it. </w:t>
      </w:r>
      <w:r>
        <w:br/>
      </w:r>
    </w:p>
    <w:p w:rsidR="00B2204A" w:rsidRDefault="00000000">
      <w:r>
        <w:t xml:space="preserve">That's beveling so it's just like you would do for Cocker feet, you know, if you beveled A cocker's foot, you would follow it around all the way around at that 45 degree angle because we're giving us a nice round so I still think that that's reptage is too heavy because the hair's starting slit, so that's in B for press. I think that her, she's actually pressed very well. Good job, Angela, or the reasonable length so we're going to go ahead and OK, following my midline, OK, we take a little bit more length off the search page when I get to the point I'm rotating so I'm rotating from my point epivoting from my point for well, it's actually up to the point on their scissor. </w:t>
      </w:r>
      <w:r>
        <w:br/>
      </w:r>
    </w:p>
    <w:p w:rsidR="00B2204A" w:rsidRDefault="00000000">
      <w:r>
        <w:lastRenderedPageBreak/>
        <w:t xml:space="preserve">So that's far Okay it versus pivoting from my point. I'm going to actually pivot from my pivot, and that's going to take me that plate, because poodles do have a fine plate. Oh my God, put that anywhere. If anybody ever sees me in a competition, I have 9 million homes and This is why I also do it at work. It's a very bad habit. I just throw homes so that I describe another one phone wrong. So protein 5 favorites Apologer now i'm still following my midline, going in towards my top line, towards my top line and then when I get to the top of my waist here, I'm actually going to fall off. </w:t>
      </w:r>
      <w:r>
        <w:br/>
      </w:r>
    </w:p>
    <w:p w:rsidR="00B2204A" w:rsidRDefault="00000000">
      <w:r>
        <w:t xml:space="preserve">So I'm not going to go all the way down, all the way across back when it kind of like slows down and like skim over to that muscle into where I hurt that ankle early. So it's very rough it in here i'm going to wrap this down and kind of into it. The reasoning for that is I need this side muscle. I need this side muscle because they are a muscular, athletic dog. But I don't need all this up here. It's just half of the dollar. It's like the other half really did you know that's going to take a look, right? That's pretty OK to me. Now I have those two sides now I have a great shoe on my headline and I'm simply going to again, my sister straight up and down. </w:t>
      </w:r>
      <w:r>
        <w:br/>
      </w:r>
    </w:p>
    <w:p w:rsidR="00B2204A" w:rsidRDefault="00000000">
      <w:r>
        <w:t xml:space="preserve">They're not in or out. They're straight along that line to just point it back a little bit back and I'm just going to blend that line off because I don't know, I don't think any extra length off there. But I don't want a rage because that one, OK And now that we have, I think it makes body now it's not our top limits, our there, our front here. Now we're going to do something about the front of me, because this is a lot our elbows here and our chest is down here. </w:t>
      </w:r>
      <w:r>
        <w:br/>
      </w:r>
    </w:p>
    <w:p w:rsidR="00B2204A" w:rsidRDefault="00000000">
      <w:r>
        <w:t xml:space="preserve">This is where we're going to come upstairs, last rib, all that. I'm going to follow the link down to my elbow let's pick my foot off. I'm going to follow up on and I'm only taking hair from right in the middle of the rib cage on the side. They only change the shape of rib cage i just scissored it. But I do want to do the definition there. That's here all those here are chest is off. </w:t>
      </w:r>
      <w:r>
        <w:br/>
      </w:r>
    </w:p>
    <w:p w:rsidR="00B2204A" w:rsidRDefault="00000000">
      <w:r>
        <w:t xml:space="preserve">Now we have to get those turns in so that. Yeah, there's Crest words. Words are getting there, right? So we're here crest and their topknot and all that. I like to do the topknot first and then put in the Crest because it's easier for me. I hate scissor chopknots just so we all know hate them. Capel's only a sugar top down because we keep forward his bandage out. He's a naughty boy, so we're going to do our best here. I like a spray up, but so we defined our line earlier, from the eye corner to the ear corner. We're going to now define that on the top of the head. </w:t>
      </w:r>
      <w:r>
        <w:br/>
      </w:r>
    </w:p>
    <w:p w:rsidR="00B2204A" w:rsidRDefault="00000000">
      <w:r>
        <w:t xml:space="preserve">The request was for a larger scissor top knot so I'm not going to take too much length off, but we are going to give this some shade, right? So I'm just following the eye corner to be here, OK, Justifying that, I want to turn that to the NCP or the HCP That's all you would do </w:t>
      </w:r>
      <w:r>
        <w:lastRenderedPageBreak/>
        <w:t xml:space="preserve">for modern German, things like that. You're going to just follow the line over the ear, right? And that's going to separate out. You can see now the separate ear from the top. It's pretty clear versus this side, maybe it was super easy to show you. </w:t>
      </w:r>
      <w:r>
        <w:br/>
      </w:r>
    </w:p>
    <w:p w:rsidR="00B2204A" w:rsidRDefault="00000000">
      <w:r>
        <w:t xml:space="preserve">I thought I had my green apron. Great stuff. There's a really shiny greenie friend you wouldn't be able to see everything. Hello, I forgot it. So once you're set in that line, you want to clean it up a little bit. Make sure it's really. If you're going to have the bed you're set it to like higher than the on or really low. You can play with your line too. If it's really high, you just type over the ear or lower. If it's low, like below the eye, you play with the line. </w:t>
      </w:r>
      <w:r>
        <w:br/>
      </w:r>
    </w:p>
    <w:p w:rsidR="00B2204A" w:rsidRDefault="00000000">
      <w:r>
        <w:t xml:space="preserve">You can create the line so that slopes down to the ear and then that makes it look visually more correct if it's real low. Again, Free Cell is an amazing place for that program. That's what you do in the front now the important part is that you be anything else. It's inverted so that I need that it's upside down because they're going to clear your shops under I from this so I want to put my so it's like this and then like this and so she's got her upside avenue and bring up my kids right in the South area so it's right in or just shave that line for eye corner to eye corner there's clean up corner down at like three five period. </w:t>
      </w:r>
      <w:r>
        <w:br/>
      </w:r>
    </w:p>
    <w:p w:rsidR="00B2204A" w:rsidRDefault="00000000">
      <w:r>
        <w:t xml:space="preserve">That's going to give it simpler because we don't want to hide their depression, their eyes completely, but you don't want them to look surprised. You don't want to see all those, but you don't want to like not see anything you don't want cuz it in. But you also don't want to look surprised. And I followed that line on your name for visor again. I following that, I forwarded it here for the line again, and I'm just gonna bring it up and I'm gonna bring it up on this then I come back from one side, right put the head a little bit, just a little, and I saw my scissor line, OK, Anything that's taking over. </w:t>
      </w:r>
      <w:r>
        <w:br/>
      </w:r>
    </w:p>
    <w:p w:rsidR="00B2204A" w:rsidRDefault="00000000">
      <w:r>
        <w:t xml:space="preserve">Then I do the same thing on the other side. Everything over took the head and then I look to see where I have scissors and what's sending it over or shady back here. Chips like she's a little bit of a fade or a high top here. So I'm going to pull it all up i'm going to fluff it, Let me know if you let, and then I'm just going to my handy bandy blenders take off the rear bed. You don't want a real thick mushroom job, so it shouldn't really be any water than 4030 to 45 from the cheek OK And it narrows slightly behind the you don't want a big bulk back. </w:t>
      </w:r>
      <w:r>
        <w:br/>
      </w:r>
    </w:p>
    <w:p w:rsidR="00B2204A" w:rsidRDefault="00000000">
      <w:r>
        <w:t xml:space="preserve">We'll talk about that every next week and a lot of people like, want to go stop. I didn't talk now, which is cool. I do too, cleaning this up a little bit with this angle, but we don't want it to be see through at all. So she's got a really pretty top knot, really pretty hair. So that is our top knot set in. We don't have to take anything off the ears because they're not quite long enough yet. Now we're going to do the Crest, but if you're growing at your top knot, you don't want to be able to see through any of this. </w:t>
      </w:r>
      <w:r>
        <w:br/>
      </w:r>
    </w:p>
    <w:p w:rsidR="00B2204A" w:rsidRDefault="00000000">
      <w:r>
        <w:lastRenderedPageBreak/>
        <w:t xml:space="preserve">That's damaged hair, just like I missed my hair appointment yesterday so you can see mines are mess. This is going to cause breakage. Dogs don't really get split ends like we do they just kind of get breakage so you don't want that. When it helps to prevent that by cutting off, they're setting the edges so that they don't break completely with them. So now the Crest. So the Crest is basically where we're going to get all of our K So you can see this side, this is the unfinished side minus that's half now this is the good side. </w:t>
      </w:r>
      <w:r>
        <w:br/>
      </w:r>
    </w:p>
    <w:p w:rsidR="00B2204A" w:rsidRDefault="00000000">
      <w:r>
        <w:t xml:space="preserve">So we need to blend in. Basically this help here to give her the next that she preserves the press is super important then it's very give me the whole neck and a lot of it is by making it tighter here. If you don't want you want that like a nice clean look. You don't want this bulky like this Hut. When I pick up her ear on the side this looks like the length of her neck right here. </w:t>
      </w:r>
      <w:r>
        <w:br/>
      </w:r>
    </w:p>
    <w:p w:rsidR="00B2204A" w:rsidRDefault="00000000">
      <w:r>
        <w:t xml:space="preserve">When I do it on this side where we defined it, this is the length of her neck. And see this is her shoulder so you don't want to be you don't want to like pick this ear up and see just a straight line of bulk. You want this kind of hourglass figure. That's what we're going for that's what gives them that long elevator so the one that's part into our head and body a check our neck again. </w:t>
      </w:r>
      <w:r>
        <w:br/>
      </w:r>
    </w:p>
    <w:p w:rsidR="00B2204A" w:rsidRDefault="00000000">
      <w:r>
        <w:t xml:space="preserve">So I have both of her ears and I'm going to turn her head to the side and a little chill to see if there's anything hanging out my line there isn't. So I did a good job today, but I can see she has almost walking crap back here that you don't need right? All this buzzy here so you can set your dog up a kernel stack. The nose should be parallel to the price, but the arms. And so how you do that is you grab the nose, push them back a little bit, and then you pull them forward. So I'm arching her neck backwards, engaging that muscle and point, but I do that i can see all the stuff that I don't want right put each on and carries some stuff a little different, but you can use a strip on them to stand your dog out. </w:t>
      </w:r>
      <w:r>
        <w:br/>
      </w:r>
    </w:p>
    <w:p w:rsidR="00B2204A" w:rsidRDefault="00000000">
      <w:r>
        <w:t xml:space="preserve">You go throw some grill, push back a little bit, OK, So that engages the muscles in the neck. So it's like you're looking up a little bit or pushing your head back and then you're going to put two nose straight up, OK, up. And when you do that, so you're protecting the arch of the neck she doesn't want to do that. When you do that, you're protecting the arch of the neck, but then you're also shortening it up so you can see anything that's going to be sticking out. And then you would do a seat cut, so you would move your shears just in a very large seat he doesn't want to do that sort of alternate way stop. </w:t>
      </w:r>
      <w:r>
        <w:br/>
      </w:r>
    </w:p>
    <w:p w:rsidR="00B2204A" w:rsidRDefault="00000000">
      <w:r>
        <w:t xml:space="preserve">You behave yourself. You're okay. I can help. You're being a good girl. You need to suck because your mom wants to do this and that's not how we get treats. But so still have her face arched back i'm going to pull it forward and down 4 notes down. This way it's much easier to answer. Ok, because you're not protecting the arch of your neck and if you go in </w:t>
      </w:r>
      <w:r>
        <w:lastRenderedPageBreak/>
        <w:t xml:space="preserve">too far, you will pinch it back to you hi sorry. Not later. I don't need it. </w:t>
      </w:r>
      <w:r>
        <w:br/>
      </w:r>
    </w:p>
    <w:p w:rsidR="00B2204A" w:rsidRDefault="00000000">
      <w:r>
        <w:t xml:space="preserve">I need it. Tell us. Don't need it to your mom not your mom you want to play those shows be boring. So we're going to go three times get back forward. Keep holding it stop just two seconds. Ok, stop. So I'm just going to deserve it. I need you to stop my little. If you're killing Eric right back, there's a Can I can you just stop? Like I can look, dog? Ok. And then I'll show them the third option. Ok, so you're just going to sit there here and back? Just here, just this little tiny spot and what's it assuming is actually taking off all that hair. </w:t>
      </w:r>
      <w:r>
        <w:br/>
      </w:r>
    </w:p>
    <w:p w:rsidR="00B2204A" w:rsidRDefault="00000000">
      <w:r>
        <w:t xml:space="preserve">And then altercatively, you can go through some kind and go from the side and point your scissors in just a little bit and just double that in. Now again, easy to F up because you're relying on yourself. Should not cut off all of your money stop serious stop. You're killing me you're killing me. This way you further have to know what you're doing, know where you're going makes it very easy. Cut off things that you want to keep. Now you can feel this is all right now I'm gonna move it all up again with the shape. </w:t>
      </w:r>
      <w:r>
        <w:br/>
      </w:r>
    </w:p>
    <w:p w:rsidR="00B2204A" w:rsidRDefault="00000000">
      <w:r>
        <w:t xml:space="preserve">Turn that ahead. Check my line. The important thing is to not drop link from that body, just blending off all the things that are sticking out. Ok. And I'm pulling this really into our and I'm doing this in a C shape and I'd like to see shape the most. Normally I'm sitting on the side of it. I like to see shape principles because that way I'm not really pulling a lot of length off there and I like to come down from the neck into the back because the top line can always be shorter. </w:t>
      </w:r>
      <w:r>
        <w:br/>
      </w:r>
    </w:p>
    <w:p w:rsidR="00B2204A" w:rsidRDefault="00000000">
      <w:r>
        <w:t xml:space="preserve">But when you go top line to neck and tendency to pinch this in. So that's why I go from long to short. I'm a long to short taker. You know you've never taken that prior to making a test set, but you're put down, Stop picking me this entire section again. If you have a puppy like this is a long section for her, but you need to do lots of short sessions that you need to do longer sessions so that they are good when you need them to and aren't so quite independent. </w:t>
      </w:r>
      <w:r>
        <w:br/>
      </w:r>
    </w:p>
    <w:p w:rsidR="00B2204A" w:rsidRDefault="00000000">
      <w:r>
        <w:t xml:space="preserve">Poodles are very smart, I just don't want them. So poodles are very smart and stubborn. They're super stubborn, especially sand and sand reduction and porcelain. I've never seen anything this that done with a really smart. I saw my candor covers out there now oK, back a little bit. no. I need you to stay. Have a nice level top line into a long neck. One of the six year old Bubby backs well angulated rear and well defined checks finished so you can see how she looks up here. You know the end of the year she doesn't have much snack, but this is very much a pet tramside. </w:t>
      </w:r>
      <w:r>
        <w:br/>
      </w:r>
    </w:p>
    <w:p w:rsidR="00B2204A" w:rsidRDefault="00000000">
      <w:r>
        <w:lastRenderedPageBreak/>
        <w:t xml:space="preserve">So this again, it's like we did take some of the stuff off, but not all of it. So if you want to make sure that this is not what you're looking at, you don't want this cut to talk about back here in the actual room. It puts the dog into the wrong things. Because when we again talk about square dog, this space should be correct, should look square right that we want 2/3 one 2/3 one thirds think we didn't talk about the I said done. This is where you want them to. It's the top of the second knuckle to basically this is the first knuckle, the big part of the tail. </w:t>
      </w:r>
      <w:r>
        <w:br/>
      </w:r>
    </w:p>
    <w:p w:rsidR="00B2204A" w:rsidRDefault="00000000">
      <w:r>
        <w:t xml:space="preserve">So it's right where the toes actually flex from the leg the tail is just something that it's got myself with the pound and it's just here. The end of the tail is to the bottom of the anus, so you take your finger to put it right below the hole and the tail over top. That's where the band is, and that will be true of pretty much everything he is. Especially for a modern, You want them to kind of come to the point of shoulder. So that's why. That's why I didn't cut them, because she needs like another inch to grow. </w:t>
      </w:r>
      <w:r>
        <w:br/>
      </w:r>
    </w:p>
    <w:p w:rsidR="00B2204A" w:rsidRDefault="00000000">
      <w:r>
        <w:t xml:space="preserve">We don't keep doing. Anybody have any questions? I can't i don't no don't worry about it. No questions but Jamie says nice work on a not so cooperative puppy. Thank you. I'm having shoulder surgery on Friday too, so I'm like, I'm going to need it on my left arm. Am I? Am I? I'm not. Am I under time? You still have you have up to a half hour. Ok. Do you want me to grab Capel and I can show you all the things that were bad on him? Yeah, why not oK all right. So say goodbye, Savvy. </w:t>
      </w:r>
      <w:r>
        <w:br/>
      </w:r>
    </w:p>
    <w:p w:rsidR="00B2204A" w:rsidRDefault="00000000">
      <w:r>
        <w:t xml:space="preserve">Goodbye, friends. Ok and then we'll show you what happened on Capel. So this is about he's fluffed. So I was going to do this and just kind of kick him off that she had a better shape. But now we can talk about everything that's coming wrong. And I'm not concerned if we're looking to take him. She I volunteered. So you know, she was verifying not a big deal. But Sarah grows back, so learning experience for her. So overall she did a beautiful job scissoring his coat. He's got a beautiful coat. He's a mini he is. So his Roach is right here. It's right here. So I start here and I go back. </w:t>
      </w:r>
      <w:r>
        <w:br/>
      </w:r>
    </w:p>
    <w:p w:rsidR="00B2204A" w:rsidRDefault="00000000">
      <w:r>
        <w:t xml:space="preserve">His tail sets really nice though. It's like bright smack on and you can see like, don't start. You can see it's right over top of his. I don't know what just happened there. It comes right up this way that a new ring, camera ring thing i'm so sorry everyone so things that went poorly, this is Chris. Things that went poorly. He has a little bit of pain in the boot here, which this he didn't mean, so he's happy to hear he didn't call you Junior. He's got this kind of like got this big poop here, right? We don't need that. You can see where his return of farm is it's right here. </w:t>
      </w:r>
      <w:r>
        <w:br/>
      </w:r>
    </w:p>
    <w:p w:rsidR="00B2204A" w:rsidRDefault="00000000">
      <w:r>
        <w:t xml:space="preserve">This was all excess coat that was left, so he has a bit of a shawl going on. The other thing, this is called Alden Elbow. So if you look at his front leg when he's standing, okay, he's got </w:t>
      </w:r>
      <w:r>
        <w:lastRenderedPageBreak/>
        <w:t xml:space="preserve">all this extra hair here. So when you pick a dog's foot forward, okay, And you push it back, you shouldn't see. What up, buddy sorry, I'm finally my camera. Give it a whirl. I'm here. I oh, here we go. Failed to start the video camera jesus yeah hold on a second i'm gonna make you post again zoom zoom's killing us, buddy. I'm usually more professional than this everybody, I'm sorry. </w:t>
      </w:r>
      <w:r>
        <w:br/>
      </w:r>
    </w:p>
    <w:p w:rsidR="00B2204A" w:rsidRDefault="00000000">
      <w:r>
        <w:t xml:space="preserve">All right, turn the camera back on. Ok. There you go good yay now I can see and it's the right way. All right, stand up. You lost your volume. Sorry can you hear me i think I just had my finger on the microphone. I can hear you now. Oh, my God. What a nightmare. So out of the elbow. So he's a little out of the elbow here. And obviously, like, his legs are kind of two different sizes. </w:t>
      </w:r>
      <w:r>
        <w:br/>
      </w:r>
    </w:p>
    <w:p w:rsidR="00B2204A" w:rsidRDefault="00000000">
      <w:r>
        <w:t xml:space="preserve">So when you pick a dog's foot up forward and then you push back, you shouldn't see any of this hair that's hanging. Buddy, why are the poodles, Mercury? You shouldn't see this hair here. That's that shawl that we were talking about. And you shouldn't see it here because this when they walk, it's going to look like chicken wings, OK so you want to make sure you have a nice smooth transition line so it's going to go from his foot up into his body. </w:t>
      </w:r>
      <w:r>
        <w:br/>
      </w:r>
    </w:p>
    <w:p w:rsidR="00B2204A" w:rsidRDefault="00000000">
      <w:r>
        <w:t xml:space="preserve">The other thing, the band we talked about, he's got a palm tail a little bit. I have seen way worse, but that's a little excessive and what that does, because it's shaved so high up here, it makes him look low in the rear if he had more hair here and it just changes the shape of his back end. So you that's why you want to make sure that your band isn't too long because this is twice as long as it needs to be and it's going to make his rear just look kind of dumpy. </w:t>
      </w:r>
      <w:r>
        <w:br/>
      </w:r>
    </w:p>
    <w:p w:rsidR="00B2204A" w:rsidRDefault="00000000">
      <w:r>
        <w:t xml:space="preserve">She also cut off a lot of this is the hack hair that I was talking about. So if you look from the back, his legs are real narrow now, so that's not ideal. He has enough that he'll get by for my friends, for Hershey, but she has to be really careful of this knee because there's not a lot of hair here now for the knee. And then he has plenty of rib cage hair And so when we're talking about the rib cage hair separating, you can see here all the these lines, it's because the hair's so long it's just cracking. </w:t>
      </w:r>
      <w:r>
        <w:br/>
      </w:r>
    </w:p>
    <w:p w:rsidR="00B2204A" w:rsidRDefault="00000000">
      <w:r>
        <w:t xml:space="preserve">You want a nice as all of it finished so you don't eat this much hair. This is a lot. This would be if he was like in a continental. It's, you know, we're talking about he just needs like that much he's got a beautiful body under this he's, you know a very well fed dog. He's not fat, but that, and because his rib cage is so perfuse, it's making his neck look really short. So if we took this down and his top line down, he has this really big beautiful neck. </w:t>
      </w:r>
      <w:r>
        <w:br/>
      </w:r>
    </w:p>
    <w:p w:rsidR="00B2204A" w:rsidRDefault="00000000">
      <w:r>
        <w:t xml:space="preserve">But right now it just looks this big. But this is the length of the ear, so that's good. And then his top note was obviously super cool. We can't even. I've never seen his face as hairy. He </w:t>
      </w:r>
      <w:r>
        <w:lastRenderedPageBreak/>
        <w:t xml:space="preserve">usually doesn't grow that much hair, but she kind of like left it. You can see here with this is like a long hairs that were part of the top knot, but they're below the corner of the eye. So they give it this kind of like Asian fusion fan look. </w:t>
      </w:r>
      <w:r>
        <w:br/>
      </w:r>
    </w:p>
    <w:p w:rsidR="00B2204A" w:rsidRDefault="00000000">
      <w:r>
        <w:t xml:space="preserve">Instead of even growing out what would look like a normal kind of top knot, you can turn your heads up. I love you very much, he says cameras steal your soul. This is a dog that hates taking selfies, by the way. If he lets me take a selfie with him, he's sick. So that's all that now he again is a mini. So he does have a Roach and he has new necked, which means that he can basically touch the back of his next one backwards basically. So we can touch his skull to his back. So he has that round muscle here a lot higher than what normal dogs would. </w:t>
      </w:r>
      <w:r>
        <w:br/>
      </w:r>
    </w:p>
    <w:p w:rsidR="00B2204A" w:rsidRDefault="00000000">
      <w:r>
        <w:t xml:space="preserve">So instead of a dip and the roundness, he has the roundness then a dip. So I have to be very careful when I do his V and she kind of did a little bit too wide of a V going from the outside ear corner from behind that ear corner. Baby, I love you very much to hear and it's a kind of a wide view but when you do that on a you neck dog it makes them look even more you neck and with less and less actual like length of neck. </w:t>
      </w:r>
      <w:r>
        <w:br/>
      </w:r>
    </w:p>
    <w:p w:rsidR="00B2204A" w:rsidRDefault="00000000">
      <w:r>
        <w:t xml:space="preserve">But he's a pretty boy anyway. A lot of American minis you'll find are you necked and Roach backed just because it's easy to have a Roach back when you have a you neck. A chiropractor could actually probably help his top line because he wasn't always roached, but he's very active and he jumps around like a fool so but yeah, just be careful guys of like those things, that's what, like don't put your tuck ups back here. You can see how like cut off he looks that's cutting off his part of this knee angulation in here. So that's what we want to be aware of when we're talking about our lines on the moderns and we don't need a uni boob, we don't need any of this extra hair. </w:t>
      </w:r>
      <w:r>
        <w:br/>
      </w:r>
    </w:p>
    <w:p w:rsidR="00B2204A" w:rsidRDefault="00000000">
      <w:r>
        <w:t xml:space="preserve">It doesn't do anything. It's not adding angulation, It's taking away from the length of the neck actually, because if this was gone and under, it would make the front of his neck look more elegant. And that's really the basis of a poodle is an elegant, athletic dog. Are you athletic? Yes are you elegant? No i'm not. All right. So any additional questions after going over what we comment like and these are all what she did. Very common. It's very common mistakes. This was her first, like, real attempt at like, poodle like competition grooming so again, I am not disparaging the groom at all. </w:t>
      </w:r>
      <w:r>
        <w:br/>
      </w:r>
    </w:p>
    <w:p w:rsidR="00B2204A" w:rsidRDefault="00000000">
      <w:r>
        <w:t xml:space="preserve">You know it is what it is, and it's just here it grows back so like, don't be afraid of making mistakes or thinking that you suck because you do because I'm not because you do suck, but because you do make a mistake you don't suck you're just learning. Any other questions? If not, we will be back in 45 minutes with Tammy First Workshop and transcript is already up on the work on the website. Ok, I don't see any more questions i'm going to stop the </w:t>
      </w:r>
      <w:r>
        <w:lastRenderedPageBreak/>
        <w:t xml:space="preserve">recording. </w:t>
      </w:r>
      <w:r>
        <w:br/>
      </w:r>
    </w:p>
    <w:p w:rsidR="00B2204A" w:rsidRDefault="00000000">
      <w:r>
        <w:t xml:space="preserve">But before I do so, Helen, if someone has questions and is watching this later, how do they get a hold of you? You can find me on Facebook, Helen Schaefer, or facebook.com backslash o f o the number two the, letter U or Instagram at another underscore groomer and I will be at Hershey, the Hershey trade show. I'll be really easy to spot because I'll be in a sling and I will have absolutely nothing to do but talk about anything so come hang out. </w:t>
      </w:r>
      <w:r>
        <w:br/>
      </w:r>
    </w:p>
    <w:sectPr w:rsidR="00B2204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163D" w:rsidRDefault="00E1163D">
      <w:pPr>
        <w:spacing w:after="0" w:line="240" w:lineRule="auto"/>
      </w:pPr>
      <w:r>
        <w:separator/>
      </w:r>
    </w:p>
  </w:endnote>
  <w:endnote w:type="continuationSeparator" w:id="0">
    <w:p w:rsidR="00E1163D" w:rsidRDefault="00E11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204A" w:rsidRDefault="00000000">
    <w:pPr>
      <w:pStyle w:val="Footer"/>
      <w:jc w:val="center"/>
    </w:pPr>
    <w:r>
      <w:t xml:space="preserve">Page </w:t>
    </w:r>
    <w:r>
      <w:fldChar w:fldCharType="begin"/>
    </w:r>
    <w:r>
      <w:instrText>PAGE</w:instrText>
    </w:r>
    <w:r w:rsidR="00792361">
      <w:fldChar w:fldCharType="separate"/>
    </w:r>
    <w:r w:rsidR="00792361">
      <w:rPr>
        <w:noProof/>
      </w:rPr>
      <w:t>1</w:t>
    </w:r>
    <w:r>
      <w:fldChar w:fldCharType="end"/>
    </w:r>
    <w:r>
      <w:t>/</w:t>
    </w:r>
    <w:r>
      <w:fldChar w:fldCharType="begin"/>
    </w:r>
    <w:r>
      <w:instrText>NUMPAGES</w:instrText>
    </w:r>
    <w:r w:rsidR="00792361">
      <w:fldChar w:fldCharType="separate"/>
    </w:r>
    <w:r w:rsidR="007923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163D" w:rsidRDefault="00E1163D">
      <w:pPr>
        <w:spacing w:after="0" w:line="240" w:lineRule="auto"/>
      </w:pPr>
      <w:r>
        <w:separator/>
      </w:r>
    </w:p>
  </w:footnote>
  <w:footnote w:type="continuationSeparator" w:id="0">
    <w:p w:rsidR="00E1163D" w:rsidRDefault="00E11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4076586">
    <w:abstractNumId w:val="8"/>
  </w:num>
  <w:num w:numId="2" w16cid:durableId="67921821">
    <w:abstractNumId w:val="6"/>
  </w:num>
  <w:num w:numId="3" w16cid:durableId="699625034">
    <w:abstractNumId w:val="5"/>
  </w:num>
  <w:num w:numId="4" w16cid:durableId="1638104202">
    <w:abstractNumId w:val="4"/>
  </w:num>
  <w:num w:numId="5" w16cid:durableId="235356846">
    <w:abstractNumId w:val="7"/>
  </w:num>
  <w:num w:numId="6" w16cid:durableId="834297795">
    <w:abstractNumId w:val="3"/>
  </w:num>
  <w:num w:numId="7" w16cid:durableId="1404640831">
    <w:abstractNumId w:val="2"/>
  </w:num>
  <w:num w:numId="8" w16cid:durableId="699280293">
    <w:abstractNumId w:val="1"/>
  </w:num>
  <w:num w:numId="9" w16cid:durableId="61548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92361"/>
    <w:rsid w:val="00AA1D8D"/>
    <w:rsid w:val="00B2204A"/>
    <w:rsid w:val="00B47730"/>
    <w:rsid w:val="00CB0664"/>
    <w:rsid w:val="00E116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E9AD424-F99A-034E-9877-DC9E06DD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8267</Words>
  <Characters>47128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2023-08-28T21:57:00Z</dcterms:created>
  <dcterms:modified xsi:type="dcterms:W3CDTF">2023-08-28T21:57:00Z</dcterms:modified>
  <cp:category/>
</cp:coreProperties>
</file>