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70FDB" w:rsidRDefault="00000000">
      <w:pPr>
        <w:pStyle w:val="Title"/>
      </w:pPr>
      <w:r>
        <w:t>Teddy Bear Trim</w:t>
      </w:r>
    </w:p>
    <w:p w:rsidR="00470FDB" w:rsidRDefault="00470FDB"/>
    <w:p w:rsidR="00470FDB" w:rsidRDefault="00000000">
      <w:r>
        <w:rPr>
          <w:b/>
        </w:rPr>
        <w:t>Date</w:t>
      </w:r>
      <w:r>
        <w:t xml:space="preserve">    2023-08-28</w:t>
      </w:r>
    </w:p>
    <w:p w:rsidR="00470FDB" w:rsidRDefault="00470FDB"/>
    <w:p w:rsidR="00470FDB" w:rsidRDefault="00000000">
      <w:r>
        <w:t xml:space="preserve">Okay everybody welcome to day two of Poodles and Poodles Online Summit with positive educational training we've had a little change in the schedule today, so Amy is 1st and Helen will be second. So Amy, introduce yourself it's all yours. Hi, I am Amy Triesenberg. I've been grooming for about twenty three years now, and I'm going to be doing a teddy bear trim on my mini poodle, Lola. </w:t>
      </w:r>
      <w:r>
        <w:br/>
      </w:r>
    </w:p>
    <w:p w:rsidR="00470FDB" w:rsidRDefault="00000000">
      <w:r>
        <w:t xml:space="preserve">So I'm going to start this as just to kind of give you an idea how I bathe and prep the coat because that is a really important process to this. I recorded prerecorded me bathing her, drying her and getting her ready and then I'll have her live on the table behind me and then I'll be grooming her live for you in the teddy bear trim. But for the first half hour we're going to be going over some recordings i edited all the long parts out just to get you the main part of what you need to know to get them prepped and ready to go OK so I'm going to start the video and explain what's going on in the video. </w:t>
      </w:r>
      <w:r>
        <w:br/>
      </w:r>
    </w:p>
    <w:p w:rsidR="00470FDB" w:rsidRDefault="00000000">
      <w:r>
        <w:t xml:space="preserve">Gives me a minute make sure my dog doesn't get out of her crate okay so the bathing is a really important part as we all know of the groom and the prep work. So what I like to do is when I'm bathing them for contest is like a clarifying shampoo like this and then a conditioner. So the days that I have scissor work or competing, I don't like to use conditioner because it weighs the coat down if you want a really nice scissoring. Otherwise I start with a clarifying shampoo. So like her I start with the head because that just to wet the head I don't wet the body and that's just to get the eye boogers loosened. </w:t>
      </w:r>
      <w:r>
        <w:br/>
      </w:r>
    </w:p>
    <w:p w:rsidR="00470FDB" w:rsidRDefault="00000000">
      <w:r>
        <w:t xml:space="preserve">That way if they have stuff in their face it has time to soak in. I don't squirt it down like in the ear canal. If they have greasy ears i will put straight shampoo or conditioner on the ears, or ear powder if they have really greasy ears to help absorb some of that oil. But just to start, just to loosen up any of the dirt in her face because she likes the 2 bones and stuff and dried on food in her face i get the head wet now I don't need i have a sprayer that applies the shampoo so everybody else might have a different bathing system. </w:t>
      </w:r>
      <w:r>
        <w:br/>
      </w:r>
    </w:p>
    <w:p w:rsidR="00470FDB" w:rsidRDefault="00000000">
      <w:r>
        <w:t xml:space="preserve">So I just add some clarifying shampoo to the spray nozzle I have and I spray it directly on to the dry coat OK so you don't need to. You don't need to pre wet the coat because the coat is going to soak up the first thing that it absorbs when it gets wet so I want that to be with </w:t>
      </w:r>
      <w:r>
        <w:lastRenderedPageBreak/>
        <w:t xml:space="preserve">shampoo. So because she's got quite a bit of coat, I do like to use the sprayer it just helps get the job done a lot faster, and it helps the shampoo penetrate the coat faster to get her clean. So this is what I use to get the code at least saturated. </w:t>
      </w:r>
      <w:r>
        <w:br/>
      </w:r>
    </w:p>
    <w:p w:rsidR="00470FDB" w:rsidRDefault="00000000">
      <w:r>
        <w:t xml:space="preserve">Depending on how dirty they are, I usually do wash them twice she's really long in this video and she has a lot of hair so I did wash her twice. But it's really important just initially to make sure that you get like under the belly, everything all the way down to the skin. Okay, you want to make sure they're all down to the skin clean. Depending what type of sprayer you have, you can use a loofah and mix it in a bucket some people use a mixing bottle. This I just find for me personally because I don't groom a lot of dogs at home. </w:t>
      </w:r>
      <w:r>
        <w:br/>
      </w:r>
    </w:p>
    <w:p w:rsidR="00470FDB" w:rsidRDefault="00000000">
      <w:r>
        <w:t xml:space="preserve">This is easy to clean and it's not a big machine I have to use, so it gets the job done just pretty fast. Now I am going to use some straight shampoo on her legs because she is so dirty. So I got most of the dirt and everything washed off, but I am going to scrub her legs with straight shampoo to make sure they're really clean. You definitely want to get see the nails here around each nail bed. </w:t>
      </w:r>
      <w:r>
        <w:br/>
      </w:r>
    </w:p>
    <w:p w:rsidR="00470FDB" w:rsidRDefault="00000000">
      <w:r>
        <w:t xml:space="preserve">It's really important you clean around each nail. Imagine them running around in the yard getting dirt caked up in their nails so I do this on all the dogs, pet dogs and stuff you want to get the front and back feet really well that way. That is a area that people tend to miss is right where it attaches to the pad, the bed of the nail, because you'll have dirt all caked in there. So same thing with the back leg you really want to wash the Hawks really well because the dogs are sitting down and they're picking up a lot of dirt there and they tend to have a lot of breakage. </w:t>
      </w:r>
      <w:r>
        <w:br/>
      </w:r>
    </w:p>
    <w:p w:rsidR="00470FDB" w:rsidRDefault="00000000">
      <w:r>
        <w:t xml:space="preserve">So you want to get the Hawks really well. And same thing with the back nails you want to make sure you get that clean and go between each back nail. Also be careful when scrubbing to make sure if they have back do claws or not. Now she does have pretty dirty ears, like if they have your medicine and stuff, you do want to scrub the ears really well, and I may rinse those twice, especially if they're really greasy and dirty she was outside in the rain so she was a pretty big mess in this video, so I did end up washing her ears twice in this and again, I'm going to use some straight shampoo just on that. </w:t>
      </w:r>
      <w:r>
        <w:br/>
      </w:r>
    </w:p>
    <w:p w:rsidR="00470FDB" w:rsidRDefault="00000000">
      <w:r>
        <w:t xml:space="preserve">Now I do wash the head last because I don't want shampoo sitting on the eyes making sure also you get the butts real clean you can use their use a flea comb or we're groomers. We just use our fingers and get the poop off the butt. Ok she does have some dry patches on her back legs and stuff so I'm going to make sure I get that really well. And I did do a straight shampoo also on her body because she's just so dirty. Ok but making sure you scrub everything really well i'm going to apply some more shampoo onto her and then I am going </w:t>
      </w:r>
      <w:r>
        <w:lastRenderedPageBreak/>
        <w:t xml:space="preserve">to rinse some of it before I go into washing her head. </w:t>
      </w:r>
      <w:r>
        <w:br/>
      </w:r>
    </w:p>
    <w:p w:rsidR="00470FDB" w:rsidRDefault="00000000">
      <w:r>
        <w:t xml:space="preserve">So like I said, I did this at least twice because she was so dirty. The pet dogs if I have dogs that come in biweekly, I will wash them once. But she's really dirty. So when you get into the face, you know how they get gunk and food all in their face you want to wash that really well and that also maybe need to be rinsed twice they tend to get really stinky faces like terriers because all the food in there. Same thing i'm going to clean out the eye boogers i'll just take my fingernail and gently clean around her eyes because I want to avoid getting so open her eyes but I do want to get really close by her face to get that really clean. </w:t>
      </w:r>
      <w:r>
        <w:br/>
      </w:r>
    </w:p>
    <w:p w:rsidR="00470FDB" w:rsidRDefault="00000000">
      <w:r>
        <w:t xml:space="preserve">And This is why I washed the face last so that way if soap does go in the eyes, it's not sitting on the face getting shampoo burns, OK Somebody will be really careful not to get soap in the eyes. Working around right in between her eyes, getting out the eye boogers and scrubbing the face really well we know how to get really stinky faces OK getting ready to scrub that. </w:t>
      </w:r>
      <w:r>
        <w:br/>
      </w:r>
    </w:p>
    <w:p w:rsidR="00470FDB" w:rsidRDefault="00000000">
      <w:r>
        <w:t xml:space="preserve">And then right after I'm done working around the eyes, I'm going to rinse them OK right on the eyes, just in case you don't want to ever have shampoo sitting there so that's the first thing I will rinse really well right after scrubbing the face, OK Then I go to the beard and underneath the chin, making sure not to force water into the nose. Ok so that way when I rinse the head, no water goes in the eyes now I'm going to tip her nose down and rinse her face OK see how I'm not forcing water up into her nose while I'm rinsing her face? That's why I did the top of her head first, so the shampoo doesn't run down into her eyes and then I can rinse her nose i'm going to rinse the ears really well, pinching the ear shut, see, so I don't force water into the ear canal and then rinsing the rest of the head. </w:t>
      </w:r>
      <w:r>
        <w:br/>
      </w:r>
    </w:p>
    <w:p w:rsidR="00470FDB" w:rsidRDefault="00000000">
      <w:r>
        <w:t xml:space="preserve">Ok just going to give us a shake and then rinsing all the shampoo. Do a quick rinse of that. Now, like I said, if it's a scissor day, then I don't use conditioner, but for maintenance in between then you would condition the dog. So that's kind of up to you, like on your pet dogs at your shops. Then I would use conditioner. But if you're like today when I'm presenting her and for scissor work, use a good clarifying shampoo with no conditioner again because it weighs down the code OK so I'm going to rinse her well from the shampoo and then I'm going to condition her in this video just so you can see what it looks like when I condition. </w:t>
      </w:r>
      <w:r>
        <w:br/>
      </w:r>
    </w:p>
    <w:p w:rsidR="00470FDB" w:rsidRDefault="00000000">
      <w:r>
        <w:t xml:space="preserve">I did use because she does suffer from a lot of dry skin and kind of more brittle coat. I do use the eye groom conditioner, It's a little bit heavier, but it doesn't leave residue. I don't fill it up a lot and I don't use it straight on the coat because again, it leaves it too heavy so depending on what conditioner you use, you can get a feel for whether it's heavy or how much moisturizer you need so you see, I mixed in a little bit and it's going to be heavily diluted. </w:t>
      </w:r>
      <w:r>
        <w:br/>
      </w:r>
    </w:p>
    <w:p w:rsidR="00470FDB" w:rsidRDefault="00000000">
      <w:r>
        <w:lastRenderedPageBreak/>
        <w:t xml:space="preserve">So that way it'll still soften the coat in her skin without being too heavy. But if you have dogs with like longer hair or drop coats or like on their tails for instance, or their hocks, you may want to use straight conditioner to help protect that coat K but then it will be too heavy if I was scissoring her that day, but she was running around the yard a lot, having a good old time, and it was rainy, so she was kind of a hot mess so she got conditioner that day. So after I condition. </w:t>
      </w:r>
      <w:r>
        <w:br/>
      </w:r>
    </w:p>
    <w:p w:rsidR="00470FDB" w:rsidRDefault="00000000">
      <w:r>
        <w:t xml:space="preserve">Then again I can't stress enough rinse K We have to rinse really well to make sure that that's what's going to cause them to be itchy if you don't rinse good enough. Ok so again this is the most important part is making sure they're rinsed really well. So starting at the top of the dog, working your way down, keep pushing on the hair to make sure that everything is rinsed out and if you think you've rinsed enough, do it one more time. </w:t>
      </w:r>
      <w:r>
        <w:br/>
      </w:r>
    </w:p>
    <w:p w:rsidR="00470FDB" w:rsidRDefault="00000000">
      <w:r>
        <w:t xml:space="preserve">She is older so I do use warm water. The temperature. Usually when you rinse because you want to close the hair follicle, you'll go to cooler water going to rinse so you're opening the pores with the warm water and then closing the pores with the cool water for the rinse OK again, always making sure if they're small enough and they're comfortable with you lifting them i want to make sure I get everything under the belly. A lot of shampoo tends to sit there, so you want to definitely get that clean. Give a final rinse on the feet and I'm going to squeeze the hair because you'll notice shampoo comes out when you squeeze it. </w:t>
      </w:r>
      <w:r>
        <w:br/>
      </w:r>
    </w:p>
    <w:p w:rsidR="00470FDB" w:rsidRDefault="00000000">
      <w:r>
        <w:t xml:space="preserve">So again doing a final rinse, getting that clean okay, just going to give us a little shake when it comes to drying them. I do like to squeeze the water out of their hair 1st And depending on where you're grooming, if you're mobile, a lot of us don't like to use a bunch of towels or have depending if you're mobile, you don't have access to a lot of towels. </w:t>
      </w:r>
      <w:r>
        <w:br/>
      </w:r>
    </w:p>
    <w:p w:rsidR="00470FDB" w:rsidRDefault="00000000">
      <w:r>
        <w:t xml:space="preserve">So I'll wring the dogs out first and then I'll take the my HV dryer with the nozzle off and I'll just blow some of the water off of them while they're in the tub. So that way they don't saturate the towels and I have to use like 5 towels on them. Ok. So that's kind of a method I do to save towels and to kind of speed up the drying process. </w:t>
      </w:r>
      <w:r>
        <w:br/>
      </w:r>
    </w:p>
    <w:p w:rsidR="00470FDB" w:rsidRDefault="00000000">
      <w:r>
        <w:t xml:space="preserve">Ok so you're going to see here I'm just going to get most of the heavy water i'm not going to make this take forever. She's going to give a shake. I'm just going to get most of the water off of her legs basically, so she's not dripping so when I put her in a towel, the towel isn't saturated and soaked and most of us know they don't like their heads dried. So that way the dry part of the towel I'll dry the head with and try to soak up most of the water on the dog's head as opposed to like on their legs OK because then we know if they're sitting on a soaking wet towel while you're drying them, they're just reabsorbing that water and they're not going to dry as fast. </w:t>
      </w:r>
      <w:r>
        <w:br/>
      </w:r>
    </w:p>
    <w:p w:rsidR="00470FDB" w:rsidRDefault="00000000">
      <w:r>
        <w:lastRenderedPageBreak/>
        <w:t xml:space="preserve">So I like them to the point where they're not dripping saturated by the time I get to them to the drying table OK And she's OK with it so I'm just going to get some of that off of her ears so those aren't totally saturated either. And then once I get most of the water, so you see that took about one minute just to get the water off of her and then I can take the towel to her. </w:t>
      </w:r>
      <w:r>
        <w:br/>
      </w:r>
    </w:p>
    <w:p w:rsidR="00470FDB" w:rsidRDefault="00000000">
      <w:r>
        <w:t xml:space="preserve">Now when you towel dry, ideally you don't want to rub because you're going to break coat and mess up the hair so see, you're going to give it a squeeze, little bit of rub by the face, but I'm going to squeeze the hair, OK, like around the ears so that way don't cause more matting or breakage, OK? Trying to soak up most of the water around her face because I know she doesn't like to have her face dried. Then I'll get her legs and that way when I move her to the table she isn't completely saturated OK so good. </w:t>
      </w:r>
      <w:r>
        <w:br/>
      </w:r>
    </w:p>
    <w:p w:rsidR="00470FDB" w:rsidRDefault="00000000">
      <w:r>
        <w:t xml:space="preserve">And we all know that a lot of them like to sit, so I really want to soak up some of the water by her butt so that way when she's sitting on the towel she isn't completely wet. Just the quick tip here for washing the ears that I want to go over. I do like to wash the ears when I'm in the tub when they're in there, if they're really dirty. </w:t>
      </w:r>
      <w:r>
        <w:br/>
      </w:r>
    </w:p>
    <w:p w:rsidR="00470FDB" w:rsidRDefault="00000000">
      <w:r>
        <w:t xml:space="preserve">So one of the methods you can use is, you know they get a lot of wax build up right on the opening and see around here. So I'll even take my fingernails and scrub some of the wax off. Ok so this is really good for your prep work making sure their ears are really clean and this is easier to do while they're in the tub OK Getting all of that stubborn wax, like a thin layer of wax that tends to be on the outside of their ear. And when you start drying them, you'll notice it later and it'll kind of comb down the hair. </w:t>
      </w:r>
      <w:r>
        <w:br/>
      </w:r>
    </w:p>
    <w:p w:rsidR="00470FDB" w:rsidRDefault="00000000">
      <w:r>
        <w:t xml:space="preserve">So I'll do this part in the tub i'll even take a wipe and wipe around the opening. I'll do the ear wash last when I'm all done, but this part I like to do in the tub or the outside of the ear is really dirty. So that way that can be done while I'm bathing them OK And you can see how much dirt already comes off and how much cleaner it will be and it's easier to do while you're in the tub and this is what we want the ear to look like. So see, we see all that thin wax right here. So this is a big thing for prep work that we want to have done so even if you don't pluck the ear, this is how clean we want it. </w:t>
      </w:r>
      <w:r>
        <w:br/>
      </w:r>
    </w:p>
    <w:p w:rsidR="00470FDB" w:rsidRDefault="00000000">
      <w:r>
        <w:t xml:space="preserve">Ok See how nice that looks we don't want any of that wax on the outside of the ear, so we want to pay attention to doing that while they're in the tub. So real quick, I'm going to get a towel on the table OK I'm going to get a towel on the table, Put a happy hoodie on her head because my dog does get dryer seizures. So I do like to put a hoodie on her for that. This is arterial spray. </w:t>
      </w:r>
      <w:r>
        <w:br/>
      </w:r>
    </w:p>
    <w:p w:rsidR="00470FDB" w:rsidRDefault="00000000">
      <w:r>
        <w:lastRenderedPageBreak/>
        <w:t xml:space="preserve">I do like to put a conditioning spray on them before I dry them, so it's what they look like right before I dry them i'll rub that in K so even if you don't use a conditioner, if it's a scissor day, I do like to put a finishing spray so she's not a big fan of the dryer with her old age. Now you can see you want to dry the short hair first OK so you're going to dry the body first, most likely because that's going to be the shortest because that's what's going to see i'm going to move in here and see all the way down to the skin OKA big mistake, people with a blow in the outside, it looks dry, but all the way down to the skin, it's very important that that's dry and then you're going to move on to the legs after you've dried the body. </w:t>
      </w:r>
      <w:r>
        <w:br/>
      </w:r>
    </w:p>
    <w:p w:rsidR="00470FDB" w:rsidRDefault="00000000">
      <w:r>
        <w:t xml:space="preserve">Ok, You're going to do that on the dog until they're 90 % dry. Then we're going to move on to stretch drying. This is a very important part. Ok, so she's 90 % dry. Once she's 90 % dry then I'll remove the towel because it has no more moisture to absorb and I'll start stretch dryer so you can take a stand dryer. I don't have one because I don't like tripping and fighting on them so I just have my HV dryer with the nozzle off so you can see right here how it's separating the coat and I want to get all the way down to the skin brushing and drying them. </w:t>
      </w:r>
      <w:r>
        <w:br/>
      </w:r>
    </w:p>
    <w:p w:rsidR="00470FDB" w:rsidRDefault="00000000">
      <w:r>
        <w:t xml:space="preserve">Ok, this is what's really important. See all the way down to the skin we want to be. See how it's wet right there? This is what we want to make sure is dry and straight. So you're going to take your brush and grab that hair with the brush and pull it. Ok, that's what we want dry. Another note right here is you want to get the feet really, well, the base of the feet, because when you go to scissor, nice round feet, this needs to be straightened. Ok, so don't ignore around the edges of your feet. </w:t>
      </w:r>
      <w:r>
        <w:br/>
      </w:r>
    </w:p>
    <w:p w:rsidR="00470FDB" w:rsidRDefault="00000000">
      <w:r>
        <w:t xml:space="preserve">So I'm going to pull that first as well and then push by the Hawks and get that nice and straight. That's really important for your prep work also to get really nice scissor work and feet that this is straight. So you can see right now I'm pulling on it and the hair is converting from wet to dry and it's drying straight. This is what we want this is where the hair conversion happens. So we don't want the hair dry and staying curly. </w:t>
      </w:r>
      <w:r>
        <w:br/>
      </w:r>
    </w:p>
    <w:p w:rsidR="00470FDB" w:rsidRDefault="00000000">
      <w:r>
        <w:t xml:space="preserve">We wanted about 90 % dry and then we're pulling it. And as it's drying, it will be straight see the curls at the base of the hair and the ends are straight. This is what we want it to look like, OK, all the way down. This is what we don't want to see, is what we do want to see. Ok, so see, that's when you go to scissor later, it's going to reveal all your crappy. </w:t>
      </w:r>
      <w:r>
        <w:br/>
      </w:r>
    </w:p>
    <w:p w:rsidR="00470FDB" w:rsidRDefault="00000000">
      <w:r>
        <w:t xml:space="preserve">Prep work. Once you scissor that off so it's important all the way down to the skin so no matter what length you scissor the dog, the haircut's going to look phenomenal OK this is going to be the most labor intensive Part of your room is making sure your prep work is done right. So this is on the front legs you want to get on the inside of the legs, around the base of the hair. It should not hurt the dog you should not pull on it hard you're tapping by </w:t>
      </w:r>
      <w:r>
        <w:lastRenderedPageBreak/>
        <w:t xml:space="preserve">the base of the hair see all those curls OK See all those curls down there, We're just going to slowly move along. </w:t>
      </w:r>
      <w:r>
        <w:br/>
      </w:r>
    </w:p>
    <w:p w:rsidR="00470FDB" w:rsidRDefault="00000000">
      <w:r>
        <w:t xml:space="preserve">That's why they call it line brushing each line, getting that all done. Ok, getting that all straight, very important now we're going to move on to the head. So this is really also important for your finish. So once you get the body all stretched, dried and straightened, you're going to move on to the head now you can see I'm holding the dryer behind her head so it's blowing towards her nose from the back. Ok, most dogs don't like and even people i mean, we don't like the hair, the wind blowing like at our face in your nostrils and in their eyes so you can put the dryer on behind their head. </w:t>
      </w:r>
      <w:r>
        <w:br/>
      </w:r>
    </w:p>
    <w:p w:rsidR="00470FDB" w:rsidRDefault="00000000">
      <w:r>
        <w:t xml:space="preserve">Ok, now right here I'm going to pinch the ear shut and then blow dry by her face. Ok, so that way air isn't blowing into her ears and she's getting all upset so she'll lay down nice while I comb her ears now we're going to move on to her face. So again, separating but I'm blowing from the back of her head towards her nose. And now I'm going to take a comb and separate all the hair. Ok, we want each individual hair as separate as possible. </w:t>
      </w:r>
      <w:r>
        <w:br/>
      </w:r>
    </w:p>
    <w:p w:rsidR="00470FDB" w:rsidRDefault="00000000">
      <w:r>
        <w:t xml:space="preserve">Ok this is what's going to make a really nice finish for that cute head that we want. So see all the separation, how everything's nice and straight. So this is ultimately what we want to see for the finish on our head OK see the nice straight hairs so when we go to scissor this and she's got a couple of colics on her head, this is the finish that we want to see when we go to do that head. Ok, Going to move on to prep work really fast this is going to be pads and belly. Ok. So this is also really important that your dog is prepped Well, I go in with a 40 blade on the outside and I'll do a 30 on the inside. </w:t>
      </w:r>
      <w:r>
        <w:br/>
      </w:r>
    </w:p>
    <w:p w:rsidR="00470FDB" w:rsidRDefault="00000000">
      <w:r>
        <w:t xml:space="preserve">So I go just around the edges of the pads here, OK? And you can see on the edges of the pads, the outside edge. I'm going to scoop a little bit and then all in here. I'll do next because we all know there's some dogs that don't like it when you dig into the pad so I'll do the outside 1st and then the inside. Now see how I'm separating the toes. I'm going to scoop in between each digit here and get the hair in between i'm going to separate this other one right there open that up and get in between the toes. Now you're going to scoop out, you're going to watch for the webbing. </w:t>
      </w:r>
      <w:r>
        <w:br/>
      </w:r>
    </w:p>
    <w:p w:rsidR="00470FDB" w:rsidRDefault="00000000">
      <w:r>
        <w:t xml:space="preserve">Ok, see right on the edges i'm going to get that all clean see the webbing right there? I'm not going to push on that i'm just scooping around it. Ok. So later when you go to scissor, you're nice round foot it looks like the dog is floating on the table, only the pads are touching the table oK, because you've done it this way it's not high up like a poodle foot, all right, But it's just high enough that it's going to look like their feet, their pads are touching and nothing else. Now, see, I'm going to push the pad back and hold it out so I have a flat surface right in here, see? And I can push out any of the little hairs that are sticking out and this is what we </w:t>
      </w:r>
      <w:r>
        <w:lastRenderedPageBreak/>
        <w:t xml:space="preserve">want it to look like. </w:t>
      </w:r>
      <w:r>
        <w:br/>
      </w:r>
    </w:p>
    <w:p w:rsidR="00470FDB" w:rsidRDefault="00000000">
      <w:r>
        <w:t xml:space="preserve">So this is the ultimate what we want it to look like nice and clean. Here's another round foot see how it doesn't affect the integrity right here? We want to just go slightly up this back pad. Ok, only a little bit. See how this one too high. This is what we want on the left. On the right, that's too high that you shaved up, OK, we just want to just the pads look like they're floating, so just be aware of that this is what we want it to look like when we're done, OK? We still have all the hair around it i'm going to move on to the belly real fast. </w:t>
      </w:r>
      <w:r>
        <w:br/>
      </w:r>
    </w:p>
    <w:p w:rsidR="00470FDB" w:rsidRDefault="00000000">
      <w:r>
        <w:t xml:space="preserve">This is how I do the privates. So if it's a female, I just go on either side of the vulva, OK creating space on either side that way when they go squat to pee, there's no hair in it. There's no nothing getting caught in there, no mats. So on either side. And then I'll shave the belly. My dogs can handle a 15 you can do A10 I don't like to do A7 if they have bigger nipples because you could cut them. But I like to get this real clean. See, like that I'll lift them up if they're small enough for me to be able to lift them. </w:t>
      </w:r>
      <w:r>
        <w:br/>
      </w:r>
    </w:p>
    <w:p w:rsidR="00470FDB" w:rsidRDefault="00000000">
      <w:r>
        <w:t xml:space="preserve">Now this is important i'm going to lift up the side here, see the tuck up area. So this flap of skin with the tuck up, we want to get all the hair. It's going to look like this when the skin flap is down. But once you lift it, all the hair on the inside comes off and on the outside stays. Ok, so see all that hair there? I'm going to gently lift, OK i'm not going to roll the skin hard i'm going to lift it like this and then I'll take my Clipper in there and skim all that off. </w:t>
      </w:r>
      <w:r>
        <w:br/>
      </w:r>
    </w:p>
    <w:p w:rsidR="00470FDB" w:rsidRDefault="00000000">
      <w:r>
        <w:t xml:space="preserve">Ok, Just on that edge of the tuck up and on the inside of the flap. Nothing on the outside. That way you don't see anything that I've shaved from the outside see, I'm going to lift that and get the rest of the hair everything on the inside now that goes towards the belly so see how clean that flap is i'm going to roll the skin and get everything on the inside of that, shaving all that out. Ok this is important i do all this ahead of time because it's going to matter when I scissor back legs. Ok So everything I'm explaining to you, there's a reason why I'm doing it. </w:t>
      </w:r>
      <w:r>
        <w:br/>
      </w:r>
    </w:p>
    <w:p w:rsidR="00470FDB" w:rsidRDefault="00000000">
      <w:r>
        <w:t xml:space="preserve">So see right there see how that flap I've gently lifted up see how clean it is? That's what we want that to look like. Ok Once you lay the hair down, it hides it all. You don't see any of that. Also on pet dogs, it keeps it from getting matted, so I'm going to lift her up so this is what we want it to look like OK we're going to shave the height of how much we shave is to where the belly button would be. Ok? And then slightly on either side see that line right there? Everything on the inside comes off and everything on past that flap of skin stays. </w:t>
      </w:r>
      <w:r>
        <w:br/>
      </w:r>
    </w:p>
    <w:p w:rsidR="00470FDB" w:rsidRDefault="00000000">
      <w:r>
        <w:t xml:space="preserve">Ok, now the reason I do this see, if you were scissoring like this, when you do your parallel lines, you don't have to worry about scissoring up into the skin if you left all that hair, so </w:t>
      </w:r>
      <w:r>
        <w:lastRenderedPageBreak/>
        <w:t xml:space="preserve">you would have to scissor up into that you can nick the dog K when you're doing your parallel lines. So when your scissor, you don't have to worry about see the parallel line you're going to make. You don't have to worry about going up into the skin there because all of this is clean now for you to scissor, you don't have to worry about that. </w:t>
      </w:r>
      <w:r>
        <w:br/>
      </w:r>
    </w:p>
    <w:p w:rsidR="00470FDB" w:rsidRDefault="00000000">
      <w:r>
        <w:t xml:space="preserve">Same things what it looks like on a male dog K on either side of the testicles. So you want all that clean. This is a bouchon. So same thing on the outside you see that owners, nobody will notice from the outside. Now see remember this flap of skin right in front of the penis? A lot of male dogs have it where that rolls okay. So you may have to have someone help you lift the dog up and you'll have to separate the skin right there so you want to make sure you get all the hair out of that roll. </w:t>
      </w:r>
      <w:r>
        <w:br/>
      </w:r>
    </w:p>
    <w:p w:rsidR="00470FDB" w:rsidRDefault="00000000">
      <w:r>
        <w:t xml:space="preserve">Dogs like Springers, setters, English, Springers, Westies, Scotties don't necessarily get their belly shaved. K That's just kind of a side note because it would affect the integrity of the skirt so those are some breeds you may not shave the bellies on. K Now, this is what it looks like from the backside after I've shaved the belly. K So to do the rectum, I'm just going to lift that up, and on either side of the rectum, I'll skim the ten and then just about a fourth of an inch above so it'll look like that. </w:t>
      </w:r>
      <w:r>
        <w:br/>
      </w:r>
    </w:p>
    <w:p w:rsidR="00470FDB" w:rsidRDefault="00000000">
      <w:r>
        <w:t xml:space="preserve">Ok we don't want monkey butt. We don't want anything really crazy. It'll just look like that. Ok. And then either side of the Volvo, again, I'll shave and I'll lift up like this and make sure there's nothing touching on either side. Ok. Again, this matters because when you go to scissor parallel legs in the back, you don't have to worry about putting scissors in that area, OK? And accidentally either cutting the testicles or the vulva because you've already cleaned that area out. </w:t>
      </w:r>
      <w:r>
        <w:br/>
      </w:r>
    </w:p>
    <w:p w:rsidR="00470FDB" w:rsidRDefault="00000000">
      <w:r>
        <w:t xml:space="preserve">You don't want a bunch of loose hair. So you're going to feel OK, feel with your thumb. There's a second thigh right there there's a thigh muscle. That's what you're going to shave down to. All right. So I'm going to get a wider view here so you can see you're going to feel your thumb right where that muscle ends and that's what you're going to shave to. Now you can see you don't see it like a lot where I've shaved, but I'm going to show you with my comb see, that's where your parallel line starts. </w:t>
      </w:r>
      <w:r>
        <w:br/>
      </w:r>
    </w:p>
    <w:p w:rsidR="00470FDB" w:rsidRDefault="00000000">
      <w:r>
        <w:t xml:space="preserve">Doesn't start from the middle of the dog, OK? Starts from that second thigh right there. So when we go to do our back legs, that's where it starts from right here, from the thigh down. Ok, so that's important that's why we've shaved that much out. So we kind of have this triangle here and then this is where our parallel lines come from. Just a real quick tip, this one I'm going to cover before I start on her. </w:t>
      </w:r>
      <w:r>
        <w:br/>
      </w:r>
    </w:p>
    <w:p w:rsidR="00470FDB" w:rsidRDefault="00000000">
      <w:r>
        <w:lastRenderedPageBreak/>
        <w:t xml:space="preserve">A lot of people, when you go to lift your dog, ideally see, they'll lift their dogs for the stop from the stomach like this. See the Roach that it creates? So you're going to push up on the dog and it's going to make them stand roached, OK You want to avoid picking up the dog from the belly to get them to stand. You want to lift them up between the back legs so if they're sitting, get her to sit a minute of course she doesn't want to. </w:t>
      </w:r>
      <w:r>
        <w:br/>
      </w:r>
    </w:p>
    <w:p w:rsidR="00470FDB" w:rsidRDefault="00000000">
      <w:r>
        <w:t xml:space="preserve">Ok well, if you have to get them to stand, ideally you want to lift between i'll get her to stand between the back legs. Ok, See how it flattens out the top line? So between the back legs is ideally how you want to get them to stand. Ok, not lifting under the belly getting them to Roach. Ok, that's a mistake. And then the last but not least here for a prep work, we want to run our fine tooth comb through the legs and we want to check for toe mats. Ok, that's a big one. You want to make sure there's no mats in between the toes, so even if you call them this way, you can miss them. </w:t>
      </w:r>
      <w:r>
        <w:br/>
      </w:r>
    </w:p>
    <w:p w:rsidR="00470FDB" w:rsidRDefault="00000000">
      <w:r>
        <w:t xml:space="preserve">So what I'll actually do, after I run my comb over, I'll push this hair up and separate the toes and blow and see if there's any mats in between the toes okay and then I would just scissor those out. I'll cut those out that you have to separate each digit in between each toe and see if there's any mats between there oK, that's C going to blow the hair and see if there's any mats in between. Now the reason I blow in between the toes is because if you just go in there with the comb and dig in there and yank on it, the dogs are going to bite you or it's going to hurt them, OK you don't want to just dig in and rip out the mats. </w:t>
      </w:r>
      <w:r>
        <w:br/>
      </w:r>
    </w:p>
    <w:p w:rsidR="00470FDB" w:rsidRDefault="00000000">
      <w:r>
        <w:t xml:space="preserve">I'll blow in there, see if I see any mats, separate the hair, and then come and trim those out. I don't fight to separate or brush out toe mats, but that is something you have to check if you're ever competing or even on pet dogs those can get really bad. So you don't want toe mats on the dogs. Ok, I am going to get Lola out, so just give me a second to get her on the table and to set up my camera so that way you can see her really well because that's it for the my slides so now you're going to see her live, and I'm going to trim her up and show you how to do that. </w:t>
      </w:r>
      <w:r>
        <w:br/>
      </w:r>
    </w:p>
    <w:p w:rsidR="00470FDB" w:rsidRDefault="00000000">
      <w:r>
        <w:t xml:space="preserve">Ok, so just make sure that. Let's see what's. So give me just a minute while I set up here, because I want to make sure you guys can see everything. Ok, move my camera closer. All right, so this is Lola OK is old lady so she's in a nice teddy bear trim, so I'm just going to give her a spritz here. So I've done all that prop work that I've showed you, OK that are all brushed out. Now you're going to want a comb with fine teeth. Ok, so a fine tooth comb, see. </w:t>
      </w:r>
      <w:r>
        <w:br/>
      </w:r>
    </w:p>
    <w:p w:rsidR="00470FDB" w:rsidRDefault="00000000">
      <w:r>
        <w:t xml:space="preserve">And then you want like a wider tooth comb so and see the difference. This is a Chris Christensen 004 comb i use this on legs and thicker hair. Ok it's very important that when you're going through thick coat brushing and combing, you're not trying to put something with really close teeth through that because you'll rip out undercoat or if they have really </w:t>
      </w:r>
      <w:r>
        <w:lastRenderedPageBreak/>
        <w:t xml:space="preserve">thick hair, it's just too dense to use a comb with really close teeth oK so it's very important that when we're doing legs or certain areas are really thick that we use a wider tooth comb so you're going to see me switching between those. Ok, make sure we're. </w:t>
      </w:r>
      <w:r>
        <w:br/>
      </w:r>
    </w:p>
    <w:p w:rsidR="00470FDB" w:rsidRDefault="00000000">
      <w:r>
        <w:t xml:space="preserve">So I'm going to start with the Clipper because I've done all the prep work, OK. I'm going to use an orange one attachment on her body. I'm not going to talk too much while I'm clippering i may turn it off because my Clippers a little loud and it's going to be hard for you to hear. Ok, but I will explain what's going on. So what i'm going to start and she's going to follow me because she's super needy. I'm going to leave about two inches from the top of the head here. </w:t>
      </w:r>
      <w:r>
        <w:br/>
      </w:r>
    </w:p>
    <w:p w:rsidR="00470FDB" w:rsidRDefault="00000000">
      <w:r>
        <w:t xml:space="preserve">Ok, not a neckline, but I want to leave myself enough room to blend. Ok? And then it's very important that I leave myself enough room to blend and fit to be able to match the head. Ok, you see what I've done here here's a common mistake people make. Ok, see this on the leg? See this hard line? We don't want hard lines like this, OK? We want to blend off the dog. Ok i'm not Turner, so I can show you. See that hard line on the hip? We don't want that, OK. We want where we can have where it rolls off and it's nice and smooth. </w:t>
      </w:r>
      <w:r>
        <w:br/>
      </w:r>
    </w:p>
    <w:p w:rsidR="00470FDB" w:rsidRDefault="00000000">
      <w:r>
        <w:t xml:space="preserve">Ok very important. So when we're blending, I'm going to blend down. So imagine, see they're coming down, Imagine down we're already imagining those parallel lines. So we don't want to harsh lines we want transitions, very smooth OK So see here smooth transition and here we have that hard line and we would have this like square butt and that would be harder to blend. So it's very important when you do transitions you want everything smooth when it goes from hip to head to neck, everything. </w:t>
      </w:r>
      <w:r>
        <w:br/>
      </w:r>
    </w:p>
    <w:p w:rsidR="00470FDB" w:rsidRDefault="00000000">
      <w:r>
        <w:t xml:space="preserve">So this is going to be harder for you to blend if you leave that. Ok, I'm going to turn her. So see we blended it off those hips really nice. Ok. And now I'm going to do the angulation i'm going to come right off the back of the leg here. Now I'm going to be careful when I'm going into the Tuck U here again, this is just like a pat trims and not worrying necessarily about the Tuck U, but I don't want to push hard back into the leg and make the dog look longer like this, OK? So I'm going to skim kind of down and forward. </w:t>
      </w:r>
      <w:r>
        <w:br/>
      </w:r>
    </w:p>
    <w:p w:rsidR="00470FDB" w:rsidRDefault="00000000">
      <w:r>
        <w:t xml:space="preserve">And then when I get into the underline here, I you can actually reverse this down here i like to do that on pet dogs because it's it'll keep underneath them to the ground. This will be nice and short and they collect less dirt. We all know we have this like booby trap right here, this triangle. If you come down here too hard, like it's going to create a really big dent in a straight lines we want to blend here, OK? Right here. We want to watch the series we're going to blend. So right here, I want you to see on the side and the neck, OK, we left about two inches up here, but on the side here, I'm going to pull the ear forward, just under the ear </w:t>
      </w:r>
      <w:r>
        <w:lastRenderedPageBreak/>
        <w:t xml:space="preserve">we're not going to go up into the tap in the neck, but this is where they tend to get matted. </w:t>
      </w:r>
      <w:r>
        <w:br/>
      </w:r>
    </w:p>
    <w:p w:rsidR="00470FDB" w:rsidRDefault="00000000">
      <w:r>
        <w:t xml:space="preserve">We want to take this off. Ok. So right here, I'm going to lift this up just behind the ear and I'm going to take that off. He just like that, OK, all this and I'm going to turn her. You're going to feel like if you were choking them. Ok under right even where the loop sits. Ok, Even where the loop sits right here, this is the throat latch, right where it connects the head, the neck head connects to the neck right here. </w:t>
      </w:r>
      <w:r>
        <w:br/>
      </w:r>
    </w:p>
    <w:p w:rsidR="00470FDB" w:rsidRDefault="00000000">
      <w:r>
        <w:t xml:space="preserve">You can feel that under jaw. That's where I want really short. Ok, That's where I'm taking it up to. And this is going to be really short because they'll see they have a collar or anything, a loop on them. Then they don't have like double chin going on. Ok, so that's how high up you take that. Now again, we want to look at the dog from the front because now we need to do this outer shoulder, OK. So see that we don't want this to just wing out we're going to blend again, OK, skimming O again, we're going to blend so that way that's easy to blend later. </w:t>
      </w:r>
      <w:r>
        <w:br/>
      </w:r>
    </w:p>
    <w:p w:rsidR="00470FDB" w:rsidRDefault="00000000">
      <w:r>
        <w:t xml:space="preserve">We want it to look like one piece oK, I'm going to the quick to the other side. When it comes to the tail, OK, depending on how their tails are, she's I leave it long you want to hold it straight out, OK so that way you're not coming off the end and making a big dip. Another big one is make sure see dog isn't sitting in hair OK is that the Andis 5 speed Clipper i have issues with mind heating up too quick even on low, like I can't get through a dog without switching blades. Yes it does heat up extremely fast but you're OK with the comb attachment on it. </w:t>
      </w:r>
      <w:r>
        <w:br/>
      </w:r>
    </w:p>
    <w:p w:rsidR="00470FDB" w:rsidRDefault="00000000">
      <w:r>
        <w:t xml:space="preserve">But if you're using something without a comb attachment like this, like this doesn't get hot the metal but the blade, yes it does get hot and it is a 5 speed i like it because it is fast but if you're going to use like a four or five, I probably have four or four, like five of the same blade so five seven blades 5 because then I could switch them out and I'll lay them on like a cool tile because yes, they do heat up fast. </w:t>
      </w:r>
      <w:r>
        <w:br/>
      </w:r>
    </w:p>
    <w:p w:rsidR="00470FDB" w:rsidRDefault="00000000">
      <w:r>
        <w:t xml:space="preserve">Does that answer your question? She says I like it too it's so light and comfortable. I got the tile for mine yeah, thank you. Yeah, That's why I haven't switched to a cordless yet, because I like how light it is so I haven't made the switch. It's just I have small hands and they're, they become weak over time with grooming. So yeah, I'm sticking with this Clipper yet, but that's the issue so just dealing with multiple blades is usually what's best. So This is why prep work is so important because you see how much I caught off of her body. So if this would have been all curly underneath, I would have exposed the poor job I did on doing prep work. </w:t>
      </w:r>
      <w:r>
        <w:br/>
      </w:r>
    </w:p>
    <w:p w:rsidR="00470FDB" w:rsidRDefault="00000000">
      <w:r>
        <w:lastRenderedPageBreak/>
        <w:t xml:space="preserve">Ok so this is nice And plush because that was all scissor that was all blown out. Good OK so very important you got to keep it in mind that if you're cutting it shorter, it's going to expose that if you don't do a good job. So the next thing I'll move on to is doing feet, OK And again, I get all the hair off my table. </w:t>
      </w:r>
      <w:r>
        <w:br/>
      </w:r>
    </w:p>
    <w:p w:rsidR="00470FDB" w:rsidRDefault="00000000">
      <w:r>
        <w:t xml:space="preserve">That's a big thing that's going to ruin your finish is if you're letting the dog sit in hair. So I'm always getting the hair off the table first OK So what I'm going to do, I'm going to make sure I have a spray bottle. Ok, I'm really picky about my spray bottles you want one with a really nice mist because you want to spritz the dog, but you don't want the dog saturated. </w:t>
      </w:r>
      <w:r>
        <w:br/>
      </w:r>
    </w:p>
    <w:p w:rsidR="00470FDB" w:rsidRDefault="00000000">
      <w:r>
        <w:t xml:space="preserve">My friends will make fun of me because I'll spray them like this, like up in the air. Like it's like misting up and down on them because I don't want to go like this and I don't want the coat saturated. There's nothing special here it's just water, OK to keep the static down. So this is a big part of when I'm scissoring. Depending on the coat type is what I'll use but this is just water OK but this will help you get a really nice finish. So this is again where I want the narrow teeth because I'm going to do intricate work here OK so right now I'm going to comb everything down OK and get ready around her feet. </w:t>
      </w:r>
      <w:r>
        <w:br/>
      </w:r>
    </w:p>
    <w:p w:rsidR="00470FDB" w:rsidRDefault="00000000">
      <w:r>
        <w:t xml:space="preserve">One more thing before I get started. Excuse me, I do have my five in one with me just in case those little hairs like to work out in between the toes. So this is even pet dogs i'll have it on hand so I can get those while I'm doing feet, OK I'm going to take my curves and anything that goes past AD here, I'm going to take off. I'm only scissoring on the outside, OK i'm not affecting the integrity of the roundness out here yet. </w:t>
      </w:r>
      <w:r>
        <w:br/>
      </w:r>
    </w:p>
    <w:p w:rsidR="00470FDB" w:rsidRDefault="00000000">
      <w:r>
        <w:t xml:space="preserve">Ok, so that's what it's going to look like, Just scissoring it while it's down. If there's any little pieces sticking out, I'll hit those. Ok, remember, we want them to look like they're floating. Ok, so now I'm going to have the foot down and I'm going to scissor and the scissor, the front of the foot. Ok, Come in at all like this i'm going to come in and press down with the scissors. Ok, That's straight so that's what it's going to look like in the front. Ok. </w:t>
      </w:r>
      <w:r>
        <w:br/>
      </w:r>
    </w:p>
    <w:p w:rsidR="00470FDB" w:rsidRDefault="00000000">
      <w:r>
        <w:t xml:space="preserve">I'm going to turn her so you can see this way okay. So now we're going to look on the inside and the outside this direction. Okay how we want the foot to look i'm going to push down and keep my scissors curved okay. Excuse me, My phone is not supposed to be ringing okay. And we're going to do like a little bevel. Ok, this, so remember, this is how we want it to look like the dog is floating so I'm coming to curve, leaving the foot down while I do this, going here off the table so I can see OK because now I know the foot is straight. </w:t>
      </w:r>
      <w:r>
        <w:br/>
      </w:r>
    </w:p>
    <w:p w:rsidR="00470FDB" w:rsidRDefault="00000000">
      <w:r>
        <w:t xml:space="preserve">Ok, so I'm just going to look at it like this. Once I have the shape I want, then I can turn the dog around, ick the foot back up and look on the underside. Ok, so because I've already done </w:t>
      </w:r>
      <w:r>
        <w:lastRenderedPageBreak/>
        <w:t xml:space="preserve">that see the shape. So now I'm just going to touch up anything I don't like, only on the underside. This will help give a little bit more lift the look like the dog is floating easy and I put the foot down. </w:t>
      </w:r>
      <w:r>
        <w:br/>
      </w:r>
    </w:p>
    <w:p w:rsidR="00470FDB" w:rsidRDefault="00000000">
      <w:r>
        <w:t xml:space="preserve">And again, don't set the foot down in hair, OK every time you're brushing hair and getting loose coat out of, out of their feet, out of their legs, it's going to ruin your finish. Ok? See how nice and clean that is when I put it down this is the only part that's going to be touching the ground, OK And I'll touch up anything else. Got that nice little bevel on there. And I'm not going to worry about anything else until I start to scissor the foot, OK but that's what it's going to look like. O you can see just right down in there you got pads touching. </w:t>
      </w:r>
      <w:r>
        <w:br/>
      </w:r>
    </w:p>
    <w:p w:rsidR="00470FDB" w:rsidRDefault="00000000">
      <w:r>
        <w:t xml:space="preserve">Ok i'm going to do the other back foot real fast walk through real fast i'll remember come down see that piece coming out hanging out there. That's why I have that with get that off real fast. This is how I do my feet and everything quickly. Ok, go in, take anything off on the sides. Utah, the foot down, you'll trim the front of the foot, so you'll be able to see kind of from the back here comes around, put in the shape of the dog. </w:t>
      </w:r>
      <w:r>
        <w:br/>
      </w:r>
    </w:p>
    <w:p w:rsidR="00470FDB" w:rsidRDefault="00000000">
      <w:r>
        <w:t xml:space="preserve">So you have to scissor it down so that way you know how they're stand because if they have crooked feet, you don't want to do that while you're holding it up. Ok so that's why it's important that it's not the foot isn't up while you scissor it. Then I can finish off my shape OK only after I've scissored it while it's down. So on the back feet, like we went probably about a finger OK height above this back pad, which we want to do on the back feet because that will when we go to scissor the Hawks, OK that's going to give them a little bit of lift angle here it look like they're more up on their toes. </w:t>
      </w:r>
      <w:r>
        <w:br/>
      </w:r>
    </w:p>
    <w:p w:rsidR="00470FDB" w:rsidRDefault="00000000">
      <w:r>
        <w:t xml:space="preserve">Ok. So when you scissor like that, just that back of the pad, it's going to give them a little bit of lift and then we'll do our hocks and it'll make them look like nice height and on their toes. And when you go to do the front feet, if you want perfect column legs, OK, you're not going to do that because you need that hair in here. Depending on the breed, if you want a little lift, you can do the angle in the back. </w:t>
      </w:r>
      <w:r>
        <w:br/>
      </w:r>
    </w:p>
    <w:p w:rsidR="00470FDB" w:rsidRDefault="00000000">
      <w:r>
        <w:t xml:space="preserve">Or if we want that perfect column all the way down, we're not going to do that. Ok So same thing with this one. I have little hairs that always work their way out, so I just touch those up. That's how you make sure your prep work is really good OK So when those pet dogs go home, nothing is coming out of their feet, All right? nothing. So I'm going to comb this down and then trim just to the pad, OK we're not going to go up and above it because we want that to just touch the ground. So we still have those beautiful, like, column legs, OK. So that way see, when her foot is down, it doesn't create that angle back there. </w:t>
      </w:r>
      <w:r>
        <w:br/>
      </w:r>
    </w:p>
    <w:p w:rsidR="00470FDB" w:rsidRDefault="00000000">
      <w:r>
        <w:lastRenderedPageBreak/>
        <w:t xml:space="preserve">Ok, same thing. Feel for the toenails. Ok, she's a little bit easty Westy, so I definitely want to have this down when I'm scissoring her foot, OK? And I'll lift her up and set her down because I want her to stand how she would normally stand oK, Push this down and then scissor around it. Ok, I'm going to make these a little bit flary. Nice kind of like teddy bear. So would say like a 30 degree angle. Ok, holding the shears. Ok, so I get idea the shape that I like. So again when we go to lift these see we see the pads of the feet, but it's going to look like that dog is floating. </w:t>
      </w:r>
      <w:r>
        <w:br/>
      </w:r>
    </w:p>
    <w:p w:rsidR="00470FDB" w:rsidRDefault="00000000">
      <w:r>
        <w:t xml:space="preserve">So even though we have these big feet, we just have the little nails and the pads touching. Ok, so they'll stay clean, but they got these really nice bevels. Ok, I'm going to turn around and you can see again, here's what it looks like underneath. After I've set my shape, I'm going to comb everything down so anything that comes down and I'm going to comb the leg that would be touching the ground and take off, OK? It's the same thing when I put that down, I'm not going to worry about too much until I scissor the leg. </w:t>
      </w:r>
      <w:r>
        <w:br/>
      </w:r>
    </w:p>
    <w:p w:rsidR="00470FDB" w:rsidRDefault="00000000">
      <w:r>
        <w:t xml:space="preserve">Let's see, we got some ground clearance there. Nice ground clearance. Ok. So it's like they're floating. And I turn around and I'll let you watch as I do the other one so you can see how this one looks like it's straight. Ok. That's why we want to leave the foot down so you can see where her toenails are. It's a little bit to the side, All right. So we want to make sure, again that we have that this is nice and straight when we do it, OK, feel where the toenails are we're not going to follow them sideways we're going to put our scissors down as if her foot was straight, OK? And This is why we don't hold the foot up while we scissor it, because she stands crooked and we want to hide that. </w:t>
      </w:r>
      <w:r>
        <w:br/>
      </w:r>
    </w:p>
    <w:p w:rsidR="00470FDB" w:rsidRDefault="00000000">
      <w:r>
        <w:t xml:space="preserve">Ok, only after you've set the shape then you lift the foot. But just like I did before, lift it u get the bottom and she's falling asleep a little bit stay. Ok, so when you got these two little bevels starting our parallel lines, so once you get your feet set, then you can start to scissor your legs. Ok, Going to turn her so we can see her back legs. Ok. So what I usually do is I'll start with the angulation, OK, give it a spritz. Now she has I would say an open coat. My other dog has a really dense, thick coat, so now that she's older, it's not as dense and full. So I'm going to push it up a minute and tap it OK to get the hair to lay naturally and then I'll come in and scissor this rounded OK back here I'm going to feel with my scissors i want this tight right where the bend is, the bend of the leg. </w:t>
      </w:r>
      <w:r>
        <w:br/>
      </w:r>
    </w:p>
    <w:p w:rsidR="00470FDB" w:rsidRDefault="00000000">
      <w:r>
        <w:t xml:space="preserve">That's going to be my shortest tightest point. Ok, I'm going to comb. I generally comb everything at least three times so I get into a rhythm where it's spray comb, scissor, spray comb, scissor. Ok. How I want it to look. So after I scissor the angulation I'll Turner and now we're going to start to focus on our parallel legs. Ok. So I'll do the i'll show you that angulation from the back. I'm going to leave more down here and this is going to be tighter. </w:t>
      </w:r>
      <w:r>
        <w:br/>
      </w:r>
    </w:p>
    <w:p w:rsidR="00470FDB" w:rsidRDefault="00000000">
      <w:r>
        <w:lastRenderedPageBreak/>
        <w:t xml:space="preserve">You'll see me do this. You don't want to use your scissors to move the hair, but when I'm doing this, I'm feeling the length so I can see how much length is here. This is going to be short, like a seven ok back here, so almost seeing skin. Same thing on the butt it's going to be like A4 length, OK, four or five, nice and nice and tight. </w:t>
      </w:r>
      <w:r>
        <w:br/>
      </w:r>
    </w:p>
    <w:p w:rsidR="00470FDB" w:rsidRDefault="00000000">
      <w:r>
        <w:t xml:space="preserve">This is an area you want to push different directions because you'll get little hairs that come out OK. And I just says there about a fourth above the rectum worth of an inch because we all know that this area likes to get matted on dogs with long tails. Ok, now remember when we did this we seen in the video neither side here. This is why this is important, OK? Because now I can lift her leg and scissor up here and I don't have to worry about cutting her vulva or having all kinds of messy hair in here. </w:t>
      </w:r>
      <w:r>
        <w:br/>
      </w:r>
    </w:p>
    <w:p w:rsidR="00470FDB" w:rsidRDefault="00000000">
      <w:r>
        <w:t xml:space="preserve">This is why it matters. See that where that second thigh was, and now I can create my parallel lines. All right, same thing on this side. Ok, I can lift the leg, come up with scissors, not have to worry about cutting anything, and it's going to be nice and clean and now I can create my parallel lines. Ok, now I'm going to get my wide, wide comb stand nice. Stay i'm going to fluff it out, not straight up. Ok, normally I'll stand directly behind them, you'll see me to the side so that way I can not block the camera. </w:t>
      </w:r>
      <w:r>
        <w:br/>
      </w:r>
    </w:p>
    <w:p w:rsidR="00470FDB" w:rsidRDefault="00000000">
      <w:r>
        <w:t xml:space="preserve">Ok, I'm going to give it a spritz now is he stay? Ok, so you can see the whole leg here. I want a bit of a flare out, so I'm going to comb it out and remember, This is why we blended here, so we don't have this like harsh line or shelf to you know, I could really use her to stand straight, but she likes to look at me. Ok, so normally I would stand directly behind them, but I don't want to block the camera while I'm doing this i'm going to show you, so I'm going to come in with my big scissors right here oK, take a little bit off the Hock area and then tighter U top oK, O it has that nice flare to it. </w:t>
      </w:r>
      <w:r>
        <w:br/>
      </w:r>
    </w:p>
    <w:p w:rsidR="00470FDB" w:rsidRDefault="00000000">
      <w:r>
        <w:t xml:space="preserve">Ok, Same thing on the inside. Comb it out later on the inside. Ok, we're going to sritz, roam, repeat and see, using that foot as a guide so I know how wide I want to make it. Ok that I had the same thing on this side. Now because I'm righthanded and it's come around over the top and I'm going to do the same thing it says they're down. Ok, one thing come around here, OK And see the shape of our leg coming together. We want to see nice parallel lines. The same thing on the inside. I'll fluff it out. I'll let you see here without my head blocking it. Ok, come on in. But see, we don't have to worry about anything up there because our parallel line starts right here, That second thigh that helps also create that nice flare. </w:t>
      </w:r>
      <w:r>
        <w:br/>
      </w:r>
    </w:p>
    <w:p w:rsidR="00470FDB" w:rsidRDefault="00000000">
      <w:r>
        <w:t xml:space="preserve">Ok, it's tighter up here, wider, but the parallel line starts here, so we could still look uniform. Don't worry about towards the front of the front leg, We'll get that later. Ok, so you're going to think about scissoring the legs kind of like they were squares, like rectangles, and then scissoring off the edges. Ok. That way it's nice and rounded. And the scissor, the Hawk on </w:t>
      </w:r>
      <w:r>
        <w:lastRenderedPageBreak/>
        <w:t xml:space="preserve">this side from the back and then I'll show you the other one from the side, right. When the dog is moving, you don't want to see like this going on like it shouldn't be moving. But we do want the Hawks fuller, so I'm going to part it in half. </w:t>
      </w:r>
      <w:r>
        <w:br/>
      </w:r>
    </w:p>
    <w:p w:rsidR="00470FDB" w:rsidRDefault="00000000">
      <w:r>
        <w:t xml:space="preserve">And anything that goes past those parallel lines, you want to take off. Ok, so that way you don't get this flapping when the dog moves, but you still can have nice long hocks without it looking messy. Ok, that's important. I'm going to turn our sideways so you can see the shape of the leg now. Ok, I'm going to lift this up on our Hock. Ok, so we have the lift from there, but then we want these perpendicular to the ground. </w:t>
      </w:r>
      <w:r>
        <w:br/>
      </w:r>
    </w:p>
    <w:p w:rsidR="00470FDB" w:rsidRDefault="00000000">
      <w:r>
        <w:t xml:space="preserve">So we have a little angle here or a little shelf and then perpendicular. Ok so we they look like they're up on their toes oK, create some lift. So poodles will have more like hair in flare here so this is nice and short. Ok, make that shorter, make it more dramatic, but then they have more flare up here. Makes it more elegant. Kind of gives it some style. Ok, now you can see overall just looking at her, she sags in the middle and she's high up here something you can do. </w:t>
      </w:r>
      <w:r>
        <w:br/>
      </w:r>
    </w:p>
    <w:p w:rsidR="00470FDB" w:rsidRDefault="00000000">
      <w:r>
        <w:t xml:space="preserve">Just take your shears like this. Pop the high spot off OK and she looks more level. I can feel to my shears see how much more I can take off so she doesn't look so high in the rear. Ok, I'm going to hold the tail straight out. Take this off and on either side to separate the tail from the body. The big one I'm picky about is transitions your body to hip to leg to foot, but it should all look like one piece. But you should still be able to tell each part of the body okay, but you want separate sections we shouldn't tell exactly where the leg starts to get longer. </w:t>
      </w:r>
      <w:r>
        <w:br/>
      </w:r>
    </w:p>
    <w:p w:rsidR="00470FDB" w:rsidRDefault="00000000">
      <w:r>
        <w:t xml:space="preserve">We should just see that it flows from one piece into the next okay. Now when it comes to the front of the front leg, OK, she's a little sparse, so I'm only going to take a little bit off. Ok, right up to the front of that toe. This leg's a bit thinner than the other i'm going to do it rounded i'm going to take this skin again i'm not going to worry about like putting the tuck up or anything in the middle of the dog too much, but I want to just get this off so it looks neat. </w:t>
      </w:r>
      <w:r>
        <w:br/>
      </w:r>
    </w:p>
    <w:p w:rsidR="00470FDB" w:rsidRDefault="00000000">
      <w:r>
        <w:t xml:space="preserve">Ok? Remember like what we talked about earlier on the tuck up? So see the flap of skin, It's all clean under there. Ok. It's all clean under there, but we have that as we did our prep work, right? Ok. So again, that's why that matters so when we go to scissor this, we don't have to worry about all that. Ok, We have a nice parallel leg. Now, the final thing you were going to do when you're the leg you want to look. You want to look down the leg i'm sure we can see that. Ok, See in here, this in here. This is what we want to scissor while she's standing like that. </w:t>
      </w:r>
      <w:r>
        <w:br/>
      </w:r>
    </w:p>
    <w:p w:rsidR="00470FDB" w:rsidRDefault="00000000">
      <w:r>
        <w:lastRenderedPageBreak/>
        <w:t xml:space="preserve">Ok, we're going to look down it and we're going to get inside there while she's standing. So again, This is why this matters. So you want to see parallel legs no matter what angle you're looking at the dog OK And again, we're in this area up in here, but we don't have to worry about belly hair scissoring up into this because it we've already gotten that earlier. Ok. Right in here we have beautiful parallel legs from whatever angle we look. </w:t>
      </w:r>
      <w:r>
        <w:br/>
      </w:r>
    </w:p>
    <w:p w:rsidR="00470FDB" w:rsidRDefault="00000000">
      <w:r>
        <w:t xml:space="preserve">Ok. So I want you to see that OK You're going to look at that leg, move around it and see how in there all we see is nice straight lines no matter what way we move around the dog OK very important. We even see angulation from the side here, OK So no matter what angle, this is the stuff that I've learned with competing and brought into pet grooming oK no matter where we look at this dog, we have a really nice picture. </w:t>
      </w:r>
      <w:r>
        <w:br/>
      </w:r>
    </w:p>
    <w:p w:rsidR="00470FDB" w:rsidRDefault="00000000">
      <w:r>
        <w:t xml:space="preserve">Ok, I'm going to start with the front leg so you can see what we have first front legs go all right, a little bit messy we're going to give it a spritz. Comb it out, give it a tap. Ok, I'm going to lift her just a little bit so she stands as she naturally would stand. Touch her toenails you don't want to be smashing the hair with your hands. </w:t>
      </w:r>
      <w:r>
        <w:br/>
      </w:r>
    </w:p>
    <w:p w:rsidR="00470FDB" w:rsidRDefault="00000000">
      <w:r>
        <w:t xml:space="preserve">Ok, I'm going to take my big huge shears and just take this off. And again, we're going to match to the bottom of the foot, Whoopsie. I know I have videos that I've made of myself videotaping i trip on all my tripods and cords, so that's always fun. So I've learned how to move around the camera, but it still might be likely that you might hear me trip on something. So OK, stay. </w:t>
      </w:r>
      <w:r>
        <w:br/>
      </w:r>
    </w:p>
    <w:p w:rsidR="00470FDB" w:rsidRDefault="00000000">
      <w:r>
        <w:t xml:space="preserve">She's doing good. So again, I'm going to match it with the bottom of this flare. Push this up inside if I want to take, I want to leave a little bit more flare to it. Hide her up here. And if you want to add a little bit more dramatic flare, you can take your curves right around the elbow, OK, to make it look a little bit more severe, right so that's the outside that we've done. All right, Nice view of the outside of the leg i'm going to turn her, and this is usually the order I do everything in, and I'm going to make a nice column leg in the front OK now she has no chest, you can see. </w:t>
      </w:r>
      <w:r>
        <w:br/>
      </w:r>
    </w:p>
    <w:p w:rsidR="00470FDB" w:rsidRDefault="00000000">
      <w:r>
        <w:t xml:space="preserve">So how do I make a chest without leaving like a big boob on the front? Ok what you're going to do, have her head up i'm going to feel you push this in, OK By pushing this in, I can get her leg underneath her on this upper arm see? So I can create chest on the dog without having to leave like a big boob. Ok, pushing that in. Sit up, Spritz. Tap it. </w:t>
      </w:r>
      <w:r>
        <w:br/>
      </w:r>
    </w:p>
    <w:p w:rsidR="00470FDB" w:rsidRDefault="00000000">
      <w:r>
        <w:t xml:space="preserve">Ok, Because her coat naturally wants to drop i don't want to push it always up high i'm going to push it out. Ok, But I still want really nice columns. Big one is making sure they don't look like they're out at the elbow. Ok, All right. I'm going to turn her so we can see her </w:t>
      </w:r>
      <w:r>
        <w:lastRenderedPageBreak/>
        <w:t xml:space="preserve">from the front. Ok. Our parallel legs are coming together. Got to get the inside All right so you want to see light of day when you're doing parallel legs. </w:t>
      </w:r>
      <w:r>
        <w:br/>
      </w:r>
    </w:p>
    <w:p w:rsidR="00470FDB" w:rsidRDefault="00000000">
      <w:r>
        <w:t xml:space="preserve">Ok, the inside is hard. So what I do again, you don't trim anything while the leg is up i'm going to take my curves. And we all know when we scissor sideways like this can look like crap because it leaves a bunch of chop marks. So what I'm going to do is just mark with my scissors. I don't care if it looks choppy at the moment, I just want to get it to the length roughly at the bottom and the top that I want it at. Ok so I have it roughly blocked in what I want it to look like, then I'm going to spritz it and then I'll lift the leg and tip it. </w:t>
      </w:r>
      <w:r>
        <w:br/>
      </w:r>
    </w:p>
    <w:p w:rsidR="00470FDB" w:rsidRDefault="00000000">
      <w:r>
        <w:t xml:space="preserve">I'll miss out. Ok, give it a little shake. So now that I have it tipped OK, I can take my straights this way, clean up the scissoring. But I'm not going to do any major setting of the leg. I'm just cleaning up the scissoring because I already scissored it and marked it ahead of time. Ok, so that's where we get the nice parallel legs. Ok, I'm going to do the other side for you real fast. Mind me, I got to blow all the hair off my table. </w:t>
      </w:r>
      <w:r>
        <w:br/>
      </w:r>
    </w:p>
    <w:p w:rsidR="00470FDB" w:rsidRDefault="00000000">
      <w:r>
        <w:t xml:space="preserve">Ok, It's got these big beautiful bell legs i'm going to do the other side for you real fast so you can see it match. Stay I like to use my large shears for this is not necessarily for finished work. It's just to get the hair off okay and then I'll clean up with my puny little scissors. Everyone makes fun of me because I have these really tiny scissors, especially if it's a large dog. So I'll use the large scissors. You know these are like 10 inch the scissor, the shape of the leg and get most of it off and then I'll use my small shears for finished work. </w:t>
      </w:r>
      <w:r>
        <w:br/>
      </w:r>
    </w:p>
    <w:p w:rsidR="00470FDB" w:rsidRDefault="00000000">
      <w:r>
        <w:t xml:space="preserve">These are curves, I use them for a lot of stuff. These are Kenchi 5 star. I just find it to be a good overall shear for like pet germine for all different coat types because it can handle thicker coat like cockers. But then I can move on to a poodle coat and still put a nice finish on. Ok, so say thing remember I'm pushing in up here with the shears and then coming down and still making a pillar on the front leg i don't want it to come out and look like a foot stay, but in order to get this to come in so she has her legs underneath her, I'll push this in on the chest. </w:t>
      </w:r>
      <w:r>
        <w:br/>
      </w:r>
    </w:p>
    <w:p w:rsidR="00470FDB" w:rsidRDefault="00000000">
      <w:r>
        <w:t xml:space="preserve">Ok, so again here I'm going to fluff this up. This is the difficult side if you're right-handed So again, I don't care if it looks crappy, I'm going to just block it in so I have the shape because I've done the feet and everything. I have it shaped how I want and now I can lift it. Now you can see I'm grabbing her foot by the toes, not smashing the whole leg with my hand because I don't want to manipulate the hair too much, OK? I want to keep it so it doesn't affect the scissor work. The coat can still remain nice and plush. </w:t>
      </w:r>
      <w:r>
        <w:br/>
      </w:r>
    </w:p>
    <w:p w:rsidR="00470FDB" w:rsidRDefault="00000000">
      <w:r>
        <w:lastRenderedPageBreak/>
        <w:t xml:space="preserve">Ok, this what this is going to look like on your hard side if you're right-handed All right, now I'm going to Turner real fast so you can see I haven't done the back here. So the idea to help create balance is going to be if you measure from here to here. I'll take my comb here to here. That's how you see if they're balanced. Ok, that's what you want to see. So I don't take off the hair on the back of the leg because you want the front legs to match each other and the back legs to match each other in the front and the back to match each other. </w:t>
      </w:r>
      <w:r>
        <w:br/>
      </w:r>
    </w:p>
    <w:p w:rsidR="00470FDB" w:rsidRDefault="00000000">
      <w:r>
        <w:t xml:space="preserve">Ok, so then I know how much to take off. So that way they're balanced so you can measure with your comb and then you know how much to take off. A big one is you don't want hair sticking out at the elbow here. Because imagine you have to imagine these dogs moving and you don't want to look like it's throwing its elbow. Still needs to be a pretty pitcher. </w:t>
      </w:r>
      <w:r>
        <w:br/>
      </w:r>
    </w:p>
    <w:p w:rsidR="00470FDB" w:rsidRDefault="00000000">
      <w:r>
        <w:t xml:space="preserve">So this is what we're going to do again. We're going to turn our facing this way this time, OK And you're going to, I'm going to take the arm here and roll it, tip it out, OK, So we can see on the inside of this leg from the back standing behind the dog and we're looking in here, OK, I'm going to take our shears. Come in, take that off. So again, from no matter what angle we look, the dog has parallel legs, OK? And we have a nice picture in here and we can clean up any of that armpit hair. </w:t>
      </w:r>
      <w:r>
        <w:br/>
      </w:r>
    </w:p>
    <w:p w:rsidR="00470FDB" w:rsidRDefault="00000000">
      <w:r>
        <w:t xml:space="preserve">Ok, same thing here, real fast. Going to look how we want to scissor off the back leg and now I wanted these to be columns all the way down, kind of like a bouchon leg. So I didn't create that little lift in the back here. Ok, so again, I got that scissored. I'm going to Turner. We're going to look down. Because they're made of rubber. You can just tip that leg out without hurting them. Ok, go take a look in there. Just roll and tip that leg out here see. So right here again, you don't want to pinch the armpit, but I'm going to pinch the skin in here and I can roll it and get some of that armpit here. </w:t>
      </w:r>
      <w:r>
        <w:br/>
      </w:r>
    </w:p>
    <w:p w:rsidR="00470FDB" w:rsidRDefault="00000000">
      <w:r>
        <w:t xml:space="preserve">Ok, I don't like to shave the armpits, but I do like to make sure they're under control so that way they don't get matted. And this is, again, I'm going to look down through the dog here and that way no matter what direction I look. See these beautiful parallel lines. Ok, so no matter what way we roll or look around the dog, we can see it moving. We have nice parallel lines. Ok, yes, Leps trachea, so she's real sensitive around easy. I'm going to be River of Spritz on her front feet so we can get a nice look at and her legs. </w:t>
      </w:r>
      <w:r>
        <w:br/>
      </w:r>
    </w:p>
    <w:p w:rsidR="00470FDB" w:rsidRDefault="00000000">
      <w:r>
        <w:t xml:space="preserve">So again, I'm going to touch her toenails to get her to move her legs instead of smashing all the hair with my hand. Ok. So we have these nice little flared legs with daylight in between okay, nice parallel lines the outside and we have a little bit of flare we've taken this little bit tighter. You can use it your own judgment and how flare you want it, OK? Adds a little bit of style and we can move on to the face. </w:t>
      </w:r>
      <w:r>
        <w:br/>
      </w:r>
    </w:p>
    <w:p w:rsidR="00470FDB" w:rsidRDefault="00000000">
      <w:r>
        <w:lastRenderedPageBreak/>
        <w:t xml:space="preserve">Ok Just give it a good look at what our feet look like all right, now we're going to move on to the head give me a second, just to get my equipment and the camera set up the way that it'll work. Well, make sure you got a really good view of the head here. Ok so when you're going to do the head, I'm going to start with by the eyes, and I am going to let her sit for this, so she's not, like, fighting with me OK Good girl. We got a good view overhead where you guys can see. </w:t>
      </w:r>
      <w:r>
        <w:br/>
      </w:r>
    </w:p>
    <w:p w:rsidR="00470FDB" w:rsidRDefault="00000000">
      <w:r>
        <w:t xml:space="preserve">Ok So I'm going to make sure, especially since we've been kind of waiting for a little bit. It's brushed out good OK And I'm going to take a 30 and just by the front of the eyes, right? Another thing you can do is shave right in front of the nose here by the lips. You don't want it any wider than the outside nostrils, OK, But it'll create that blunt look. So what you do is you touch first so they know what's coming and feel for their tongue to flick out. </w:t>
      </w:r>
      <w:r>
        <w:br/>
      </w:r>
    </w:p>
    <w:p w:rsidR="00470FDB" w:rsidRDefault="00000000">
      <w:r>
        <w:t xml:space="preserve">Ok, so this is going to create more of a blunt look and it looks cleaner. So when you go to scissor the face, it's that cute little teddy bear look, OK, but you don't want it any wider than the nose or it's going to look ridiculous, OK? I'm going to take my fine tooth comb here and push all this forward by her eyes because I want to get it cleaned up by her eyes and I'm just going to take it in small layers, OK, with my curves just on the outside of the eye, curved and layering forward. Ok again, pulling all the little hairs in the front with your fine tooth comb, pushing by the eyes to get all these little hairs so you have a really clean look around the eyes. </w:t>
      </w:r>
      <w:r>
        <w:br/>
      </w:r>
    </w:p>
    <w:p w:rsidR="00470FDB" w:rsidRDefault="00000000">
      <w:r>
        <w:t xml:space="preserve">Ok, then I'm going to push this up. Ok, looks like we lost Amy. Hold on a second let me get her back. Let's see. Sign back on. All right, Just give Amy a second let me just pause the recording. Go ahead. We got it. All right, we're back everybody, OK, just a little problem there, but we're going to finish up doing the head. Like what I was saying, when you want to do a round head with ears in with the head, it's very important you leave this front fringe on the ear, OK? And the cheek hair, that's going to allow you to blend the ear in with the head, OK. </w:t>
      </w:r>
      <w:r>
        <w:br/>
      </w:r>
    </w:p>
    <w:p w:rsidR="00470FDB" w:rsidRDefault="00000000">
      <w:r>
        <w:t xml:space="preserve">So before I go into scissoring too much up here, I'm going to take the side here i'm going to flip the ear backwards and I'm going to feel how long the ear leather is because I can only go as short as the ear leather so if they have really long ear leather, it's going to hang down past the face and you're not going to get that complete look. So you're basing it off of how much, how big their ears are. Ok, so I'm going to flip the ear back, all right, I'm going to scissor this back edge i'm going to feel always feel where the leather is right to the end. Ok. Leaving all of this in the front because I'm setting the length. </w:t>
      </w:r>
      <w:r>
        <w:br/>
      </w:r>
    </w:p>
    <w:p w:rsidR="00470FDB" w:rsidRDefault="00000000">
      <w:r>
        <w:t xml:space="preserve">Ok, because I want a cute tight little head with ears in it. So again, and I've had some dogs where their ears are different lengths, so you're always going to feel before you cut where </w:t>
      </w:r>
      <w:r>
        <w:lastRenderedPageBreak/>
        <w:t xml:space="preserve">the leather is. Ok, this to the bottom leaving that front fringe, OK, that's the important part when setting that. And then I'm going to take the ear and lift up the back and this bottom, OK, this will help tighten up the head i'm going to scissor this bottom edge. </w:t>
      </w:r>
      <w:r>
        <w:br/>
      </w:r>
    </w:p>
    <w:p w:rsidR="00470FDB" w:rsidRDefault="00000000">
      <w:r>
        <w:t xml:space="preserve">This could be as short as A7 or as long as like a one or two, depending on how long or short you want the head. Ok, but I want to this to kind of tighten up in the head and I want to do the face a little tighter so I'm going to take this shorter. Ok, now I'm going to take the loop off and This is why we went my other comb. This is why we went behind to the head before. Ok, I'm going to take the ear i'm not going to yank it forward i'm just going to pull it forward gently and I can get all this hair back here, start blending this in on the neck, OK. </w:t>
      </w:r>
      <w:r>
        <w:br/>
      </w:r>
    </w:p>
    <w:p w:rsidR="00470FDB" w:rsidRDefault="00000000">
      <w:r>
        <w:t xml:space="preserve">And that's why we left the back of the neck here so we have something to transition the hair. Ok, I'm not going to get too carried away, I'm just going to take some of this off but this is great for pet dogs because you're taking it short behind the ear and most of the time they wear collars. So this way it won't get matted even though they still have a big full head. Ok, so see I have that blends right into the ear. </w:t>
      </w:r>
      <w:r>
        <w:br/>
      </w:r>
    </w:p>
    <w:p w:rsidR="00470FDB" w:rsidRDefault="00000000">
      <w:r>
        <w:t xml:space="preserve">Same thing with this one i'm going to lift this up i'm going to lift up some of the lengths. Hold her head still. 2 steps stay. Those are into the back here to tighten this up to the end. Going to pull the ear forward and blend this in stay. She get tired she wants to lay down. Almost there. So remember I'm only going to pull this forward gently so I can get underneath the ear here and blend in with my scissors. Ok, you want to be careful how much you scissor down with your curves into here because you're going to create a dent here that's going to be hard to blend out. </w:t>
      </w:r>
      <w:r>
        <w:br/>
      </w:r>
    </w:p>
    <w:p w:rsidR="00470FDB" w:rsidRDefault="00000000">
      <w:r>
        <w:t xml:space="preserve">So once you start to get too far, you actually should flip your shears so the point of your shears is pointing up and it'll blend easier. Ok, it'll transition much easier because you're cutting with the middle of your shears, not the end. Because if you scissor down in here, you're going to keep creating a line and a dent. Ok, so instead of this way, flip them over and cut with the middle of your shears, but opposite. </w:t>
      </w:r>
      <w:r>
        <w:br/>
      </w:r>
    </w:p>
    <w:p w:rsidR="00470FDB" w:rsidRDefault="00000000">
      <w:r>
        <w:t xml:space="preserve">All right, now that we have some of the lengths that just want to make sure you guys can see this a minute. Get my camera. All right, now I'm going to give it a spritz, all right, And lift it, the ears. But I don't want to just leave it like this because her ears are relaxed. It's very important when they make an expression like this, that's how she's going to make her expression that's how we want her head to stay so I'm actually going to push with my hand her ears up. </w:t>
      </w:r>
      <w:r>
        <w:br/>
      </w:r>
    </w:p>
    <w:p w:rsidR="00470FDB" w:rsidRDefault="00000000">
      <w:r>
        <w:lastRenderedPageBreak/>
        <w:t xml:space="preserve">So this is what she's going to look like when she perks her ears so the head won't look jacked up when all of a sudden she makes an expression K So you have to have your hand underneath their head pushing their ears forward. And then I consider the rest of the head, OK nothing worse than when you scissor around head and then the mom calls them or they put their ears up because they hear something and it doesn't look like it anymore. </w:t>
      </w:r>
      <w:r>
        <w:br/>
      </w:r>
    </w:p>
    <w:p w:rsidR="00470FDB" w:rsidRDefault="00000000">
      <w:r>
        <w:t xml:space="preserve">It ruins the whole haircut. Ok, So you want to make sure their head is going to be the right shape and have it the right expression on it, OK, Because this is how they're going to look. So again, I'm going to give another spritz, shake it out a little bit and push it forward OK go around again. And again, we're not, we can scissor the front edge of the ear in with the cheeks. So we're imagining it it's all one piece. Ok So as long as we leave that front fringe, we won't create that separation and then the ears won't be outside of it that's why we're also holding it all together here. </w:t>
      </w:r>
      <w:r>
        <w:br/>
      </w:r>
    </w:p>
    <w:p w:rsidR="00470FDB" w:rsidRDefault="00000000">
      <w:r>
        <w:t xml:space="preserve">Ok now I can start to roll this back so she can see better, and her vision is starting to go, so I do like it shorter by her eyes i'm going to tip the head forward, so as I tip it, we can still see we have the right shape, OK? Because it's around all the way around, pushing it forward, making sure that we have the right expression. Your hand will get sore and tired that means you're doing it right. </w:t>
      </w:r>
      <w:r>
        <w:br/>
      </w:r>
    </w:p>
    <w:p w:rsidR="00470FDB" w:rsidRDefault="00000000">
      <w:r>
        <w:t xml:space="preserve">Ok, now I'm going to turn her head sideways. Ok? Having it up, all right. And I can scissor into the muzzle because I know how long the ear is. Ok, because I want to make that all look like one piece. I have to do it while the ears are pushed up, OK, Because if I just let her relax, see how that hangs past. Ok, I don't want to scissor it when she's like that. He has to push it up. So same thing on this side i'm going to push this down, hold her ear up, and then scissor the face so I have the length, right. </w:t>
      </w:r>
      <w:r>
        <w:br/>
      </w:r>
    </w:p>
    <w:p w:rsidR="00470FDB" w:rsidRDefault="00000000">
      <w:r>
        <w:t xml:space="preserve">Once I set the length, now I can go to the front you're going to lift this up. You're going to imagine an inverted V, OK? And this is going to be short. This is what creates them it from looking like they have a double chin or any of this hair hanging down, smashing on the collar, and you don't have all that excess hair this is going to be short, like 5, like A7 just down in here OK so I'm going to push all the hair down in the front, making sure it's straight and then anything in that V area, it's going to come off and this will help create a clean look without ever having any of this kind of come up later when you're combing it. </w:t>
      </w:r>
      <w:r>
        <w:br/>
      </w:r>
    </w:p>
    <w:p w:rsidR="00470FDB" w:rsidRDefault="00000000">
      <w:r>
        <w:t xml:space="preserve">It's also less hair to get matted, especially pet dogs like in the collars and stuff. So that way if you come with your comb and push it down, OK, so now I'm going to push this up again and finish rounding out her face so I can push the cheeks up. I want that cheek hair in front fringe. Ok, we'll hold it. And now I'll come in with my thinners and soften this. </w:t>
      </w:r>
      <w:r>
        <w:br/>
      </w:r>
    </w:p>
    <w:p w:rsidR="00470FDB" w:rsidRDefault="00000000">
      <w:r>
        <w:lastRenderedPageBreak/>
        <w:t xml:space="preserve">So we think of a circle here in the front and then another circle. So we got to complete the circles, imagining it all as one piece. Ok. And if the dogs can get a little bit difficult, you can also put the grooming loop on them, and I'll show you how to do that to help hold their ears up for the expression oK. That way you get the right look that you want. Esecially if you take the loop off and then they're trying to lay down, OK, you can pull this forward, the little mustache here, just like leave my face alone. </w:t>
      </w:r>
      <w:r>
        <w:br/>
      </w:r>
    </w:p>
    <w:p w:rsidR="00470FDB" w:rsidRDefault="00000000">
      <w:r>
        <w:t xml:space="preserve">And right here, if you just soften around these just a little bit, create a more blunt look, it's very important you don't take all of this off too much because if you push that all back, their face will look snipy. Ok so we still want that square blunt look, but we don't want it coming forward and have little points coming out here OK So again, we just pull that forward a little bit and we're going to soften that so we don't have anything on the edges of the lips. </w:t>
      </w:r>
      <w:r>
        <w:br/>
      </w:r>
    </w:p>
    <w:p w:rsidR="00470FDB" w:rsidRDefault="00000000">
      <w:r>
        <w:t xml:space="preserve">You can also lift up their mouth and thin out the flue because we know that they can get staining and stuff in there and that'll help thin that out. Get rid of the staining and help that to lay down. Ok, I'm going to turn her sideways one more time now that we have all the length set, because remember, we want to see the circle from this angle as well. Make sure we have a nice curve on the head where it blends gently into the neck. Just be conscious of which way again you're putting your shears you can scissor up into this way. </w:t>
      </w:r>
      <w:r>
        <w:br/>
      </w:r>
    </w:p>
    <w:p w:rsidR="00470FDB" w:rsidRDefault="00000000">
      <w:r>
        <w:t xml:space="preserve">That won't affect with the points of your shears remember, you still want to trim with the middle of your shears, not just the points. Make sure you get all the hair off once you scissor up here, that hair is going to be sitting on there you got to get that off so you're not scissoring cut hair already. Ok, now one final angle that we have to do is then I turn around one more time, girl, and we need to see what it looks like from the back. Ok, you need to make sure that's symmetrical as well, so I'm going to hold her this way. </w:t>
      </w:r>
      <w:r>
        <w:br/>
      </w:r>
    </w:p>
    <w:p w:rsidR="00470FDB" w:rsidRDefault="00000000">
      <w:r>
        <w:t xml:space="preserve">Give it a spritz because the owners are going to see their dog from every angle. Especially because the dogs are short, you're looking at them from above, so we want to stand behind them, take the ears and I'll shake it and make sure we're still round from every angle. Ok. And once we get to this point, we can use Chunkers stay to soften anything and what we want is a gentle tapering in here, OK. It's going to taper in on the sides and then out stay so you can get her stand straight so we can see that that's even there we go, OK. </w:t>
      </w:r>
      <w:r>
        <w:br/>
      </w:r>
    </w:p>
    <w:p w:rsidR="00470FDB" w:rsidRDefault="00000000">
      <w:r>
        <w:t xml:space="preserve">So we want to make sure that's even on both sides and then we have a soft transition, okay. So that's what that's going to look like from the back. Turn around it one more time. When I move her, I do try to move the hair off the table, so I'm not adjusting her in different positions. You know, she's getting tired. It's good of a final look on what her head is going to look like. </w:t>
      </w:r>
      <w:r>
        <w:br/>
      </w:r>
    </w:p>
    <w:p w:rsidR="00470FDB" w:rsidRDefault="00000000">
      <w:r>
        <w:lastRenderedPageBreak/>
        <w:t xml:space="preserve">Stay so this where you I can show you can put the loop on and you can hold it up. So if you grab behind the loop and hold it up, you can get them to make an expression that way right by holding if they don't like you touching their face all the time. So if they're struggling or you got puppies that don't like it and push it up like this to make sure it's even OK But that's how you do a nice, cute little teddy bear head. Ok, I'm going to let you see the front legs and her head. </w:t>
      </w:r>
      <w:r>
        <w:br/>
      </w:r>
    </w:p>
    <w:p w:rsidR="00470FDB" w:rsidRDefault="00000000">
      <w:r>
        <w:t xml:space="preserve">Just going to let her sit. Ok, get a nice view for you guys. Girl, she knows they're smart they know they're almost done. Ok, so I hope this helps you know how to do a teddy bear trim now? Ok, beautiful job. A nice close up of the head. Good girl. Thank you for joining me today and I hope this helps you with the teddy bear trim. So anyone who is watching this later, how do they get ahold of you? If you they have questions, they can contact me through Messenger on Facebook or they could email at gmail dot com. Usually Messenger through if they have Facebook is best. Ok. So thank you very much. </w:t>
      </w:r>
      <w:r>
        <w:br/>
      </w:r>
    </w:p>
    <w:p w:rsidR="00470FDB" w:rsidRDefault="00000000">
      <w:r>
        <w:t xml:space="preserve">Thank you. We'll give a second for anybody who is on if they have questions, but if not we will stop the recording is. </w:t>
      </w:r>
      <w:r>
        <w:br/>
      </w:r>
    </w:p>
    <w:sectPr w:rsidR="00470FDB"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73896" w:rsidRDefault="00473896">
      <w:pPr>
        <w:spacing w:after="0" w:line="240" w:lineRule="auto"/>
      </w:pPr>
      <w:r>
        <w:separator/>
      </w:r>
    </w:p>
  </w:endnote>
  <w:endnote w:type="continuationSeparator" w:id="0">
    <w:p w:rsidR="00473896" w:rsidRDefault="00473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FDB" w:rsidRDefault="00000000">
    <w:pPr>
      <w:pStyle w:val="Footer"/>
      <w:jc w:val="center"/>
    </w:pPr>
    <w:r>
      <w:t xml:space="preserve">Page </w:t>
    </w:r>
    <w:r>
      <w:fldChar w:fldCharType="begin"/>
    </w:r>
    <w:r>
      <w:instrText>PAGE</w:instrText>
    </w:r>
    <w:r>
      <w:fldChar w:fldCharType="separate"/>
    </w:r>
    <w:r w:rsidR="002B6696">
      <w:rPr>
        <w:noProof/>
      </w:rPr>
      <w:t>1</w:t>
    </w:r>
    <w:r>
      <w:fldChar w:fldCharType="end"/>
    </w:r>
    <w:r>
      <w:t>/</w:t>
    </w:r>
    <w:r>
      <w:fldChar w:fldCharType="begin"/>
    </w:r>
    <w:r>
      <w:instrText>NUMPAGES</w:instrText>
    </w:r>
    <w:r>
      <w:fldChar w:fldCharType="separate"/>
    </w:r>
    <w:r w:rsidR="002B66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73896" w:rsidRDefault="00473896">
      <w:pPr>
        <w:spacing w:after="0" w:line="240" w:lineRule="auto"/>
      </w:pPr>
      <w:r>
        <w:separator/>
      </w:r>
    </w:p>
  </w:footnote>
  <w:footnote w:type="continuationSeparator" w:id="0">
    <w:p w:rsidR="00473896" w:rsidRDefault="004738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28221740">
    <w:abstractNumId w:val="8"/>
  </w:num>
  <w:num w:numId="2" w16cid:durableId="1538542519">
    <w:abstractNumId w:val="6"/>
  </w:num>
  <w:num w:numId="3" w16cid:durableId="1652054439">
    <w:abstractNumId w:val="5"/>
  </w:num>
  <w:num w:numId="4" w16cid:durableId="1806657396">
    <w:abstractNumId w:val="4"/>
  </w:num>
  <w:num w:numId="5" w16cid:durableId="293944741">
    <w:abstractNumId w:val="7"/>
  </w:num>
  <w:num w:numId="6" w16cid:durableId="1162162020">
    <w:abstractNumId w:val="3"/>
  </w:num>
  <w:num w:numId="7" w16cid:durableId="185291313">
    <w:abstractNumId w:val="2"/>
  </w:num>
  <w:num w:numId="8" w16cid:durableId="316419671">
    <w:abstractNumId w:val="1"/>
  </w:num>
  <w:num w:numId="9" w16cid:durableId="1442530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B6696"/>
    <w:rsid w:val="00326F90"/>
    <w:rsid w:val="00470FDB"/>
    <w:rsid w:val="00473896"/>
    <w:rsid w:val="0086790E"/>
    <w:rsid w:val="00AA1D8D"/>
    <w:rsid w:val="00B47730"/>
    <w:rsid w:val="00CB0664"/>
    <w:rsid w:val="00F409D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CE9AD424-F99A-034E-9877-DC9E06DDF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10580</Words>
  <Characters>60308</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70747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2023-08-28T20:13:00Z</dcterms:created>
  <dcterms:modified xsi:type="dcterms:W3CDTF">2023-08-28T20:13:00Z</dcterms:modified>
  <cp:category/>
</cp:coreProperties>
</file>