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F2DA5" w:rsidRDefault="00000000">
      <w:pPr>
        <w:pStyle w:val="Title"/>
      </w:pPr>
      <w:r>
        <w:t>Beyond Dog Grooming</w:t>
      </w:r>
    </w:p>
    <w:p w:rsidR="00DF2DA5" w:rsidRDefault="00DF2DA5"/>
    <w:p w:rsidR="00DF2DA5" w:rsidRDefault="00000000">
      <w:r>
        <w:rPr>
          <w:b/>
        </w:rPr>
        <w:t>Date</w:t>
      </w:r>
      <w:r>
        <w:t xml:space="preserve">    2023-10-22</w:t>
      </w:r>
    </w:p>
    <w:p w:rsidR="00DF2DA5" w:rsidRDefault="00DF2DA5"/>
    <w:p w:rsidR="00DF2DA5" w:rsidRDefault="00000000">
      <w:r>
        <w:t xml:space="preserve">Good morning, everybody, or good afternoon, depending on where you're at. All right so welcome to the first day of life after grooming from Positive educational training. We're going to start off this summit with Angie. Go for it. Hi, everyone welcome. So today we're going to discuss branching out beyond dog grooming when you still want to groom but you don't want to groom dogs anymore. I'm Angie Coates. I've actually now been grooming 35 years and I am the author of the quintessential rabbit book. This is how you can get a hold of me. You can text me you can Facebook me. That is my website. </w:t>
      </w:r>
      <w:r>
        <w:br/>
      </w:r>
    </w:p>
    <w:p w:rsidR="00DF2DA5" w:rsidRDefault="00000000">
      <w:r>
        <w:t xml:space="preserve">Generally, Facebook is the quickest way to get a hold of me. But you can text me and that works too, the legal stuff. The information presented in this program is designed for educational purposes only it is solely advisory and the can be held responsible for actions taken regarding this program i offer no warranty either implied or expressed and all material is accurate to the best of my knowledge my goals for today, no groomers body lasts forever for anybody that's been doing this for any length of time. </w:t>
      </w:r>
      <w:r>
        <w:br/>
      </w:r>
    </w:p>
    <w:p w:rsidR="00DF2DA5" w:rsidRDefault="00000000">
      <w:r>
        <w:t xml:space="preserve">We have sore backs, sore shoulders, sore hips or knees, sore angles, sore. Many things that you know, wake up one morning and realize, oh, that hurts still. So we need to make some changes as we get further on in our career. And we may love grooming, but that doesn't always mean your career is over once Grooming Dogs is no longer comfortable, this class will give you the road map to lead you to branch out in other grooming directions this class will show you how to prepare for the transition and end up with clients that will travel 3 to 4 hours to come to your salon. </w:t>
      </w:r>
      <w:r>
        <w:br/>
      </w:r>
    </w:p>
    <w:p w:rsidR="00DF2DA5" w:rsidRDefault="00000000">
      <w:r>
        <w:t xml:space="preserve">And I have done this so and it was one of the best things I ever did. Topics Why make a change? Developing a plan? What options are there? Cats, rabbits and small mammals are the ones we're going to cover today, so why make the change? Body parts that didn't used to hurt hurt all the time. So we all kind of come to that point i see it on the groups all the time. People are saying what am I going to do now i need a whole separate career i don't know what career I can go into, maybe be a real estate agent. </w:t>
      </w:r>
      <w:r>
        <w:br/>
      </w:r>
    </w:p>
    <w:p w:rsidR="00DF2DA5" w:rsidRDefault="00000000">
      <w:r>
        <w:t xml:space="preserve">None of those were good options for me. I had another career while I was grooming earlier in my career, and grooming is what I love. I don't want a different career. I didn't want to </w:t>
      </w:r>
      <w:r>
        <w:lastRenderedPageBreak/>
        <w:t xml:space="preserve">make that kind of change where I'm doing something completely different i am not a good person to work in an office because I do have ADHD and sitting at a desk every day for 8 hours a day feels like basically torture to me. </w:t>
      </w:r>
      <w:r>
        <w:br/>
      </w:r>
    </w:p>
    <w:p w:rsidR="00DF2DA5" w:rsidRDefault="00000000">
      <w:r>
        <w:t xml:space="preserve">That's not something I can do. You don't feel challenged and you need a change. So I didn't feel this, but I know other groomers that say it's the same thing every day it's doodle, doodle doodle, and I'm sick of doing the doodles and it's all I see anymore and i can't do it anymore. So you have other dog groomers and having you groom dogs is redundant. So if you're all your salon does is dogs, and you have a few other groomers, say three or four or even two other groomers that are handling the dogs, you can do something else because there are a lot of salons that only groom dogs. </w:t>
      </w:r>
      <w:r>
        <w:br/>
      </w:r>
    </w:p>
    <w:p w:rsidR="00DF2DA5" w:rsidRDefault="00000000">
      <w:r>
        <w:t xml:space="preserve">That's it that's all they do. And most of the salons around me only groom dogs except for my salon. So it opens up other avenues and other income streams because you're literally the only game in town. When you're the only game in town, you can pretty much call your shots however you want, which is really nice. So you know you need to make a change, but you don't know what changes to make. So how do you go about this? I mean, how do you change how do you switch into something like this? We'll discuss that you simply don't enjoy grooming dogs anymore and you want to transition to something else. I had some of that. </w:t>
      </w:r>
      <w:r>
        <w:br/>
      </w:r>
    </w:p>
    <w:p w:rsidR="00DF2DA5" w:rsidRDefault="00000000">
      <w:r>
        <w:t xml:space="preserve">It wasn't. I mean, I've been doing this 35 years and while I do love the dogs, it was, you know, same stuff, different day kind of thing. And I love it in while I'm doing it. But the I look at the schedule and just be like that dog, because the dogs I have left are elderly and that's the only reason I have them and I've been grooming them their whole lives. So they're blind and they're deaf and they're mostly senile. And it's like I really, you know, this one's going to pee on the table, that one's going to. </w:t>
      </w:r>
      <w:r>
        <w:br/>
      </w:r>
    </w:p>
    <w:p w:rsidR="00DF2DA5" w:rsidRDefault="00000000">
      <w:r>
        <w:t xml:space="preserve">And it felt like a lot. And then while I'm doing it, it's fine. But just looking at the schedule the next day and when it was all dogs would give me some anxiety because I knew what it was going to take to accomplish it. Developing a plant slow transition or total revamp. I went with the slow transition simply because I had groomed all of these dogs all their lives and I felt that one to give them to someone else when a significant portion of them were so old, it would be very difficult for the dogs. </w:t>
      </w:r>
      <w:r>
        <w:br/>
      </w:r>
    </w:p>
    <w:p w:rsidR="00DF2DA5" w:rsidRDefault="00000000">
      <w:r>
        <w:t xml:space="preserve">And also kind of unfair to stick that on a staff member. It's like, oh, you now have all blind, deaf, senile and some diabetic dogs that have to go out like every hour. Good luck with that yeah no. So I went with a slow transition or but you can do a total revamp. And I have a friend that did that and she literally went and did I'm just going cat only. And she did. And it has worked out phenomenally well for her. So it is an option. And while there were some people that weren't thrilled with it, and I'll tell you, her cat owners were absolutely thrilled </w:t>
      </w:r>
      <w:r>
        <w:lastRenderedPageBreak/>
        <w:t xml:space="preserve">with it. </w:t>
      </w:r>
      <w:r>
        <w:br/>
      </w:r>
    </w:p>
    <w:p w:rsidR="00DF2DA5" w:rsidRDefault="00000000">
      <w:r>
        <w:t xml:space="preserve">So you can do it. And she did do a slight change by changing her logo and this sort of thing. Although the business name is still the same it you can do it. And it did not take long for her to do that. So you got to develop a plan. This is the biggest thing for a slow transition you can do what I did, keep the senior dogs, give the younger dogs to the staff or keep your senior and special dogs. And if you don't have any other staff, you can offer another salon. Like I have a paper that I gave to the people I could not accommodate who have giants. </w:t>
      </w:r>
      <w:r>
        <w:br/>
      </w:r>
    </w:p>
    <w:p w:rsidR="00DF2DA5" w:rsidRDefault="00000000">
      <w:r>
        <w:t xml:space="preserve">And I gave them the paper saying, i'm sorry, you know, my body is basically broken and no one else wants to groom your two hundred and fifty pound newfoundland that can't stand anymore. So these are the other salons that you can try this is their name, the address and the phone number. So I did a little bit of both. I did give the younger dogs to staff and kept the senior and special dogs Except for the Giants because i just things hurt. So where to begin? Schedule half of your days for your current dogs and then you open the other half for the new focus. So you have to limit the number of dogs you have. </w:t>
      </w:r>
      <w:r>
        <w:br/>
      </w:r>
    </w:p>
    <w:p w:rsidR="00DF2DA5" w:rsidRDefault="00000000">
      <w:r>
        <w:t xml:space="preserve">You have to reduce them, either by giving them the staff or sending them off somewhere else because you can't possibly groom a full day of dogs and then groom more of whatever your other option is going to be at night because we're already broken that's why we're making the change. You can't do it. I tried it did not work. It was way worse. So learn from my mistakes and don't try to do that. So open up one day for your new focus. That's what my friend did she had one day and so she was working Saturdays for a while where she had not worked Saturdays for many years. </w:t>
      </w:r>
      <w:r>
        <w:br/>
      </w:r>
    </w:p>
    <w:p w:rsidR="00DF2DA5" w:rsidRDefault="00000000">
      <w:r>
        <w:t xml:space="preserve">And she opened up the one day for just her cats and then the as her schedule as she the dogs passed on and she sent the those owners to another salon. She would fill the rest of the day with cats. So her transition took a little bit longer than mine. Hers took maybe I think it was 2 years to go full cat. And then my other friend who just said OK as of this date i'm not only doing cats she did it within like six months. </w:t>
      </w:r>
      <w:r>
        <w:br/>
      </w:r>
    </w:p>
    <w:p w:rsidR="00DF2DA5" w:rsidRDefault="00000000">
      <w:r>
        <w:t xml:space="preserve">When does shift focus? When the dogs you've kept are no longer with you. This will take much longer. That's what I'm doing and have done and it's like a three-year kind of transition. So it is not quick at all. Or you set a date in which you make a full transition. So I still have a few dogs I groom like one dog day a week and all the rest are cat, Bunny and small mammal. So the options cats, rabbits, small mammals and that little guy right there his name is Flash and he's one of the Guinea pigs I grew monthly so why cats? Cats are easier on the back and body due to the lower weight. </w:t>
      </w:r>
      <w:r>
        <w:br/>
      </w:r>
    </w:p>
    <w:p w:rsidR="00DF2DA5" w:rsidRDefault="00000000">
      <w:r>
        <w:lastRenderedPageBreak/>
        <w:t xml:space="preserve">Yes, there are some cats that are obese, and they actually will weigh i have a couple that weigh 30 and 35 pounds, but they're really good cats and they need grooming more often because they are so obese. They have special needs because their anus is now in any they need to be bathed at least monthly, and two of them come in bi weekly just for a rear end cleanup and trim because they are so obese and they've been doing that for years and I do charge accordingly. So sometimes they'll get nails done if they need it like every other and but just the butt clean up and shave and all that takes me about 15 minutes and I charge them 40$ So if they need nail trims then it's 60. </w:t>
      </w:r>
      <w:r>
        <w:br/>
      </w:r>
    </w:p>
    <w:p w:rsidR="00DF2DA5" w:rsidRDefault="00000000">
      <w:r>
        <w:t xml:space="preserve">So cats are the number one pet in the USA, yet the supply of cat groomers does not meet the demand it's not even close. There are 58 million cats in the United States. Needless to say, there's no groom on this planet that needs to groom 58 million cats. You couldn't. There's no, it's not physically possible. It is exceptionally lucrative because there are so few of us that are willing to do cats for cats when it comes to pricing, I generally charge at a minimum two small dog prices added together and then additionally if there's any aggression or anything like this, that's an additional fee above and beyond. </w:t>
      </w:r>
      <w:r>
        <w:br/>
      </w:r>
    </w:p>
    <w:p w:rsidR="00DF2DA5" w:rsidRDefault="00000000">
      <w:r>
        <w:t xml:space="preserve">So if I have a small dog that comes in for a bath and a haircut, so that dog would be 80$ If I have a cat that comes in for because a cat is basically the same size or smaller than a small dog, a cat that comes in for a haircut and a bath, then that would be 160 And if the cat is naughty, which I have some very naughty cats, then they're one seventy five or one eighty, and that's based on my locale. They will pay that price. They will drive across the state to pay that price. </w:t>
      </w:r>
      <w:r>
        <w:br/>
      </w:r>
    </w:p>
    <w:p w:rsidR="00DF2DA5" w:rsidRDefault="00000000">
      <w:r>
        <w:t xml:space="preserve">I have some that come from out of state to pay that price. And my cat owners stay in the room and they watch the entire thing. So they're seated 6 to 8 inches away from the cat, but they're not allowed to touch. You can talk to the cat, but you can't touch the cat. But you can watch the entire process and it works out quite lovely. And I made I make 2 and a half times on a cat day what I do on a dog day. </w:t>
      </w:r>
      <w:r>
        <w:br/>
      </w:r>
    </w:p>
    <w:p w:rsidR="00DF2DA5" w:rsidRDefault="00000000">
      <w:r>
        <w:t xml:space="preserve">Now, the prices of things in my salon don't change based on cats i actually use less product. However, I'm not charging simply for the service i'm also charging for my expertise because cat grooming is more difficult and it's a different type of handling. It's a whole different mindset. It is really fun. I love grooming cats and if it's something that if you own cats you may really enjoy it and even if you don't own cats you may also enjoy it. I do have an assistant that I pay to help me with the cats and her job is simply to sue the cat while I do all the stuff that they may hate. </w:t>
      </w:r>
      <w:r>
        <w:br/>
      </w:r>
    </w:p>
    <w:p w:rsidR="00DF2DA5" w:rsidRDefault="00000000">
      <w:r>
        <w:t xml:space="preserve">And so there are three of us and the room that I groom in for the cats is not very big, but it has everything in it is an 8 by 8 room and it has the tub and the closet, so like a sterilite </w:t>
      </w:r>
      <w:r>
        <w:lastRenderedPageBreak/>
        <w:t xml:space="preserve">closet that I moved in the two seats for the owners and then my assistant is sits in chair because she's had back surgery from lifting up giant dogs for all of the decades that she did. And then the table. And then behind me is my tool kit with the stuff on it. And that's all the space I need for the cats, the rabbits, the Guinea pigs. </w:t>
      </w:r>
      <w:r>
        <w:br/>
      </w:r>
    </w:p>
    <w:p w:rsidR="00DF2DA5" w:rsidRDefault="00000000">
      <w:r>
        <w:t xml:space="preserve">And it's lovely. The cat comes in, the cat gets done. While we're bathing the cat, the owner is sitting right there. And I take the opportunity to educate the owner on what they need to know in order to best serve their pet. So I will show them this is the comb that you need and I show them a comb. I they'll take a picture of it. I'll even write down on a post it note where they can get it and so I have that for them and you can even write up a handout and which I should probably do now if I think of it because I tell that to every owner so and they're willing to make the investment because they love their pet. </w:t>
      </w:r>
      <w:r>
        <w:br/>
      </w:r>
    </w:p>
    <w:p w:rsidR="00DF2DA5" w:rsidRDefault="00000000">
      <w:r>
        <w:t xml:space="preserve">All of them. No, I do still have a few cat owners that I end up shaving down a pelted cat once a year. I hate doing it, but I have tried making appointments for them and they just canceled and it's a terrible groom. I hate doing it, but I'm afraid if I don't because there isn't anyone else to provide that service in the area, they'll just let it go for even longer. So the downside? It can be dangerous. Cats bite just like dogs and a cat bite can really mess up your day. I have gone to my doctor and explained to her that I was a cat groomer and that cats bite. </w:t>
      </w:r>
      <w:r>
        <w:br/>
      </w:r>
    </w:p>
    <w:p w:rsidR="00DF2DA5" w:rsidRDefault="00000000">
      <w:r>
        <w:t xml:space="preserve">And because of that I asked for antibiotics. So I have them in my locker so that if I get bit, I have I can just literally leave the cat room because at that point, probably calling it the groom, it's like, OK, we'll finish up another day. You're going to pay full price and then we will schedule the rest of the groom on a different day. But I just go to my locker and I take the antibiotics we'll write that so that they're ready to go i don't have to worry about now going to urgent care and this sort of thing. And every year when I go for my yearly, she writes me a new prescription for three sets of antibiotics. </w:t>
      </w:r>
      <w:r>
        <w:br/>
      </w:r>
    </w:p>
    <w:p w:rsidR="00DF2DA5" w:rsidRDefault="00000000">
      <w:r>
        <w:t xml:space="preserve">I do keep one in my locker and then I have the others at the pharmacy so if I get bit I will take that one prescription, but I have the two other refills available. So it would be something you would talk to your doctor about when you go in for your annual physical so that you have them on hand and ready to go and you never have to worry that you know, oh, if I get bit now I have to deal with the medical bill and all of that. </w:t>
      </w:r>
      <w:r>
        <w:br/>
      </w:r>
    </w:p>
    <w:p w:rsidR="00DF2DA5" w:rsidRDefault="00000000">
      <w:r>
        <w:t xml:space="preserve">You just start taking the antibiotics right away because more than likely it would cause an infection so just protect yourself and do that. So the other downside is it may require additional staffing. So yes, I do charge more however, I also pay an assistant to. Assist me with the small mammals, the cats and the and the rabbits. But it's still worth it because I still have a larger profit margin rabbits. Why rabbits because rabbits are awesome. They are so easy to bring to balance. If dogs were this easy to bring to balance, there'd be dog groomers </w:t>
      </w:r>
      <w:r>
        <w:lastRenderedPageBreak/>
        <w:t xml:space="preserve">all over the place because it would be literally cake. They are easier on the back and body due to the lower body weight i have one rabbit that's over 30 pounds and he is a giant Flemish. </w:t>
      </w:r>
      <w:r>
        <w:br/>
      </w:r>
    </w:p>
    <w:p w:rsidR="00DF2DA5" w:rsidRDefault="00000000">
      <w:r>
        <w:t xml:space="preserve">He takes up the entire 48 inch grooming table and for me he's lovely. However, he did break his owner's nose when he tried to do his nails he kicked him in the face and the owner came in with a tape over his nose and two big black eyes and but the rabbit comes out of the crate and he splutes which is basically he looks like a starfish and any tooth purse which means he rubs his two grinds his teeth together because he's happy. So his dad swears at him, but the whole time. And it's pretty hysterical because he loves being groomed at the salon, but he will not allow his owner to do it at home. </w:t>
      </w:r>
      <w:r>
        <w:br/>
      </w:r>
    </w:p>
    <w:p w:rsidR="00DF2DA5" w:rsidRDefault="00000000">
      <w:r>
        <w:t xml:space="preserve">So they are the number three pet in the USA, but there is nowhere close to enough rabbit groomers and there's 9 million in the United States. There are maybe 100 to maybe 150 in the US for rabbit groomers. I have a group, the Professional Rabbit Groomers group, and I have people weekly coming in saying I'm here who grooms rabbits. And it's like, well, these guys are two hours away, and these are three hours away. And I would love to see rabbit groomers become, oh, there's one just about in every town, because there's enough rabbits to actually service that so. And people are willing to travel i have people that come from Maine, I'm in central Massachusetts they'll drive 3 hours one way. </w:t>
      </w:r>
      <w:r>
        <w:br/>
      </w:r>
    </w:p>
    <w:p w:rsidR="00DF2DA5" w:rsidRDefault="00000000">
      <w:r>
        <w:t xml:space="preserve">It's lucrative. Again this is another thing where it's 2 to 2 and a half times what a dog would be in price however, rabbits don't get baths, so if you have a short coated rabbit, they come in for a brush out and nails. You're not doing a bath, so you're not doing a bath you're not doing a dry. Takes about a half an hour and because it is a niche specialty, you're not paying for the time, you're paying for the expertise and so short coded money brush out is 70$ and took half an hour. </w:t>
      </w:r>
      <w:r>
        <w:br/>
      </w:r>
    </w:p>
    <w:p w:rsidR="00DF2DA5" w:rsidRDefault="00000000">
      <w:r>
        <w:t xml:space="preserve">They come in with two it's 140 to 150 and that's an hour. I can't do 2 Shih Tzus in an hour. I could probably do, you know, 2 Chihuahuas in an hour, but they certainly aren't 80$ because they don't get a haircut so a Chihuahua's 40 bucks so you know 35 to 40 and they do get a bath but it the whole thing takes maybe half an hour for a bath nails and a dry and so rabbits are two and two to 2 and a half times the price of a small dog. So it is very lucrative. </w:t>
      </w:r>
      <w:r>
        <w:br/>
      </w:r>
    </w:p>
    <w:p w:rsidR="00DF2DA5" w:rsidRDefault="00000000">
      <w:r>
        <w:t xml:space="preserve">And like I said, they are so easy to bring and balance. You just need to spend a little bit of time making sure that they're comfortable. And they're like, oh, OK, in the 20 years that I have been grooming because I know how to handle them, because I have the knowledge, I've never even had a rabbit bite me. I've had a rabbit nibble, but that's generally when I'm working on a an area to pluck out like a poopy butt that is hard. So rather than shave it, I'll </w:t>
      </w:r>
      <w:r>
        <w:lastRenderedPageBreak/>
        <w:t xml:space="preserve">just hold the at the skin and pull apart the area and they'll corn cob essentially. </w:t>
      </w:r>
      <w:r>
        <w:br/>
      </w:r>
    </w:p>
    <w:p w:rsidR="00DF2DA5" w:rsidRDefault="00000000">
      <w:r>
        <w:t xml:space="preserve">You know, we have dogs that do that when you're working out a like a little mat somewhere and you're just trying to get it out because of course it's like right on the hip or something ridiculous like that, that's going to screw up the whole room if you cut that one part short. But it's the only mat on the body. So you work that little piece out and the dog does the corn cob. Same thing. The downside, they do require additional staff, so generally you would need an assistant to hold them up. However, even my assistant who is will tell you that she's overpaid and spoiled because she is, but she's worth every penny it still doesn't add up to enough to make it. </w:t>
      </w:r>
      <w:r>
        <w:br/>
      </w:r>
    </w:p>
    <w:p w:rsidR="00DF2DA5" w:rsidRDefault="00000000">
      <w:r>
        <w:t xml:space="preserve">It's an incidental cost compared to the charge, you're still making way more money and it's also really fun. Small mammals, easy handling, they weigh almost nothing i think the biggest Guinea pig I have seen maybe weigh like two pounds. You can do one day a week each month and satisfy the local demand. So I have nail trim and butt day every month and what I will do is just nail trims and sanitaries on cats, bunnies and small mammals and I will schedule them every 15 minutes. </w:t>
      </w:r>
      <w:r>
        <w:br/>
      </w:r>
    </w:p>
    <w:p w:rsidR="00DF2DA5" w:rsidRDefault="00000000">
      <w:r>
        <w:t xml:space="preserve">And if you're going to bring 2, that's still 15 minutes, because I mean let's face it, 1 nail trim doesn't take 15 minutes, but two nail trims will take me maybe 10 with the chatting and the how are you and and it gives me 5 minutes to clean, disinfect the room before the next one comes in. So and it's 20$ for nail trim, I charge 10$ for a butt trim. So it's you know, 60$ every 15 minutes for me it it's very workable. And you know what's that saying nice work if you can get it, yeah. </w:t>
      </w:r>
      <w:r>
        <w:br/>
      </w:r>
    </w:p>
    <w:p w:rsidR="00DF2DA5" w:rsidRDefault="00000000">
      <w:r>
        <w:t xml:space="preserve">And I do that one day. I don't do it one day a week i do that one day a month, and I do fit my rabbit and Guinea pigs i have one day where it's just rabbits and Guinea pigs. I no longer take sugar gliders simply because I have yet to meet one that didn't want to just scream in my face and bite me repeatedly. Sugar gliders are not like the Guinea pigs who they're squeaky, but they're actually quite lovely. </w:t>
      </w:r>
      <w:r>
        <w:br/>
      </w:r>
    </w:p>
    <w:p w:rsidR="00DF2DA5" w:rsidRDefault="00000000">
      <w:r>
        <w:t xml:space="preserve">And the volume, because you can do so many in such a short period of time, it makes it very lucrative because even though they're very small. So a Guinea pig bath nails and grease clan takes 20 minutes and they're fully dry. I do not use a high velocity dryer on Guinea pigs ever. I use a stand dryer and it's the Little Does dryer. They dry really quick. I just go through them with a comb, they're dry in maybe 5 minutes and they actually like it they try to put their face in the tube, it's foggy and very cute. </w:t>
      </w:r>
      <w:r>
        <w:br/>
      </w:r>
    </w:p>
    <w:p w:rsidR="00DF2DA5" w:rsidRDefault="00000000">
      <w:r>
        <w:lastRenderedPageBreak/>
        <w:t xml:space="preserve">So the supply of boomers is exceptionally low as far as specialty, people are afraid to handle them they might want to maybe do a nail trim on it, but for the most part they're not doing haircuts on the Guinea pigs and most of them do not know how to handle properly do grease clan. And so it's worth it. And I'll charge for a whole groom, a full groom on a Guinea pig, short or long if it's, you know, because the long, the hair, the haircut takes me maybe 5 minutes, it's 50 to 60 bucks. </w:t>
      </w:r>
      <w:r>
        <w:br/>
      </w:r>
    </w:p>
    <w:p w:rsidR="00DF2DA5" w:rsidRDefault="00000000">
      <w:r>
        <w:t xml:space="preserve">So and the whole deal is, you know, quicker than a small dog and not that much lower in price. So the marketing, the market is there. It's simply untapped. There are people begging for groomers to do this. The owners realize the need, but they don't know where to go. So once you get one, that's really all you need because word will spread. And so you put it on your website, you put it on the Facebook, the Instagram, all of these pictures that you see, these were all taken to my salon. </w:t>
      </w:r>
      <w:r>
        <w:br/>
      </w:r>
    </w:p>
    <w:p w:rsidR="00DF2DA5" w:rsidRDefault="00000000">
      <w:r>
        <w:t xml:space="preserve">These are all my clients. You take the pictures, you put them on Facebook, you put them on Instagram and they will come it's i know it's like that Kevin Costner movie, Field of Dreams if you build it, they will come honest to Pete they will. And you get the marketing out there. Let them know that this is something you do. Put those pictures on your page, on your business page, in comment on the local groups you know. </w:t>
      </w:r>
      <w:r>
        <w:br/>
      </w:r>
    </w:p>
    <w:p w:rsidR="00DF2DA5" w:rsidRDefault="00000000">
      <w:r>
        <w:t xml:space="preserve">Have them have the owner. When you take the picture, ask them would you be willing to share this to such and such local group and they will. Rabbits have their own rabbit groups, and those that own rabbits frequent them on Facebook and they will share it if you ask them. Oh, of course I'd be happy to he's so cute. He looks so good. They want to brag about their pet. Some of these people have their own Instagram or Facebook for that pet and you know, tell them you can share the picture and they will they'll share it everywhere. </w:t>
      </w:r>
      <w:r>
        <w:br/>
      </w:r>
    </w:p>
    <w:p w:rsidR="00DF2DA5" w:rsidRDefault="00000000">
      <w:r>
        <w:t xml:space="preserve">So salon signs notify current clients of your cat, rabbit, small Mammal grooming services in my front window. It has international certified master cat groomer on staff, certified master rabbit groomer on staff, so people, even the ones bringing in the dogs go, Oh, my sister has a rabbit or so? Brianna asked small animal, Where can we find training do we need certification? Certification is not required for anything in this industry or anything at all. Your postman can open up a salon tomorrow and start grooming all of these without any training or certification or anything at all. So can you? However, if you want to know how to do this, I do actually teach rabbit grooming on positive end. </w:t>
      </w:r>
      <w:r>
        <w:br/>
      </w:r>
    </w:p>
    <w:p w:rsidR="00DF2DA5" w:rsidRDefault="00000000">
      <w:r>
        <w:t xml:space="preserve">I have a course for rabbits and for Guinea pigs and a certification class that is the same part of the same. I also have the book on rabbits that's the quintessential rabbit book. I am currently writing the book for Guinea pigs, but i haven't had a whole lot of time so there isn't a whole lot done, so certification is not required. But even if you don't take my course, I </w:t>
      </w:r>
      <w:r>
        <w:lastRenderedPageBreak/>
        <w:t xml:space="preserve">do advise you to do your research because there's a lot of ways that things can go wrong. So if you don't know how, you should so you know you can, you don't have to take my class you can do your own research on it and find out you are not required to be certified there's no require for any certification in this industry at all. </w:t>
      </w:r>
      <w:r>
        <w:br/>
      </w:r>
    </w:p>
    <w:p w:rsidR="00DF2DA5" w:rsidRDefault="00000000">
      <w:r>
        <w:t xml:space="preserve">So let local vets know, especially the small animal vets take a flyer when I started doing them in my salon, I had a flyer printed up in by Vistaprint and it was just a little 5 by 7. And I bought a holder and I took that to the local small animal vet and I had numerous discussions with them over the years and I asked if I could bring that down and they said sure we'd love to have somebody we can send them to. So I did i took that down and they were passing them out so quickly it became a fairly large expense so I ended up going to business cards. But on that flyer initially I had pictures of the cats, the bunnies and the Guinea pigs and I got 4. </w:t>
      </w:r>
      <w:r>
        <w:br/>
      </w:r>
    </w:p>
    <w:p w:rsidR="00DF2DA5" w:rsidRDefault="00000000">
      <w:r>
        <w:t xml:space="preserve">Probably I would deliver a pack of 100 at a time and I would probably get 30 owners. I currently have 300 regular rabbit clients. I have another hundred that only come on the quarters 4 times a year, solstice and equinox because of the shed cycle. And for Guinea pigs, I probably have about 30 cats i have maybe 200 So I am literally up to my eyeballs in small pets and it's all word of mouth. </w:t>
      </w:r>
      <w:r>
        <w:br/>
      </w:r>
    </w:p>
    <w:p w:rsidR="00DF2DA5" w:rsidRDefault="00000000">
      <w:r>
        <w:t xml:space="preserve">And taking these to one local vet that service small animals. Do you have a separate room? Take pictures of it and put them on social media? Invite them to stay. Come on in sit watch what I do. And while they're there for, especially for my small mammal clients, I educate them. I tell them everything they could possibly want to know about their rabbit or their cat or their Bunny or their Guinea pig. And you know, oh, did you know that your rabbit can see 2 miles away on a flat plain? However, they can't see in front of their face without their whiskers? Most owners had no idea. </w:t>
      </w:r>
      <w:r>
        <w:br/>
      </w:r>
    </w:p>
    <w:p w:rsidR="00DF2DA5" w:rsidRDefault="00000000">
      <w:r>
        <w:t xml:space="preserve">But it's a prey thing that they can do because they're prey. Did you know your rabbit is the only land mammal without digital pads? Most of them can't even pick up the rabbits, so they have no idea that rabbits don't even have digital pads like a dog or a cat does you know, little toe beans. Rabbits don't have them. They don't exist. They're the only land mammal that doesn't have them. So just weird little things like that and they think you're a genius and it's fun and it's funny to educate them so that they're can take better care of the pet. Have a cat Bunny day and take pictures of all the finished grooms. </w:t>
      </w:r>
      <w:r>
        <w:br/>
      </w:r>
    </w:p>
    <w:p w:rsidR="00DF2DA5" w:rsidRDefault="00000000">
      <w:r>
        <w:t xml:space="preserve">Owners will share them this will be on my Facebook. Someone asked Cats and dogs bite and scratch. What are some of the most common behavior issues you run into with small animals? With cats do bite and cats do scratch. With Guinea pigs and bunnies, the most common behavior issue is probably with the bunnies, it's I would guess Jeez. Honestly, with </w:t>
      </w:r>
      <w:r>
        <w:lastRenderedPageBreak/>
        <w:t xml:space="preserve">bunnies there aren't many, but when you pick them up they will pick their back feet like this. </w:t>
      </w:r>
      <w:r>
        <w:br/>
      </w:r>
    </w:p>
    <w:p w:rsidR="00DF2DA5" w:rsidRDefault="00000000">
      <w:r>
        <w:t xml:space="preserve">But that's why it's easier for to have someone else hold them and support their rump, and then they can kick and you just soothe until they're chill. That's probably the one thing about bunnies. That's their no, I don't want to. And it's usually when they have a improper diet. So they have what's called poopy butt, where the fecal matter and urine is mashed in to the coat that's around their groin area. But it can be easily rectified and once you get the owner to understand proper diet and things like this then it's that'll be the last time you see that and it'll be sorted out. So with the Guinea pigs, if you quick them they will bite you just so you know. </w:t>
      </w:r>
      <w:r>
        <w:br/>
      </w:r>
    </w:p>
    <w:p w:rsidR="00DF2DA5" w:rsidRDefault="00000000">
      <w:r>
        <w:t xml:space="preserve">So with Guinea pigs, I leave a little bit extra of the nail and then I hand file off down to the quick and they're fine with that. So, but with a Guinea pig you want to make sure and a rabbit too. Your nail Clippers are super sharp. I actually buy mine at the dollar store and I toss them every month. So I'll buy like 12 nail Clippers at a time, and every month I just throw them in the trash because by then they're dull enough where they're going to squeeze more than cut, and I want them super sharp. </w:t>
      </w:r>
      <w:r>
        <w:br/>
      </w:r>
    </w:p>
    <w:p w:rsidR="00DF2DA5" w:rsidRDefault="00000000">
      <w:r>
        <w:t xml:space="preserve">So go to your dollar store, buy a whole pile of the cat nail Clippers, and that's what you'll be using for the cats, rabbits and the Guinea pigs. And you want them razor sharp and they come out of that package like crazy sharp, But by the end of the month they're toast. But they're 1$ 25 see, it's thrown away. The pictures are a big thing pricing. Cat, rabbit, small mammals are niche markets. Charge for the value of your service. Don't undervalue your experience, your education and your knowledge. It matters they want to i have had so many people tell me I'm so glad i wanted someone who was educated and who knew really knew what they were doing. </w:t>
      </w:r>
      <w:r>
        <w:br/>
      </w:r>
    </w:p>
    <w:p w:rsidR="00DF2DA5" w:rsidRDefault="00000000">
      <w:r>
        <w:t xml:space="preserve">Because for many of these people, they have gone to salons and the person did not know what they were doing and something happened. So get educated, take the classes. Is it required? Absolutely not. Do I recommend it? Absolutely do. And I will take any cat class I can get my eyeballs on because even though I finished my master, I want to know what's your perspective? How do you handle this do you do it differently than me? Do you do it better than me? Because I'm always trying to up my game i want to provide the best service I can for the pets in my care, and i want to do better. </w:t>
      </w:r>
      <w:r>
        <w:br/>
      </w:r>
    </w:p>
    <w:p w:rsidR="00DF2DA5" w:rsidRDefault="00000000">
      <w:r>
        <w:t xml:space="preserve">And the only way I can do that is by taking more classes like you guys are doing here today. You're here taking classes for that very purpose. So you want to know how to do better, how to do more, how to do it maybe differently, look at it from somebody else's perspective. And I do the same thing. It's worth it. And show them. Hang those things in your salon my salon </w:t>
      </w:r>
      <w:r>
        <w:lastRenderedPageBreak/>
        <w:t xml:space="preserve">is literally covered in certifications to the point when my landlord came in and said he's like, you're out of wall space, maybe you can put like a half wall here to put more because otherwise you're just going to be hanging them from the ceiling. </w:t>
      </w:r>
      <w:r>
        <w:br/>
      </w:r>
    </w:p>
    <w:p w:rsidR="00DF2DA5" w:rsidRDefault="00000000">
      <w:r>
        <w:t xml:space="preserve">So, and I'm not putting a half wall in, I'm like that let's put it in a book, it's fine. So and your experience, education and knowledge is worth something. So yes, you would charge more. Somebody who is a master in dog grooming should charge more simply because they have education and experience and knowledge. It's worth more. And quite frankly, if you look at the haircut from someone who has achieved a master dog groomer and someone who has not, there are slight and subtle differences, but they can make a huge difference when it comes to the look of the haircut. </w:t>
      </w:r>
      <w:r>
        <w:br/>
      </w:r>
    </w:p>
    <w:p w:rsidR="00DF2DA5" w:rsidRDefault="00000000">
      <w:r>
        <w:t xml:space="preserve">And I didn't realize that until I went and I groomed for a giant Schnauzer breeder and I 3 times i groomed all thirteen of her giant schnauzers and she kept saying to me inside elbow, Angie inside elbow, Inside elbow and she was a teeny little Russian woman who was barely taller than my shoulder. And she didn't talk she yelled. That was the her only vocale. So to this day, I can hear her in my head when I do any sort of schnauzer. But once I watched her and then I did it myself, she showed me when the dog was moving how just those five hairs, when you bevel the inside of that elbow when he's walking and moving it, they would fling out. </w:t>
      </w:r>
      <w:r>
        <w:br/>
      </w:r>
    </w:p>
    <w:p w:rsidR="00DF2DA5" w:rsidRDefault="00000000">
      <w:r>
        <w:t xml:space="preserve">So it broke up the gate, but by knowing to take off those five hairs when he moved, it was like liquid. It was so smooth and it was literally just a matter of five hairs. There was no difference in the haircut. But if I didn't know about those five hairs when she went to show those dogs, those five hairs would stick out and it broke up movement to your eye. So it's not that I see this all the time in the groups people like, well, master isn't a better groomer true they just know the little itty bitty secrets and that's really all they're all it is. </w:t>
      </w:r>
      <w:r>
        <w:br/>
      </w:r>
    </w:p>
    <w:p w:rsidR="00DF2DA5" w:rsidRDefault="00000000">
      <w:r>
        <w:t xml:space="preserve">It's they know about the five hairs. It's a difference of five hairs, but to the motion and the eye, those five hairs make a huge difference. So that education is worth more because of that. So cats, like I said twice your small dog price haircut small dog times two is your cat haircut price. Short coded small dog times two is your short coded cat. I do a ton of short coded cats, like a ton of them because they shed like yaks. </w:t>
      </w:r>
      <w:r>
        <w:br/>
      </w:r>
    </w:p>
    <w:p w:rsidR="00DF2DA5" w:rsidRDefault="00000000">
      <w:r>
        <w:t xml:space="preserve">White hair doesn't have a medulla so it sheds more and because it has a quicker face. So white cats are going to shed really bad and a lot of cats are mostly white, so they have white hair all over their couch and their clothes and their everything. So they bring them in for a bath and D shed and a short haired cat is really quick bath and D shed and if they start them young they're that cat's like whatever, I don't even care. Great, fantastic. Thank you for the </w:t>
      </w:r>
      <w:r>
        <w:lastRenderedPageBreak/>
        <w:t xml:space="preserve">free money. Rabbits two to four times your small dog price. </w:t>
      </w:r>
      <w:r>
        <w:br/>
      </w:r>
    </w:p>
    <w:p w:rsidR="00DF2DA5" w:rsidRDefault="00000000">
      <w:r>
        <w:t xml:space="preserve">So haircut small dog times 3 for a rabbit haircut price that I generally include matting on that so my if I'm doing a scissor clip on a regular monthly rabbit, it's only twice what a short coded I am a haircut dog would be twice what a haircut dog would be so it'd be one sixty for the scissor cut and it takes me 30 minutes 5 minutes to clean the room in between. Matted haircut small dog times 4 is matted rabbit haircut price if they are pelted. </w:t>
      </w:r>
      <w:r>
        <w:br/>
      </w:r>
    </w:p>
    <w:p w:rsidR="00DF2DA5" w:rsidRDefault="00000000">
      <w:r>
        <w:t xml:space="preserve">When I say banded, I mean pelted to the skin starts at two fifty, most of them end up around 300 And keep in mind there's no bath so that's all I'm doing is shaving the bung. That's it. And nails and sun clans. Short coded small dog times 2 short coded rabbit. And the time frame is much shorter because no bath, no drying small mammals equal to your small dog price. So haircut on small dog, small mammal haircut price, short coated small dog, short coated small mammal price. But your Guinea pig is not going to be as much work even as your Chihuahua or a pug, because they're basically this pink. </w:t>
      </w:r>
      <w:r>
        <w:br/>
      </w:r>
    </w:p>
    <w:p w:rsidR="00DF2DA5" w:rsidRDefault="00000000">
      <w:r>
        <w:t xml:space="preserve">So they wash really fast and you know, you can do them rather quickly if they're greasy, they will take like 15 minutes, but your finish will take like 5 south and that's drying nails, you know, grease clan the whole deal. So you're talking at best 30 minutes with cleaning the room and chatting with the owner prior to getting anything going where they're telling you that oh, he's been his butt has been messy or his, you know it because of the Greek land or his nails seem to be growing longer now. And that's a cyclical year type of year thing, time of year thing. </w:t>
      </w:r>
      <w:r>
        <w:br/>
      </w:r>
    </w:p>
    <w:p w:rsidR="00DF2DA5" w:rsidRDefault="00000000">
      <w:r>
        <w:t xml:space="preserve">So you don't have to price, you know, these are just ideas that you can use as you desire. This is how you can get a hold of me. And so you can text me, you can Facebook me. Do not call because I will not pick up the phone, especially if I'm grooming. And if it's a number, I don't know i don't. I don't answer it. </w:t>
      </w:r>
      <w:r>
        <w:br/>
      </w:r>
    </w:p>
    <w:p w:rsidR="00DF2DA5" w:rsidRDefault="00000000">
      <w:r>
        <w:t xml:space="preserve">But this is how you can get a hold of me. And you guys have any questions? I actually like that phrase the difference between a spirit of between a master groomer and a regular groomer is 5 hairs. That's a catch phrase that's honest to God. That's the only difference the haircut i have seen groomers who do not have any type of certification at all produce grooms that made my jaw drop. </w:t>
      </w:r>
      <w:r>
        <w:br/>
      </w:r>
    </w:p>
    <w:p w:rsidR="00DF2DA5" w:rsidRDefault="00000000">
      <w:r>
        <w:t xml:space="preserve">When I go to the trade shows, which I go to a lot when I was at, what, nine this year, I will watch a young groomer just as much as I will watch somebody that like Suzetko, because they may come up about things in a way I hadn't thought of. I have learned tips and tricks and techniques from very new groomers that I'm like, that's genius. I'm totally doing that </w:t>
      </w:r>
      <w:r>
        <w:lastRenderedPageBreak/>
        <w:t xml:space="preserve">because we all have a different perspective on things. So if somebody can show me a different way of doing it, I want to know what's your way, because it could very well be better than my way. </w:t>
      </w:r>
      <w:r>
        <w:br/>
      </w:r>
    </w:p>
    <w:p w:rsidR="00DF2DA5" w:rsidRDefault="00000000">
      <w:r>
        <w:t xml:space="preserve">So tell me all about it. All right so I don't see any questions, So let me stop the recording. </w:t>
      </w:r>
      <w:r>
        <w:br/>
      </w:r>
    </w:p>
    <w:sectPr w:rsidR="00DF2DA5"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71030" w:rsidRDefault="00771030">
      <w:pPr>
        <w:spacing w:after="0" w:line="240" w:lineRule="auto"/>
      </w:pPr>
      <w:r>
        <w:separator/>
      </w:r>
    </w:p>
  </w:endnote>
  <w:endnote w:type="continuationSeparator" w:id="0">
    <w:p w:rsidR="00771030" w:rsidRDefault="00771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F2DA5" w:rsidRDefault="00000000">
    <w:pPr>
      <w:pStyle w:val="Footer"/>
      <w:jc w:val="center"/>
    </w:pPr>
    <w:r>
      <w:t xml:space="preserve">Page </w:t>
    </w:r>
    <w:r>
      <w:fldChar w:fldCharType="begin"/>
    </w:r>
    <w:r>
      <w:instrText>PAGE</w:instrText>
    </w:r>
    <w:r w:rsidR="00776C7C">
      <w:fldChar w:fldCharType="separate"/>
    </w:r>
    <w:r w:rsidR="00776C7C">
      <w:rPr>
        <w:noProof/>
      </w:rPr>
      <w:t>1</w:t>
    </w:r>
    <w:r>
      <w:fldChar w:fldCharType="end"/>
    </w:r>
    <w:r>
      <w:t>/</w:t>
    </w:r>
    <w:r>
      <w:fldChar w:fldCharType="begin"/>
    </w:r>
    <w:r>
      <w:instrText>NUMPAGES</w:instrText>
    </w:r>
    <w:r w:rsidR="00776C7C">
      <w:fldChar w:fldCharType="separate"/>
    </w:r>
    <w:r w:rsidR="00776C7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71030" w:rsidRDefault="00771030">
      <w:pPr>
        <w:spacing w:after="0" w:line="240" w:lineRule="auto"/>
      </w:pPr>
      <w:r>
        <w:separator/>
      </w:r>
    </w:p>
  </w:footnote>
  <w:footnote w:type="continuationSeparator" w:id="0">
    <w:p w:rsidR="00771030" w:rsidRDefault="007710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61334992">
    <w:abstractNumId w:val="8"/>
  </w:num>
  <w:num w:numId="2" w16cid:durableId="1250237738">
    <w:abstractNumId w:val="6"/>
  </w:num>
  <w:num w:numId="3" w16cid:durableId="1221601804">
    <w:abstractNumId w:val="5"/>
  </w:num>
  <w:num w:numId="4" w16cid:durableId="961887352">
    <w:abstractNumId w:val="4"/>
  </w:num>
  <w:num w:numId="5" w16cid:durableId="1318534349">
    <w:abstractNumId w:val="7"/>
  </w:num>
  <w:num w:numId="6" w16cid:durableId="4210850">
    <w:abstractNumId w:val="3"/>
  </w:num>
  <w:num w:numId="7" w16cid:durableId="1079713192">
    <w:abstractNumId w:val="2"/>
  </w:num>
  <w:num w:numId="8" w16cid:durableId="37248142">
    <w:abstractNumId w:val="1"/>
  </w:num>
  <w:num w:numId="9" w16cid:durableId="1539666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71030"/>
    <w:rsid w:val="00776C7C"/>
    <w:rsid w:val="00AA1D8D"/>
    <w:rsid w:val="00B47730"/>
    <w:rsid w:val="00CB0664"/>
    <w:rsid w:val="00DF2DA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B1ECB9F6-5A66-0547-ACB5-06C86B8AA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5180</Words>
  <Characters>29532</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34643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2023-10-22T17:32:00Z</dcterms:created>
  <dcterms:modified xsi:type="dcterms:W3CDTF">2023-10-22T17:32:00Z</dcterms:modified>
  <cp:category/>
</cp:coreProperties>
</file>